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40" w:line="259" w:lineRule="auto"/>
        <w:jc w:val="center"/>
      </w:pPr>
      <w:r>
        <w:rPr>
          <w:rFonts w:ascii="Noto Sans" w:hAnsi="Noto Sans" w:cs="Noto Sans Devanagari" w:eastAsia="Noto Sans Devanagari"/>
          <w:b/>
          <w:i w:val="0"/>
          <w:color w:val="17365D"/>
          <w:sz w:val="31"/>
        </w:rPr>
        <w:t>नेपाल राष्ट्र बैंक</w:t>
      </w:r>
    </w:p>
    <w:p>
      <w:pPr>
        <w:keepNext w:val="0"/>
        <w:spacing w:after="200" w:line="259" w:lineRule="auto"/>
        <w:jc w:val="center"/>
      </w:pPr>
      <w:r>
        <w:rPr>
          <w:rFonts w:ascii="Noto Sans" w:hAnsi="Noto Sans" w:cs="Noto Sans Devanagari" w:eastAsia="Noto Sans Devanagari"/>
          <w:b/>
          <w:i w:val="0"/>
          <w:color w:val="666666"/>
          <w:sz w:val="31"/>
        </w:rPr>
        <w:t>Nepal Rastra Bank</w:t>
      </w:r>
    </w:p>
    <w:p>
      <w:pPr>
        <w:keepNext w:val="0"/>
        <w:spacing w:after="40" w:line="259" w:lineRule="auto"/>
        <w:jc w:val="center"/>
      </w:pPr>
      <w:r>
        <w:rPr>
          <w:rFonts w:ascii="Noto Sans" w:hAnsi="Noto Sans" w:cs="Noto Sans Devanagari" w:eastAsia="Noto Sans Devanagari"/>
          <w:b/>
          <w:i w:val="0"/>
          <w:color w:val="17365D"/>
          <w:sz w:val="26"/>
        </w:rPr>
        <w:t>विदेशी विनिमय कारोबार गर्ने सम्बन्धमा जारी एकीकृत परिपत्र–२०८२</w:t>
      </w:r>
    </w:p>
    <w:p>
      <w:pPr>
        <w:keepNext w:val="0"/>
        <w:spacing w:after="240" w:line="259" w:lineRule="auto"/>
        <w:jc w:val="center"/>
      </w:pPr>
      <w:r>
        <w:rPr>
          <w:rFonts w:ascii="Noto Sans" w:hAnsi="Noto Sans" w:cs="Noto Sans Devanagari" w:eastAsia="Noto Sans Devanagari"/>
          <w:b/>
          <w:i w:val="0"/>
          <w:color w:val="2F5597"/>
          <w:sz w:val="26"/>
        </w:rPr>
        <w:t>Unified Circular 2082 Relating to Foreign Exchange Transactions</w:t>
      </w:r>
    </w:p>
    <w:tbl>
      <w:tblPr>
        <w:tblW w:type="auto" w:w="0"/>
        <w:jc w:val="center"/>
        <w:tblLook w:firstColumn="1" w:firstRow="1" w:lastColumn="0" w:lastRow="0" w:noHBand="0" w:noVBand="1" w:val="04A0"/>
      </w:tblPr>
      <w:tblGrid>
        <w:gridCol w:w="10224"/>
      </w:tblGrid>
      <w:tr>
        <w:tc>
          <w:tcPr>
            <w:tcW w:type="dxa" w:w="10224"/>
            <w:shd w:fill="EAF2F8"/>
          </w:tcPr>
          <w:p>
            <w:pPr>
              <w:jc w:val="center"/>
            </w:pPr>
            <w:r>
              <w:rPr>
                <w:rFonts w:ascii="Noto Sans" w:hAnsi="Noto Sans" w:cs="Noto Sans Devanagari" w:eastAsia="Noto Sans Devanagari"/>
                <w:b/>
                <w:i w:val="0"/>
                <w:color w:val="17365D"/>
                <w:sz w:val="21"/>
              </w:rPr>
              <w:t>Batch 02B — Unified F.E. Circulars 7, 8 and 9</w:t>
            </w:r>
          </w:p>
        </w:tc>
      </w:tr>
    </w:tbl>
    <w:p>
      <w:pPr>
        <w:keepNext w:val="0"/>
        <w:spacing w:after="200" w:line="259" w:lineRule="auto"/>
        <w:jc w:val="center"/>
      </w:pPr>
      <w:r>
        <w:rPr>
          <w:rFonts w:ascii="Noto Sans" w:hAnsi="Noto Sans" w:cs="Noto Sans Devanagari" w:eastAsia="Noto Sans Devanagari"/>
          <w:b w:val="0"/>
          <w:i/>
          <w:color w:val="666666"/>
          <w:sz w:val="18"/>
        </w:rPr>
        <w:t>Format: complete Nepali provision first, followed by the complete English translation of the same provision.</w:t>
      </w:r>
    </w:p>
    <w:p>
      <w:r>
        <w:br w:type="page"/>
      </w:r>
    </w:p>
    <w:p>
      <w:pPr>
        <w:keepNext w:val="0"/>
        <w:spacing w:after="60" w:line="259" w:lineRule="auto"/>
        <w:jc w:val="center"/>
      </w:pPr>
      <w:r>
        <w:rPr>
          <w:rFonts w:ascii="Noto Sans" w:hAnsi="Noto Sans" w:cs="Noto Sans Devanagari" w:eastAsia="Noto Sans Devanagari"/>
          <w:b/>
          <w:i w:val="0"/>
          <w:color w:val="17365D"/>
          <w:sz w:val="28"/>
        </w:rPr>
        <w:t>एकीकृत इ.प्रा. परिपत्र ः ७/२०८२ — विदेशी मुद्रा सटही सम्बन्धी व्यवस्था</w:t>
      </w:r>
    </w:p>
    <w:p>
      <w:pPr>
        <w:keepNext w:val="0"/>
        <w:spacing w:after="200" w:line="259" w:lineRule="auto"/>
        <w:jc w:val="center"/>
      </w:pPr>
      <w:r>
        <w:rPr>
          <w:rFonts w:ascii="Noto Sans" w:hAnsi="Noto Sans" w:cs="Noto Sans Devanagari" w:eastAsia="Noto Sans Devanagari"/>
          <w:b/>
          <w:i w:val="0"/>
          <w:color w:val="2F5597"/>
          <w:sz w:val="27"/>
        </w:rPr>
        <w:t>Unified F.E. Circular No. 7/2082 — Provisions Relating to Foreign Currency Exchange</w:t>
      </w:r>
    </w:p>
    <w:p>
      <w:pPr>
        <w:keepNext/>
        <w:spacing w:before="200" w:after="80"/>
        <w:pBdr>
          <w:bottom w:val="single" w:sz="12" w:space="2" w:color="17365D"/>
        </w:pBdr>
      </w:pPr>
      <w:r>
        <w:rPr>
          <w:rFonts w:ascii="Noto Sans" w:hAnsi="Noto Sans" w:cs="Noto Sans Devanagari" w:eastAsia="Noto Sans Devanagari"/>
          <w:b/>
          <w:i w:val="0"/>
          <w:color w:val="17365D"/>
          <w:sz w:val="25"/>
        </w:rPr>
        <w:t>प्रस्तावना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नेपाल राष्ट्र बैंक</w:t>
      </w:r>
    </w:p>
    <w:p>
      <w:pPr>
        <w:spacing w:after="62" w:line="259" w:lineRule="auto"/>
      </w:pPr>
      <w:r>
        <w:rPr>
          <w:rFonts w:ascii="Noto Sans" w:hAnsi="Noto Sans" w:cs="Noto Sans Devanagari" w:eastAsia="Noto Sans Devanagari"/>
          <w:b w:val="0"/>
          <w:i w:val="0"/>
          <w:sz w:val="20"/>
        </w:rPr>
        <w:t>केन्द्रीय कार्यालय</w:t>
      </w:r>
    </w:p>
    <w:p>
      <w:pPr>
        <w:spacing w:after="62" w:line="259" w:lineRule="auto"/>
      </w:pPr>
      <w:r>
        <w:rPr>
          <w:rFonts w:ascii="Noto Sans" w:hAnsi="Noto Sans" w:cs="Noto Sans Devanagari" w:eastAsia="Noto Sans Devanagari"/>
          <w:b w:val="0"/>
          <w:i w:val="0"/>
          <w:sz w:val="20"/>
        </w:rPr>
        <w:t>विदेशी विनिमय व्यवस्थापन विभाग</w:t>
      </w:r>
    </w:p>
    <w:p>
      <w:pPr>
        <w:spacing w:after="62" w:line="259" w:lineRule="auto"/>
      </w:pPr>
      <w:r>
        <w:rPr>
          <w:rFonts w:ascii="Noto Sans" w:hAnsi="Noto Sans" w:cs="Noto Sans Devanagari" w:eastAsia="Noto Sans Devanagari"/>
          <w:b w:val="0"/>
          <w:i w:val="0"/>
          <w:sz w:val="20"/>
        </w:rPr>
        <w:t>एकीकृत इ.प्रा. परिपत्र ः ७/२०८२</w:t>
      </w:r>
    </w:p>
    <w:p>
      <w:pPr>
        <w:spacing w:after="62" w:line="259" w:lineRule="auto"/>
      </w:pPr>
      <w:r>
        <w:rPr>
          <w:rFonts w:ascii="Noto Sans" w:hAnsi="Noto Sans" w:cs="Noto Sans Devanagari" w:eastAsia="Noto Sans Devanagari"/>
          <w:b w:val="0"/>
          <w:i w:val="0"/>
          <w:sz w:val="20"/>
        </w:rPr>
        <w:t>विदेशी मुद्रा सटही सम्बन्धी व्यवस्था</w:t>
      </w:r>
    </w:p>
    <w:p>
      <w:pPr>
        <w:spacing w:after="62" w:line="259" w:lineRule="auto"/>
      </w:pPr>
      <w:r>
        <w:rPr>
          <w:rFonts w:ascii="Noto Sans" w:hAnsi="Noto Sans" w:cs="Noto Sans Devanagari" w:eastAsia="Noto Sans Devanagari"/>
          <w:b w:val="0"/>
          <w:i w:val="0"/>
          <w:sz w:val="20"/>
        </w:rPr>
        <w:t>विदेशी मुद्रा सटही सम्बन्धमा देहायबमोजिम व्यवस्था गरिएको हुँदा विदेशी विनिमय (नियमित गर्ने) ऐन,</w:t>
      </w:r>
    </w:p>
    <w:p>
      <w:pPr>
        <w:spacing w:after="62" w:line="259" w:lineRule="auto"/>
      </w:pPr>
      <w:r>
        <w:rPr>
          <w:rFonts w:ascii="Noto Sans" w:hAnsi="Noto Sans" w:cs="Noto Sans Devanagari" w:eastAsia="Noto Sans Devanagari"/>
          <w:b w:val="0"/>
          <w:i w:val="0"/>
          <w:sz w:val="20"/>
        </w:rPr>
        <w:t>२०१९ को दफा १२ र नेपाल राष्ट्र बैंक ऐन, २०५८ को दफा ६३ ले दिएको अधिकार प्रयोग गरी नेपाल राष्ट्र बैंक,</w:t>
      </w:r>
    </w:p>
    <w:p>
      <w:pPr>
        <w:spacing w:after="62" w:line="259" w:lineRule="auto"/>
      </w:pPr>
      <w:r>
        <w:rPr>
          <w:rFonts w:ascii="Noto Sans" w:hAnsi="Noto Sans" w:cs="Noto Sans Devanagari" w:eastAsia="Noto Sans Devanagari"/>
          <w:b w:val="0"/>
          <w:i w:val="0"/>
          <w:sz w:val="20"/>
        </w:rPr>
        <w:t>बैकिङ विभागलगायत प्रदेशस्थित कार्यालयहरु र इजाजतपत्रप्राप्त “क” वर्गका वाणिज्य बैंकहरु, राष्ट्रिय स्तरका “ख”</w:t>
      </w:r>
    </w:p>
    <w:p>
      <w:pPr>
        <w:spacing w:after="62" w:line="259" w:lineRule="auto"/>
      </w:pPr>
      <w:r>
        <w:rPr>
          <w:rFonts w:ascii="Noto Sans" w:hAnsi="Noto Sans" w:cs="Noto Sans Devanagari" w:eastAsia="Noto Sans Devanagari"/>
          <w:b w:val="0"/>
          <w:i w:val="0"/>
          <w:sz w:val="20"/>
        </w:rPr>
        <w:t>वर्गका विकास बैंकहरु तथा इजाजतपत्रप्राप्त मनिचेञ्जरहरूलाई यो परिपत्र जारी गरिएको छ ।</w:t>
      </w:r>
    </w:p>
    <w:p>
      <w:pPr>
        <w:keepNext/>
        <w:spacing w:before="200" w:after="80"/>
        <w:pBdr>
          <w:bottom w:val="single" w:sz="12" w:space="2" w:color="2F5597"/>
        </w:pBdr>
      </w:pPr>
      <w:r>
        <w:rPr>
          <w:rFonts w:ascii="Noto Sans" w:hAnsi="Noto Sans" w:cs="Noto Sans Devanagari" w:eastAsia="Noto Sans Devanagari"/>
          <w:b/>
          <w:i w:val="0"/>
          <w:color w:val="2F5597"/>
          <w:sz w:val="24"/>
        </w:rPr>
        <w:t>Preamble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Nepal Rastra Bank</w:t>
      </w:r>
    </w:p>
    <w:p>
      <w:pPr>
        <w:spacing w:after="70" w:line="259" w:lineRule="auto"/>
      </w:pPr>
      <w:r>
        <w:rPr>
          <w:rFonts w:ascii="Noto Sans" w:hAnsi="Noto Sans" w:cs="Noto Sans Devanagari" w:eastAsia="Noto Sans Devanagari"/>
          <w:b w:val="0"/>
          <w:i w:val="0"/>
          <w:color w:val="222222"/>
          <w:sz w:val="18"/>
        </w:rPr>
        <w:t>Central Office</w:t>
      </w:r>
    </w:p>
    <w:p>
      <w:pPr>
        <w:spacing w:after="70" w:line="259" w:lineRule="auto"/>
      </w:pPr>
      <w:r>
        <w:rPr>
          <w:rFonts w:ascii="Noto Sans" w:hAnsi="Noto Sans" w:cs="Noto Sans Devanagari" w:eastAsia="Noto Sans Devanagari"/>
          <w:b w:val="0"/>
          <w:i w:val="0"/>
          <w:color w:val="222222"/>
          <w:sz w:val="18"/>
        </w:rPr>
        <w:t>Foreign Exchange Management Department</w:t>
      </w:r>
    </w:p>
    <w:p>
      <w:pPr>
        <w:spacing w:after="70" w:line="259" w:lineRule="auto"/>
      </w:pPr>
      <w:r>
        <w:rPr>
          <w:rFonts w:ascii="Noto Sans" w:hAnsi="Noto Sans" w:cs="Noto Sans Devanagari" w:eastAsia="Noto Sans Devanagari"/>
          <w:b w:val="0"/>
          <w:i w:val="0"/>
          <w:color w:val="222222"/>
          <w:sz w:val="18"/>
        </w:rPr>
        <w:t>Unified F.E. Circular No. 7/2082</w:t>
      </w:r>
    </w:p>
    <w:p>
      <w:pPr>
        <w:spacing w:after="70" w:line="259" w:lineRule="auto"/>
      </w:pPr>
      <w:r>
        <w:rPr>
          <w:rFonts w:ascii="Noto Sans" w:hAnsi="Noto Sans" w:cs="Noto Sans Devanagari" w:eastAsia="Noto Sans Devanagari"/>
          <w:b w:val="0"/>
          <w:i w:val="0"/>
          <w:color w:val="222222"/>
          <w:sz w:val="18"/>
        </w:rPr>
        <w:t>Provisions Relating to Foreign Currency Exchange</w:t>
      </w:r>
    </w:p>
    <w:p>
      <w:pPr>
        <w:spacing w:after="70" w:line="259" w:lineRule="auto"/>
      </w:pPr>
      <w:r>
        <w:rPr>
          <w:rFonts w:ascii="Noto Sans" w:hAnsi="Noto Sans" w:cs="Noto Sans Devanagari" w:eastAsia="Noto Sans Devanagari"/>
          <w:b w:val="0"/>
          <w:i w:val="0"/>
          <w:color w:val="222222"/>
          <w:sz w:val="18"/>
        </w:rPr>
        <w:t>Since the following provisions have been made in relation to foreign currency exchange, this Circular is issued, in exercise of the powers conferred by Section 12 of the Foreign Exchange (Regulation) Act, 2019 and Section 63 of the Nepal Rastra Bank Act, 2058, to Nepal Rastra Bank, Banking Department and Provincial Offices, licensed Class “A” commercial banks, national-level Class “B” development banks, and licensed money changers, for compliance accordingly.</w:t>
      </w:r>
    </w:p>
    <w:p>
      <w:pPr>
        <w:keepNext/>
        <w:spacing w:before="200" w:after="80"/>
        <w:pBdr>
          <w:bottom w:val="single" w:sz="12" w:space="2" w:color="17365D"/>
        </w:pBdr>
      </w:pPr>
      <w:r>
        <w:rPr>
          <w:rFonts w:ascii="Noto Sans" w:hAnsi="Noto Sans" w:cs="Noto Sans Devanagari" w:eastAsia="Noto Sans Devanagari"/>
          <w:b/>
          <w:i w:val="0"/>
          <w:color w:val="17365D"/>
          <w:sz w:val="25"/>
        </w:rPr>
        <w:t>१. राहदानी बापतको सटही सुविधा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 राहदानी बापतको सटही सुविधा सम्बन्धी व्यवस्था</w:t>
      </w:r>
    </w:p>
    <w:p>
      <w:pPr>
        <w:spacing w:after="62" w:line="259" w:lineRule="auto"/>
        <w:ind w:left="115"/>
      </w:pPr>
      <w:r>
        <w:rPr>
          <w:rFonts w:ascii="Noto Sans" w:hAnsi="Noto Sans" w:cs="Noto Sans Devanagari" w:eastAsia="Noto Sans Devanagari"/>
          <w:b w:val="0"/>
          <w:i w:val="0"/>
          <w:sz w:val="20"/>
        </w:rPr>
        <w:t>(क) विदेश भ्रमणमा (भारत बाहेक) जाने नेपालीहरूलाई नेपाल सरकारले जारी गरेको राहदानी र कन्फर्म्ड</w:t>
      </w:r>
    </w:p>
    <w:p>
      <w:pPr>
        <w:spacing w:after="62" w:line="259" w:lineRule="auto"/>
      </w:pPr>
      <w:r>
        <w:rPr>
          <w:rFonts w:ascii="Noto Sans" w:hAnsi="Noto Sans" w:cs="Noto Sans Devanagari" w:eastAsia="Noto Sans Devanagari"/>
          <w:b w:val="0"/>
          <w:i w:val="0"/>
          <w:sz w:val="20"/>
        </w:rPr>
        <w:t>हवाई टिकटको आधारमा तोकिएका बैंक/वित्तीय संस्था/इजाजतपत्रप्राप्त निकायहरूले सटही सुविधा</w:t>
      </w:r>
    </w:p>
    <w:p>
      <w:pPr>
        <w:spacing w:after="62" w:line="259" w:lineRule="auto"/>
      </w:pPr>
      <w:r>
        <w:rPr>
          <w:rFonts w:ascii="Noto Sans" w:hAnsi="Noto Sans" w:cs="Noto Sans Devanagari" w:eastAsia="Noto Sans Devanagari"/>
          <w:b w:val="0"/>
          <w:i w:val="0"/>
          <w:sz w:val="20"/>
        </w:rPr>
        <w:t>दिनु पर्नेछ ।</w:t>
      </w:r>
    </w:p>
    <w:p>
      <w:pPr>
        <w:spacing w:after="62" w:line="259" w:lineRule="auto"/>
        <w:ind w:left="115"/>
      </w:pPr>
      <w:r>
        <w:rPr>
          <w:rFonts w:ascii="Noto Sans" w:hAnsi="Noto Sans" w:cs="Noto Sans Devanagari" w:eastAsia="Noto Sans Devanagari"/>
          <w:b w:val="0"/>
          <w:i w:val="0"/>
          <w:sz w:val="20"/>
        </w:rPr>
        <w:t>(ख) राहदानी सुविधा बापत पाउने सटही रकम ः</w:t>
      </w:r>
    </w:p>
    <w:p>
      <w:pPr>
        <w:spacing w:after="62" w:line="259" w:lineRule="auto"/>
      </w:pPr>
      <w:r>
        <w:rPr>
          <w:rFonts w:ascii="Noto Sans" w:hAnsi="Noto Sans" w:cs="Noto Sans Devanagari" w:eastAsia="Noto Sans Devanagari"/>
          <w:b w:val="0"/>
          <w:i w:val="0"/>
          <w:sz w:val="20"/>
        </w:rPr>
        <w:t>(१) भारत बाहेक अन्य मुलुकहरूको भ्रमणमा जाने नेपाली नागरिकहरूलाई राहदानी बापत प्रति</w:t>
      </w:r>
    </w:p>
    <w:p>
      <w:pPr>
        <w:spacing w:after="62" w:line="259" w:lineRule="auto"/>
      </w:pPr>
      <w:r>
        <w:rPr>
          <w:rFonts w:ascii="Noto Sans" w:hAnsi="Noto Sans" w:cs="Noto Sans Devanagari" w:eastAsia="Noto Sans Devanagari"/>
          <w:b w:val="0"/>
          <w:i w:val="0"/>
          <w:sz w:val="20"/>
        </w:rPr>
        <w:t>पटक अमेरिकी डलर ३,०००।– वा सो बराबरको परिवर्त्य विदेशी मुद्रासम्म सटही सुविधा दिन</w:t>
      </w:r>
    </w:p>
    <w:p>
      <w:pPr>
        <w:spacing w:after="62" w:line="259" w:lineRule="auto"/>
      </w:pPr>
      <w:r>
        <w:rPr>
          <w:rFonts w:ascii="Noto Sans" w:hAnsi="Noto Sans" w:cs="Noto Sans Devanagari" w:eastAsia="Noto Sans Devanagari"/>
          <w:b w:val="0"/>
          <w:i w:val="0"/>
          <w:sz w:val="20"/>
        </w:rPr>
        <w:t>सकिनेछ ।</w:t>
      </w:r>
    </w:p>
    <w:p>
      <w:pPr>
        <w:spacing w:after="62" w:line="259" w:lineRule="auto"/>
      </w:pPr>
      <w:r>
        <w:rPr>
          <w:rFonts w:ascii="Noto Sans" w:hAnsi="Noto Sans" w:cs="Noto Sans Devanagari" w:eastAsia="Noto Sans Devanagari"/>
          <w:b w:val="0"/>
          <w:i w:val="0"/>
          <w:sz w:val="20"/>
        </w:rPr>
        <w:t>(२) वैदेशिक रोजगारीमा जाने नेपाली नागरिकलाई राहदानी बापत सटही सुविधा उपलव्ध गराउँदा</w:t>
      </w:r>
    </w:p>
    <w:p>
      <w:pPr>
        <w:spacing w:after="62" w:line="259" w:lineRule="auto"/>
      </w:pPr>
      <w:r>
        <w:rPr>
          <w:rFonts w:ascii="Noto Sans" w:hAnsi="Noto Sans" w:cs="Noto Sans Devanagari" w:eastAsia="Noto Sans Devanagari"/>
          <w:b w:val="0"/>
          <w:i w:val="0"/>
          <w:sz w:val="20"/>
        </w:rPr>
        <w:t>देहायबमोजिम गर्नु पर्नेछ ः</w:t>
      </w:r>
    </w:p>
    <w:p>
      <w:pPr>
        <w:spacing w:after="62" w:line="259" w:lineRule="auto"/>
        <w:ind w:left="115"/>
      </w:pPr>
      <w:r>
        <w:rPr>
          <w:rFonts w:ascii="Noto Sans" w:hAnsi="Noto Sans" w:cs="Noto Sans Devanagari" w:eastAsia="Noto Sans Devanagari"/>
          <w:b w:val="0"/>
          <w:i w:val="0"/>
          <w:sz w:val="20"/>
        </w:rPr>
        <w:t>(अ) जापान, दक्षिण कोरिया, युरोप महादेश, संयुक्त राज्य अमेरिका, क्यानाडा, अष्ट्रेलिया जानेको</w:t>
      </w:r>
    </w:p>
    <w:p>
      <w:pPr>
        <w:spacing w:after="62" w:line="259" w:lineRule="auto"/>
      </w:pPr>
      <w:r>
        <w:rPr>
          <w:rFonts w:ascii="Noto Sans" w:hAnsi="Noto Sans" w:cs="Noto Sans Devanagari" w:eastAsia="Noto Sans Devanagari"/>
          <w:b w:val="0"/>
          <w:i w:val="0"/>
          <w:sz w:val="20"/>
        </w:rPr>
        <w:t>हकमाः अधिकतम अमेरिकी डलर ५०० ।</w:t>
      </w:r>
    </w:p>
    <w:p>
      <w:pPr>
        <w:spacing w:after="62" w:line="259" w:lineRule="auto"/>
        <w:ind w:left="115"/>
      </w:pPr>
      <w:r>
        <w:rPr>
          <w:rFonts w:ascii="Noto Sans" w:hAnsi="Noto Sans" w:cs="Noto Sans Devanagari" w:eastAsia="Noto Sans Devanagari"/>
          <w:b w:val="0"/>
          <w:i w:val="0"/>
          <w:sz w:val="20"/>
        </w:rPr>
        <w:t>(आ) अन्य मुलुक जानेको हकमाः अधिकतम अमेरिकी डलर २०० ।</w:t>
      </w:r>
    </w:p>
    <w:p>
      <w:pPr>
        <w:spacing w:after="62" w:line="259" w:lineRule="auto"/>
      </w:pPr>
      <w:r>
        <w:rPr>
          <w:rFonts w:ascii="Noto Sans" w:hAnsi="Noto Sans" w:cs="Noto Sans Devanagari" w:eastAsia="Noto Sans Devanagari"/>
          <w:b w:val="0"/>
          <w:i w:val="0"/>
          <w:sz w:val="20"/>
        </w:rPr>
        <w:t>(३) नेपाल सरकारले जारी गरेको यात्रा अनुमतिपत्र (Travel Document) को आधारमा विदेश</w:t>
      </w:r>
    </w:p>
    <w:p>
      <w:pPr>
        <w:spacing w:after="62" w:line="259" w:lineRule="auto"/>
      </w:pPr>
      <w:r>
        <w:rPr>
          <w:rFonts w:ascii="Noto Sans" w:hAnsi="Noto Sans" w:cs="Noto Sans Devanagari" w:eastAsia="Noto Sans Devanagari"/>
          <w:b w:val="0"/>
          <w:i w:val="0"/>
          <w:sz w:val="20"/>
        </w:rPr>
        <w:t>भ्रमणमा जान राहदानी सुविधा माग भई आएमा त्यस्ता ब्यक्तिहरूलाई अमेरिकी डलर</w:t>
      </w:r>
    </w:p>
    <w:p>
      <w:pPr>
        <w:spacing w:after="62" w:line="259" w:lineRule="auto"/>
      </w:pPr>
      <w:r>
        <w:rPr>
          <w:rFonts w:ascii="Noto Sans" w:hAnsi="Noto Sans" w:cs="Noto Sans Devanagari" w:eastAsia="Noto Sans Devanagari"/>
          <w:b w:val="0"/>
          <w:i w:val="0"/>
          <w:sz w:val="20"/>
        </w:rPr>
        <w:t>१,०००।– सम्मको सटही सुविधा प्रदान गर्नु पर्नेछ ।</w:t>
      </w:r>
    </w:p>
    <w:p>
      <w:pPr>
        <w:spacing w:after="62" w:line="259" w:lineRule="auto"/>
      </w:pPr>
      <w:r>
        <w:rPr>
          <w:rFonts w:ascii="Noto Sans" w:hAnsi="Noto Sans" w:cs="Noto Sans Devanagari" w:eastAsia="Noto Sans Devanagari"/>
          <w:b w:val="0"/>
          <w:i w:val="0"/>
          <w:sz w:val="20"/>
        </w:rPr>
        <w:t>(४) नेपाल राष्ट्र बैंक मनिचेञ्जर इजाजतपत्र तथा निरीक्षण विनियमावली, २०७७ को विनियम ९ को</w:t>
      </w:r>
    </w:p>
    <w:p>
      <w:pPr>
        <w:spacing w:after="62" w:line="259" w:lineRule="auto"/>
      </w:pPr>
      <w:r>
        <w:rPr>
          <w:rFonts w:ascii="Noto Sans" w:hAnsi="Noto Sans" w:cs="Noto Sans Devanagari" w:eastAsia="Noto Sans Devanagari"/>
          <w:b w:val="0"/>
          <w:i w:val="0"/>
          <w:sz w:val="20"/>
        </w:rPr>
        <w:t>उपविनियम (४) को खण्ड (घ) को व्यवस्था बमोजिम परिवर्त्य विदेशी मुद्रा बिक्री गर्ने इजाजतपत्र</w:t>
      </w:r>
    </w:p>
    <w:p>
      <w:pPr>
        <w:spacing w:after="62" w:line="259" w:lineRule="auto"/>
      </w:pPr>
      <w:r>
        <w:rPr>
          <w:rFonts w:ascii="Noto Sans" w:hAnsi="Noto Sans" w:cs="Noto Sans Devanagari" w:eastAsia="Noto Sans Devanagari"/>
          <w:b w:val="0"/>
          <w:i w:val="0"/>
          <w:sz w:val="20"/>
        </w:rPr>
        <w:t>प्राप्त गर्ने मनिचेञ्जरले विदेश भ्रमणमा जाने नेपाली नागरिकहरुलाई राहदानी बापत अधिकतम</w:t>
      </w:r>
    </w:p>
    <w:p>
      <w:pPr>
        <w:spacing w:after="62" w:line="259" w:lineRule="auto"/>
      </w:pPr>
      <w:r>
        <w:rPr>
          <w:rFonts w:ascii="Noto Sans" w:hAnsi="Noto Sans" w:cs="Noto Sans Devanagari" w:eastAsia="Noto Sans Devanagari"/>
          <w:b w:val="0"/>
          <w:i w:val="0"/>
          <w:sz w:val="20"/>
        </w:rPr>
        <w:t>अमेरिकी डलर २०० (दुई सय मात्र) सम्मको सटही सुविधा प्रदान गर्न सक्नेछन् ।</w:t>
      </w:r>
    </w:p>
    <w:p>
      <w:pPr>
        <w:spacing w:after="62" w:line="259" w:lineRule="auto"/>
        <w:ind w:left="115"/>
      </w:pPr>
      <w:r>
        <w:rPr>
          <w:rFonts w:ascii="Noto Sans" w:hAnsi="Noto Sans" w:cs="Noto Sans Devanagari" w:eastAsia="Noto Sans Devanagari"/>
          <w:b w:val="0"/>
          <w:i w:val="0"/>
          <w:sz w:val="20"/>
        </w:rPr>
        <w:t>(ग) स्थलमार्गबाट निजी भ्रमणमा जाँदा पाउने सटही सुविधा ः</w:t>
      </w:r>
    </w:p>
    <w:p>
      <w:pPr>
        <w:spacing w:after="62" w:line="259" w:lineRule="auto"/>
      </w:pPr>
      <w:r>
        <w:rPr>
          <w:rFonts w:ascii="Noto Sans" w:hAnsi="Noto Sans" w:cs="Noto Sans Devanagari" w:eastAsia="Noto Sans Devanagari"/>
          <w:b w:val="0"/>
          <w:i w:val="0"/>
          <w:sz w:val="20"/>
        </w:rPr>
        <w:t>(१) स्थलमार्गबाट चीनको स्वशाशित क्षेक्र तिव्वत (नियमानुसार सीमा ओहोर दोहोर गर्ने व्यत्तिहरू</w:t>
      </w:r>
    </w:p>
    <w:p>
      <w:pPr>
        <w:spacing w:after="62" w:line="259" w:lineRule="auto"/>
      </w:pPr>
      <w:r>
        <w:rPr>
          <w:rFonts w:ascii="Noto Sans" w:hAnsi="Noto Sans" w:cs="Noto Sans Devanagari" w:eastAsia="Noto Sans Devanagari"/>
          <w:b w:val="0"/>
          <w:i w:val="0"/>
          <w:sz w:val="20"/>
        </w:rPr>
        <w:t>बाहेक) र स्थलमार्गबाट सार्क मुलुकहरू (भारत वाहेक) मा निजी भ्रमणमा जाने व्यक्तिहरूलाई</w:t>
      </w:r>
    </w:p>
    <w:p>
      <w:pPr>
        <w:spacing w:after="62" w:line="259" w:lineRule="auto"/>
      </w:pPr>
      <w:r>
        <w:rPr>
          <w:rFonts w:ascii="Noto Sans" w:hAnsi="Noto Sans" w:cs="Noto Sans Devanagari" w:eastAsia="Noto Sans Devanagari"/>
          <w:b w:val="0"/>
          <w:i w:val="0"/>
          <w:sz w:val="20"/>
        </w:rPr>
        <w:t>सम्बन्धित देशको प्रवेशाज्ञा (Visa) भएमा एक पटकमा बढीमा अमेरिकी डलर १,०००।– (एक</w:t>
      </w:r>
    </w:p>
    <w:p>
      <w:pPr>
        <w:spacing w:after="62" w:line="259" w:lineRule="auto"/>
      </w:pPr>
      <w:r>
        <w:rPr>
          <w:rFonts w:ascii="Noto Sans" w:hAnsi="Noto Sans" w:cs="Noto Sans Devanagari" w:eastAsia="Noto Sans Devanagari"/>
          <w:b w:val="0"/>
          <w:i w:val="0"/>
          <w:sz w:val="20"/>
        </w:rPr>
        <w:t>हजार) सम्म र एक आर्थिक वर्षमा बढीमा अमेरिकी डलर २,०००।– (दुई हजार) सम्मको सटही</w:t>
      </w:r>
    </w:p>
    <w:p>
      <w:pPr>
        <w:spacing w:after="62" w:line="259" w:lineRule="auto"/>
      </w:pPr>
      <w:r>
        <w:rPr>
          <w:rFonts w:ascii="Noto Sans" w:hAnsi="Noto Sans" w:cs="Noto Sans Devanagari" w:eastAsia="Noto Sans Devanagari"/>
          <w:b w:val="0"/>
          <w:i w:val="0"/>
          <w:sz w:val="20"/>
        </w:rPr>
        <w:t>सुविधा उपलब्ध गराउन सकिनेछ ।</w:t>
      </w:r>
    </w:p>
    <w:p>
      <w:pPr>
        <w:spacing w:after="62" w:line="259" w:lineRule="auto"/>
      </w:pPr>
      <w:r>
        <w:rPr>
          <w:rFonts w:ascii="Noto Sans" w:hAnsi="Noto Sans" w:cs="Noto Sans Devanagari" w:eastAsia="Noto Sans Devanagari"/>
          <w:b w:val="0"/>
          <w:i w:val="0"/>
          <w:sz w:val="20"/>
        </w:rPr>
        <w:t>(२) यसरीे सटही प्रदान गर्दा स्थल मार्गबाट भ्रमण गर्ने व्यक्तिहरू र सार्क देशहरू (भारतबाहेक)</w:t>
      </w:r>
    </w:p>
    <w:p>
      <w:pPr>
        <w:spacing w:after="62" w:line="259" w:lineRule="auto"/>
      </w:pPr>
      <w:r>
        <w:rPr>
          <w:rFonts w:ascii="Noto Sans" w:hAnsi="Noto Sans" w:cs="Noto Sans Devanagari" w:eastAsia="Noto Sans Devanagari"/>
          <w:b w:val="0"/>
          <w:i w:val="0"/>
          <w:sz w:val="20"/>
        </w:rPr>
        <w:t>लगायत Entry Point मा प्रवेशाज्ञा दिने देशहरूमा भ्रमण गर्ने नेपालीहरूको हकमा राहदानीमा</w:t>
      </w:r>
    </w:p>
    <w:p>
      <w:pPr>
        <w:spacing w:after="62" w:line="259" w:lineRule="auto"/>
      </w:pPr>
      <w:r>
        <w:rPr>
          <w:rFonts w:ascii="Noto Sans" w:hAnsi="Noto Sans" w:cs="Noto Sans Devanagari" w:eastAsia="Noto Sans Devanagari"/>
          <w:b w:val="0"/>
          <w:i w:val="0"/>
          <w:sz w:val="20"/>
        </w:rPr>
        <w:t>दरपीठ गरी सटही सुविधा उपलब्ध गराउने निकायको अधिकृतले दस्तखत गरी संस्थाको छाप</w:t>
      </w:r>
    </w:p>
    <w:p>
      <w:pPr>
        <w:spacing w:after="62" w:line="259" w:lineRule="auto"/>
      </w:pPr>
      <w:r>
        <w:rPr>
          <w:rFonts w:ascii="Noto Sans" w:hAnsi="Noto Sans" w:cs="Noto Sans Devanagari" w:eastAsia="Noto Sans Devanagari"/>
          <w:b w:val="0"/>
          <w:i w:val="0"/>
          <w:sz w:val="20"/>
        </w:rPr>
        <w:t>समेत लगाउनु पर्नेछ ।</w:t>
      </w:r>
    </w:p>
    <w:p>
      <w:pPr>
        <w:spacing w:after="62" w:line="259" w:lineRule="auto"/>
        <w:ind w:left="115"/>
      </w:pPr>
      <w:r>
        <w:rPr>
          <w:rFonts w:ascii="Noto Sans" w:hAnsi="Noto Sans" w:cs="Noto Sans Devanagari" w:eastAsia="Noto Sans Devanagari"/>
          <w:b w:val="0"/>
          <w:i w:val="0"/>
          <w:sz w:val="20"/>
        </w:rPr>
        <w:t>(घ) नपुग सटही सुविधाको लागि निवेदन दिन सकिने ः</w:t>
      </w:r>
    </w:p>
    <w:p>
      <w:pPr>
        <w:spacing w:after="62" w:line="259" w:lineRule="auto"/>
      </w:pPr>
      <w:r>
        <w:rPr>
          <w:rFonts w:ascii="Noto Sans" w:hAnsi="Noto Sans" w:cs="Noto Sans Devanagari" w:eastAsia="Noto Sans Devanagari"/>
          <w:b w:val="0"/>
          <w:i w:val="0"/>
          <w:sz w:val="20"/>
        </w:rPr>
        <w:t>यस परिपत्रमा भएको व्यवस्थाबमोजिम प्राप्त हुने सटही सुविधा नपुग हुन गई बढी रकम आवश्यक</w:t>
      </w:r>
    </w:p>
    <w:p>
      <w:pPr>
        <w:spacing w:after="62" w:line="259" w:lineRule="auto"/>
      </w:pPr>
      <w:r>
        <w:rPr>
          <w:rFonts w:ascii="Noto Sans" w:hAnsi="Noto Sans" w:cs="Noto Sans Devanagari" w:eastAsia="Noto Sans Devanagari"/>
          <w:b w:val="0"/>
          <w:i w:val="0"/>
          <w:sz w:val="20"/>
        </w:rPr>
        <w:t>परेमा आफ्नो वा नाता प्रमाणित हुने कागजातसहित आफ्नो एकाघर परिवारका कुनै सदस्यको स्थायी</w:t>
      </w:r>
    </w:p>
    <w:p>
      <w:pPr>
        <w:spacing w:after="62" w:line="259" w:lineRule="auto"/>
      </w:pPr>
      <w:r>
        <w:rPr>
          <w:rFonts w:ascii="Noto Sans" w:hAnsi="Noto Sans" w:cs="Noto Sans Devanagari" w:eastAsia="Noto Sans Devanagari"/>
          <w:b w:val="0"/>
          <w:i w:val="0"/>
          <w:sz w:val="20"/>
        </w:rPr>
        <w:t>लेखा नम्बर दर्ता प्रमाणपत्रको प्रतिलिपि र रकम नपुग हुनाको कारण सहित विभागमा निवेदन गरेमा</w:t>
      </w:r>
    </w:p>
    <w:p>
      <w:pPr>
        <w:spacing w:after="62" w:line="259" w:lineRule="auto"/>
      </w:pPr>
      <w:r>
        <w:rPr>
          <w:rFonts w:ascii="Noto Sans" w:hAnsi="Noto Sans" w:cs="Noto Sans Devanagari" w:eastAsia="Noto Sans Devanagari"/>
          <w:b w:val="0"/>
          <w:i w:val="0"/>
          <w:sz w:val="20"/>
        </w:rPr>
        <w:t>औचित्यको आधारमा आवश्यकतानुसार सटही सुविधा दिइनेछ ।</w:t>
      </w:r>
    </w:p>
    <w:p>
      <w:pPr>
        <w:spacing w:after="62" w:line="259" w:lineRule="auto"/>
        <w:ind w:left="115"/>
      </w:pPr>
      <w:r>
        <w:rPr>
          <w:rFonts w:ascii="Noto Sans" w:hAnsi="Noto Sans" w:cs="Noto Sans Devanagari" w:eastAsia="Noto Sans Devanagari"/>
          <w:b w:val="0"/>
          <w:i w:val="0"/>
          <w:sz w:val="20"/>
        </w:rPr>
        <w:t>(ङ) व्यापार प्रवर्द्धनको लागि सटही सुविधा ः</w:t>
      </w:r>
    </w:p>
    <w:p>
      <w:pPr>
        <w:spacing w:after="62" w:line="259" w:lineRule="auto"/>
      </w:pPr>
      <w:r>
        <w:rPr>
          <w:rFonts w:ascii="Noto Sans" w:hAnsi="Noto Sans" w:cs="Noto Sans Devanagari" w:eastAsia="Noto Sans Devanagari"/>
          <w:b w:val="0"/>
          <w:i w:val="0"/>
          <w:sz w:val="20"/>
        </w:rPr>
        <w:t>विदेश (भारत बाहेक) मा व्यवसाय प्रवर्द्धन, व्यापार मेला, व्यापार गोष्ठीमा जाने नेपाली नागरिकलाई</w:t>
      </w:r>
    </w:p>
    <w:p>
      <w:pPr>
        <w:spacing w:after="62" w:line="259" w:lineRule="auto"/>
      </w:pPr>
      <w:r>
        <w:rPr>
          <w:rFonts w:ascii="Noto Sans" w:hAnsi="Noto Sans" w:cs="Noto Sans Devanagari" w:eastAsia="Noto Sans Devanagari"/>
          <w:b w:val="0"/>
          <w:i w:val="0"/>
          <w:sz w:val="20"/>
        </w:rPr>
        <w:t>व्यापार प्रवर्द्धनको कार्यक्रमबाट हुने उपलब्धि तथा भाग लिन जानु पर्ने कारण पुष्टि हुने कागजात</w:t>
      </w:r>
    </w:p>
    <w:p>
      <w:pPr>
        <w:spacing w:after="62" w:line="259" w:lineRule="auto"/>
      </w:pPr>
      <w:r>
        <w:rPr>
          <w:rFonts w:ascii="Noto Sans" w:hAnsi="Noto Sans" w:cs="Noto Sans Devanagari" w:eastAsia="Noto Sans Devanagari"/>
          <w:b w:val="0"/>
          <w:i w:val="0"/>
          <w:sz w:val="20"/>
        </w:rPr>
        <w:t>सहितको निवेदन लिई राहदानी बापत प्रति पटक अमेरिकी डलर ५,०००।– सम्मको सटही सुविधा</w:t>
      </w:r>
    </w:p>
    <w:p>
      <w:pPr>
        <w:spacing w:after="62" w:line="259" w:lineRule="auto"/>
      </w:pPr>
      <w:r>
        <w:rPr>
          <w:rFonts w:ascii="Noto Sans" w:hAnsi="Noto Sans" w:cs="Noto Sans Devanagari" w:eastAsia="Noto Sans Devanagari"/>
          <w:b w:val="0"/>
          <w:i w:val="0"/>
          <w:sz w:val="20"/>
        </w:rPr>
        <w:t>प्रदान गर्न सकिने छ ।</w:t>
      </w:r>
    </w:p>
    <w:p>
      <w:pPr>
        <w:spacing w:after="62" w:line="259" w:lineRule="auto"/>
        <w:ind w:left="115"/>
      </w:pPr>
      <w:r>
        <w:rPr>
          <w:rFonts w:ascii="Noto Sans" w:hAnsi="Noto Sans" w:cs="Noto Sans Devanagari" w:eastAsia="Noto Sans Devanagari"/>
          <w:b w:val="0"/>
          <w:i w:val="0"/>
          <w:sz w:val="20"/>
        </w:rPr>
        <w:t>(च) सटही सुविधाको सही उपभोग हुनु पर्ने ः</w:t>
      </w:r>
    </w:p>
    <w:p>
      <w:pPr>
        <w:spacing w:after="62" w:line="259" w:lineRule="auto"/>
      </w:pPr>
      <w:r>
        <w:rPr>
          <w:rFonts w:ascii="Noto Sans" w:hAnsi="Noto Sans" w:cs="Noto Sans Devanagari" w:eastAsia="Noto Sans Devanagari"/>
          <w:b w:val="0"/>
          <w:i w:val="0"/>
          <w:sz w:val="20"/>
        </w:rPr>
        <w:t>राहदानी बापतको सटही सुविधा पहिला पनि उपभोग गरिसकेका व्यक्तिहरूको हकमा निज अघिल्लो</w:t>
      </w:r>
    </w:p>
    <w:p>
      <w:pPr>
        <w:spacing w:after="62" w:line="259" w:lineRule="auto"/>
      </w:pPr>
      <w:r>
        <w:rPr>
          <w:rFonts w:ascii="Noto Sans" w:hAnsi="Noto Sans" w:cs="Noto Sans Devanagari" w:eastAsia="Noto Sans Devanagari"/>
          <w:b w:val="0"/>
          <w:i w:val="0"/>
          <w:sz w:val="20"/>
        </w:rPr>
        <w:t>पटक यस्तो सटही सुविधा लिएर उद्देश्य बमोजिम विदेश यात्रा गरेको भएमा मात्र अर्को पटक सटही</w:t>
      </w:r>
    </w:p>
    <w:p>
      <w:pPr>
        <w:spacing w:after="62" w:line="259" w:lineRule="auto"/>
      </w:pPr>
      <w:r>
        <w:rPr>
          <w:rFonts w:ascii="Noto Sans" w:hAnsi="Noto Sans" w:cs="Noto Sans Devanagari" w:eastAsia="Noto Sans Devanagari"/>
          <w:b w:val="0"/>
          <w:i w:val="0"/>
          <w:sz w:val="20"/>
        </w:rPr>
        <w:t>सुविधा प्रदान गर्नु पर्नेछ ।</w:t>
      </w:r>
    </w:p>
    <w:p>
      <w:pPr>
        <w:spacing w:after="62" w:line="259" w:lineRule="auto"/>
        <w:ind w:left="115"/>
      </w:pPr>
      <w:r>
        <w:rPr>
          <w:rFonts w:ascii="Noto Sans" w:hAnsi="Noto Sans" w:cs="Noto Sans Devanagari" w:eastAsia="Noto Sans Devanagari"/>
          <w:b w:val="0"/>
          <w:i w:val="0"/>
          <w:sz w:val="20"/>
        </w:rPr>
        <w:t>(छ) कन्फर्म्ड हवाई टिकटको व्याख्या ः</w:t>
      </w:r>
    </w:p>
    <w:p>
      <w:pPr>
        <w:spacing w:after="62" w:line="259" w:lineRule="auto"/>
      </w:pPr>
      <w:r>
        <w:rPr>
          <w:rFonts w:ascii="Noto Sans" w:hAnsi="Noto Sans" w:cs="Noto Sans Devanagari" w:eastAsia="Noto Sans Devanagari"/>
          <w:b w:val="0"/>
          <w:i w:val="0"/>
          <w:sz w:val="20"/>
        </w:rPr>
        <w:t>कन्फर्म्ड हवाई टिकट भन्नाले नेपाल वा भारतदेखि यात्रा शुरू हुने गरी जारी भएको कन्फर्म्ड हवाई</w:t>
      </w:r>
    </w:p>
    <w:p>
      <w:pPr>
        <w:spacing w:after="62" w:line="259" w:lineRule="auto"/>
      </w:pPr>
      <w:r>
        <w:rPr>
          <w:rFonts w:ascii="Noto Sans" w:hAnsi="Noto Sans" w:cs="Noto Sans Devanagari" w:eastAsia="Noto Sans Devanagari"/>
          <w:b w:val="0"/>
          <w:i w:val="0"/>
          <w:sz w:val="20"/>
        </w:rPr>
        <w:t>टिकट र विदेशबाट नेपाल आई पुनः विदेश जाने गरी जारी भएको दोहोरो कन्फर्म्ड टिकटलाई</w:t>
      </w:r>
    </w:p>
    <w:p>
      <w:pPr>
        <w:spacing w:after="62" w:line="259" w:lineRule="auto"/>
      </w:pPr>
      <w:r>
        <w:rPr>
          <w:rFonts w:ascii="Noto Sans" w:hAnsi="Noto Sans" w:cs="Noto Sans Devanagari" w:eastAsia="Noto Sans Devanagari"/>
          <w:b w:val="0"/>
          <w:i w:val="0"/>
          <w:sz w:val="20"/>
        </w:rPr>
        <w:t>जनाउँछ ।</w:t>
      </w:r>
    </w:p>
    <w:p>
      <w:pPr>
        <w:spacing w:after="62" w:line="259" w:lineRule="auto"/>
        <w:ind w:left="115"/>
      </w:pPr>
      <w:r>
        <w:rPr>
          <w:rFonts w:ascii="Noto Sans" w:hAnsi="Noto Sans" w:cs="Noto Sans Devanagari" w:eastAsia="Noto Sans Devanagari"/>
          <w:b w:val="0"/>
          <w:i w:val="0"/>
          <w:sz w:val="20"/>
        </w:rPr>
        <w:t>(ज) सटही बापत नगदमा पाउने रकम ः</w:t>
      </w:r>
    </w:p>
    <w:p>
      <w:pPr>
        <w:spacing w:after="62" w:line="259" w:lineRule="auto"/>
      </w:pPr>
      <w:r>
        <w:rPr>
          <w:rFonts w:ascii="Noto Sans" w:hAnsi="Noto Sans" w:cs="Noto Sans Devanagari" w:eastAsia="Noto Sans Devanagari"/>
          <w:b w:val="0"/>
          <w:i w:val="0"/>
          <w:sz w:val="20"/>
        </w:rPr>
        <w:t>इजाजतपत्रप्राप्त सम्बन्धित बैंक/वित्तीय संस्था/निकायहरूसँग रहेको नगद विदेशी मुद्राको सञ्चितिलाई</w:t>
      </w:r>
    </w:p>
    <w:p>
      <w:pPr>
        <w:spacing w:after="62" w:line="259" w:lineRule="auto"/>
      </w:pPr>
      <w:r>
        <w:rPr>
          <w:rFonts w:ascii="Noto Sans" w:hAnsi="Noto Sans" w:cs="Noto Sans Devanagari" w:eastAsia="Noto Sans Devanagari"/>
          <w:b w:val="0"/>
          <w:i w:val="0"/>
          <w:sz w:val="20"/>
        </w:rPr>
        <w:t>समेत दृष्टिगत गरी बढीमा अमेरिकी डलर ५००।– (पाँचसय) सम्म नगदमा सटही उपलव्ध गराउन</w:t>
      </w:r>
    </w:p>
    <w:p>
      <w:pPr>
        <w:spacing w:after="62" w:line="259" w:lineRule="auto"/>
      </w:pPr>
      <w:r>
        <w:rPr>
          <w:rFonts w:ascii="Noto Sans" w:hAnsi="Noto Sans" w:cs="Noto Sans Devanagari" w:eastAsia="Noto Sans Devanagari"/>
          <w:b w:val="0"/>
          <w:i w:val="0"/>
          <w:sz w:val="20"/>
        </w:rPr>
        <w:t>सकिनेछ । सो भन्दा बढीको नगद सटही दिनुपरेको खण्डमा औचित्यको आधारमा सम्बन्धित</w:t>
      </w:r>
    </w:p>
    <w:p>
      <w:pPr>
        <w:spacing w:after="62" w:line="259" w:lineRule="auto"/>
      </w:pPr>
      <w:r>
        <w:rPr>
          <w:rFonts w:ascii="Noto Sans" w:hAnsi="Noto Sans" w:cs="Noto Sans Devanagari" w:eastAsia="Noto Sans Devanagari"/>
          <w:b w:val="0"/>
          <w:i w:val="0"/>
          <w:sz w:val="20"/>
        </w:rPr>
        <w:t>बैंक/वित्तीय संस्था/इजाजतपत्रप्राप्त निकायको कार्यालय प्रमुखले स्वीकृति दिएमा त्यस्तो सटही प्रदान</w:t>
      </w:r>
    </w:p>
    <w:p>
      <w:pPr>
        <w:spacing w:after="62" w:line="259" w:lineRule="auto"/>
      </w:pPr>
      <w:r>
        <w:rPr>
          <w:rFonts w:ascii="Noto Sans" w:hAnsi="Noto Sans" w:cs="Noto Sans Devanagari" w:eastAsia="Noto Sans Devanagari"/>
          <w:b w:val="0"/>
          <w:i w:val="0"/>
          <w:sz w:val="20"/>
        </w:rPr>
        <w:t>गर्न सकिनेछ । तोकिएको सीमासम्मको बाँकी रकम विदेशी मुद्राको डेविट कार्ड, क्रेडिट कार्ड, प्रिपेड</w:t>
      </w:r>
    </w:p>
    <w:p>
      <w:pPr>
        <w:spacing w:after="62" w:line="259" w:lineRule="auto"/>
      </w:pPr>
      <w:r>
        <w:rPr>
          <w:rFonts w:ascii="Noto Sans" w:hAnsi="Noto Sans" w:cs="Noto Sans Devanagari" w:eastAsia="Noto Sans Devanagari"/>
          <w:b w:val="0"/>
          <w:i w:val="0"/>
          <w:sz w:val="20"/>
        </w:rPr>
        <w:t>कार्ड, ड्राफ्ट, आदि जस्ता उपयुक्त बैंकिङ्ग उपकरण मार्फत् सटही दिनुपर्ने छ । यस्तो बैंकिङ उपकरण</w:t>
      </w:r>
    </w:p>
    <w:p>
      <w:pPr>
        <w:spacing w:after="62" w:line="259" w:lineRule="auto"/>
      </w:pPr>
      <w:r>
        <w:rPr>
          <w:rFonts w:ascii="Noto Sans" w:hAnsi="Noto Sans" w:cs="Noto Sans Devanagari" w:eastAsia="Noto Sans Devanagari"/>
          <w:b w:val="0"/>
          <w:i w:val="0"/>
          <w:sz w:val="20"/>
        </w:rPr>
        <w:t>सम्बन्धित राहदानी वाहकको नाममा मात्र जारी गर्नु पर्नेछ ।</w:t>
      </w:r>
    </w:p>
    <w:p>
      <w:pPr>
        <w:spacing w:after="62" w:line="259" w:lineRule="auto"/>
        <w:ind w:left="115"/>
      </w:pPr>
      <w:r>
        <w:rPr>
          <w:rFonts w:ascii="Noto Sans" w:hAnsi="Noto Sans" w:cs="Noto Sans Devanagari" w:eastAsia="Noto Sans Devanagari"/>
          <w:b w:val="0"/>
          <w:i w:val="0"/>
          <w:sz w:val="20"/>
        </w:rPr>
        <w:t>(झ) राहदानी बापत सटही सुविधा दिँदा अपनाउनु पर्ने अन्य प्रक्रियाहरू ः</w:t>
      </w:r>
    </w:p>
    <w:p>
      <w:pPr>
        <w:spacing w:after="62" w:line="259" w:lineRule="auto"/>
      </w:pPr>
      <w:r>
        <w:rPr>
          <w:rFonts w:ascii="Noto Sans" w:hAnsi="Noto Sans" w:cs="Noto Sans Devanagari" w:eastAsia="Noto Sans Devanagari"/>
          <w:b w:val="0"/>
          <w:i w:val="0"/>
          <w:sz w:val="20"/>
        </w:rPr>
        <w:t>(१) राहदानी बापतको सटही सुविधा प्रदान गर्दा यसैसाथ संलग्न अनुसूची ७.१ अनुसारको</w:t>
      </w:r>
    </w:p>
    <w:p>
      <w:pPr>
        <w:spacing w:after="62" w:line="259" w:lineRule="auto"/>
      </w:pPr>
      <w:r>
        <w:rPr>
          <w:rFonts w:ascii="Noto Sans" w:hAnsi="Noto Sans" w:cs="Noto Sans Devanagari" w:eastAsia="Noto Sans Devanagari"/>
          <w:b w:val="0"/>
          <w:i w:val="0"/>
          <w:sz w:val="20"/>
        </w:rPr>
        <w:t>निवेदन फाराम भराई लिनु पर्नेछ । सटही सुविधा उपलब्ध गराउँदा श्रोतको स्वघोषणा लिनु</w:t>
      </w:r>
    </w:p>
    <w:p>
      <w:pPr>
        <w:spacing w:after="62" w:line="259" w:lineRule="auto"/>
      </w:pPr>
      <w:r>
        <w:rPr>
          <w:rFonts w:ascii="Noto Sans" w:hAnsi="Noto Sans" w:cs="Noto Sans Devanagari" w:eastAsia="Noto Sans Devanagari"/>
          <w:b w:val="0"/>
          <w:i w:val="0"/>
          <w:sz w:val="20"/>
        </w:rPr>
        <w:t>पर्नेछ ।</w:t>
      </w:r>
    </w:p>
    <w:p>
      <w:pPr>
        <w:spacing w:after="62" w:line="259" w:lineRule="auto"/>
      </w:pPr>
      <w:r>
        <w:rPr>
          <w:rFonts w:ascii="Noto Sans" w:hAnsi="Noto Sans" w:cs="Noto Sans Devanagari" w:eastAsia="Noto Sans Devanagari"/>
          <w:b w:val="0"/>
          <w:i w:val="0"/>
          <w:sz w:val="20"/>
        </w:rPr>
        <w:t>(२) राहदानी सुविधा बापत सटही माग गर्न आउने निवेदकहरूबाट कन्फर्म्ड हवाई टिकट तथा</w:t>
      </w:r>
    </w:p>
    <w:p>
      <w:pPr>
        <w:spacing w:after="62" w:line="259" w:lineRule="auto"/>
      </w:pPr>
      <w:r>
        <w:rPr>
          <w:rFonts w:ascii="Noto Sans" w:hAnsi="Noto Sans" w:cs="Noto Sans Devanagari" w:eastAsia="Noto Sans Devanagari"/>
          <w:b w:val="0"/>
          <w:i w:val="0"/>
          <w:sz w:val="20"/>
        </w:rPr>
        <w:t>नाम, ठेगाना र फोटो समेत भएको एवम् अग्रिम भिसा आवश्यक पर्ने अवस्थामा भिसा</w:t>
      </w:r>
    </w:p>
    <w:p>
      <w:pPr>
        <w:spacing w:after="62" w:line="259" w:lineRule="auto"/>
      </w:pPr>
      <w:r>
        <w:rPr>
          <w:rFonts w:ascii="Noto Sans" w:hAnsi="Noto Sans" w:cs="Noto Sans Devanagari" w:eastAsia="Noto Sans Devanagari"/>
          <w:b w:val="0"/>
          <w:i w:val="0"/>
          <w:sz w:val="20"/>
        </w:rPr>
        <w:t>प्राप्त राहदानीको पृष्ठको छविचित्र (Photocopy) अनिवार्यरुपमा पेश गर्न लगाउनु पर्नेछ ।</w:t>
      </w:r>
    </w:p>
    <w:p>
      <w:pPr>
        <w:spacing w:after="62" w:line="259" w:lineRule="auto"/>
      </w:pPr>
      <w:r>
        <w:rPr>
          <w:rFonts w:ascii="Noto Sans" w:hAnsi="Noto Sans" w:cs="Noto Sans Devanagari" w:eastAsia="Noto Sans Devanagari"/>
          <w:b w:val="0"/>
          <w:i w:val="0"/>
          <w:sz w:val="20"/>
        </w:rPr>
        <w:t>ती छविचित्रहरू सक्कल प्रतिसँग भिडाई दुरुस्त भएमा मात्र सटही सुविधा प्रदान गर्नु</w:t>
      </w:r>
    </w:p>
    <w:p>
      <w:pPr>
        <w:spacing w:after="62" w:line="259" w:lineRule="auto"/>
      </w:pPr>
      <w:r>
        <w:rPr>
          <w:rFonts w:ascii="Noto Sans" w:hAnsi="Noto Sans" w:cs="Noto Sans Devanagari" w:eastAsia="Noto Sans Devanagari"/>
          <w:b w:val="0"/>
          <w:i w:val="0"/>
          <w:sz w:val="20"/>
        </w:rPr>
        <w:t>पर्नेछ । तर, विद्युतीय माध्यमबाट जारी हुने भिसा र टिकटको आधारमा सोको प्रिन्ट संलग्न</w:t>
      </w:r>
    </w:p>
    <w:p>
      <w:pPr>
        <w:spacing w:after="62" w:line="259" w:lineRule="auto"/>
      </w:pPr>
      <w:r>
        <w:rPr>
          <w:rFonts w:ascii="Noto Sans" w:hAnsi="Noto Sans" w:cs="Noto Sans Devanagari" w:eastAsia="Noto Sans Devanagari"/>
          <w:b w:val="0"/>
          <w:i w:val="0"/>
          <w:sz w:val="20"/>
        </w:rPr>
        <w:t>भइआएको आधारमा सटही सुविधा उपलब्ध गराउन यस व्यवस्थाले बाधा पुर्‍याएको मानिने</w:t>
      </w:r>
    </w:p>
    <w:p>
      <w:pPr>
        <w:spacing w:after="62" w:line="259" w:lineRule="auto"/>
      </w:pPr>
      <w:r>
        <w:rPr>
          <w:rFonts w:ascii="Noto Sans" w:hAnsi="Noto Sans" w:cs="Noto Sans Devanagari" w:eastAsia="Noto Sans Devanagari"/>
          <w:b w:val="0"/>
          <w:i w:val="0"/>
          <w:sz w:val="20"/>
        </w:rPr>
        <w:t>छैन ।</w:t>
      </w:r>
    </w:p>
    <w:p>
      <w:pPr>
        <w:spacing w:after="62" w:line="259" w:lineRule="auto"/>
      </w:pPr>
      <w:r>
        <w:rPr>
          <w:rFonts w:ascii="Noto Sans" w:hAnsi="Noto Sans" w:cs="Noto Sans Devanagari" w:eastAsia="Noto Sans Devanagari"/>
          <w:b w:val="0"/>
          <w:i w:val="0"/>
          <w:sz w:val="20"/>
        </w:rPr>
        <w:t>(३) यसरी सटही उपलव्ध गराएको मिति र रकम राहदानीको सम्बन्धित खण्डमा अनिवार्य</w:t>
      </w:r>
    </w:p>
    <w:p>
      <w:pPr>
        <w:spacing w:after="62" w:line="259" w:lineRule="auto"/>
      </w:pPr>
      <w:r>
        <w:rPr>
          <w:rFonts w:ascii="Noto Sans" w:hAnsi="Noto Sans" w:cs="Noto Sans Devanagari" w:eastAsia="Noto Sans Devanagari"/>
          <w:b w:val="0"/>
          <w:i w:val="0"/>
          <w:sz w:val="20"/>
        </w:rPr>
        <w:t>रूपमा उल्लेख गरी यस्तो सटही उपलव्ध गराउने इजाजतपत्रप्राप्त निकायको सम्बन्धित</w:t>
      </w:r>
    </w:p>
    <w:p>
      <w:pPr>
        <w:spacing w:after="62" w:line="259" w:lineRule="auto"/>
      </w:pPr>
      <w:r>
        <w:rPr>
          <w:rFonts w:ascii="Noto Sans" w:hAnsi="Noto Sans" w:cs="Noto Sans Devanagari" w:eastAsia="Noto Sans Devanagari"/>
          <w:b w:val="0"/>
          <w:i w:val="0"/>
          <w:sz w:val="20"/>
        </w:rPr>
        <w:t>अधिकृतले दस्तखत गरी छाप समेत लगाउनु पर्नेछ । साथै, उपर्युक्त कागजातको छविचित्र</w:t>
      </w:r>
    </w:p>
    <w:p>
      <w:pPr>
        <w:spacing w:after="62" w:line="259" w:lineRule="auto"/>
      </w:pPr>
      <w:r>
        <w:rPr>
          <w:rFonts w:ascii="Noto Sans" w:hAnsi="Noto Sans" w:cs="Noto Sans Devanagari" w:eastAsia="Noto Sans Devanagari"/>
          <w:b w:val="0"/>
          <w:i w:val="0"/>
          <w:sz w:val="20"/>
        </w:rPr>
        <w:t>(Photocopy) अभिलेखका लागि सुरक्षित राख्नु पर्नेछ ।</w:t>
      </w:r>
    </w:p>
    <w:p>
      <w:pPr>
        <w:spacing w:after="62" w:line="259" w:lineRule="auto"/>
      </w:pPr>
      <w:r>
        <w:rPr>
          <w:rFonts w:ascii="Noto Sans" w:hAnsi="Noto Sans" w:cs="Noto Sans Devanagari" w:eastAsia="Noto Sans Devanagari"/>
          <w:b w:val="0"/>
          <w:i w:val="0"/>
          <w:sz w:val="20"/>
        </w:rPr>
        <w:t>(४) राहदानीबापतको सटही सुविधा उपलब्ध गराउँदा सम्भव भएसम्म राहदानी बाहक स्वयम्</w:t>
      </w:r>
    </w:p>
    <w:p>
      <w:pPr>
        <w:spacing w:after="62" w:line="259" w:lineRule="auto"/>
      </w:pPr>
      <w:r>
        <w:rPr>
          <w:rFonts w:ascii="Noto Sans" w:hAnsi="Noto Sans" w:cs="Noto Sans Devanagari" w:eastAsia="Noto Sans Devanagari"/>
          <w:b w:val="0"/>
          <w:i w:val="0"/>
          <w:sz w:val="20"/>
        </w:rPr>
        <w:t>उपस्थित हुनु पर्नेछ ।</w:t>
      </w:r>
    </w:p>
    <w:p>
      <w:pPr>
        <w:spacing w:after="62" w:line="259" w:lineRule="auto"/>
        <w:ind w:left="115"/>
      </w:pPr>
      <w:r>
        <w:rPr>
          <w:rFonts w:ascii="Noto Sans" w:hAnsi="Noto Sans" w:cs="Noto Sans Devanagari" w:eastAsia="Noto Sans Devanagari"/>
          <w:b w:val="0"/>
          <w:i w:val="0"/>
          <w:sz w:val="20"/>
        </w:rPr>
        <w:t>(ञ) सटही प्रदान गर्ने निकायहरू ः</w:t>
      </w:r>
    </w:p>
    <w:p>
      <w:pPr>
        <w:spacing w:after="62" w:line="259" w:lineRule="auto"/>
      </w:pPr>
      <w:r>
        <w:rPr>
          <w:rFonts w:ascii="Noto Sans" w:hAnsi="Noto Sans" w:cs="Noto Sans Devanagari" w:eastAsia="Noto Sans Devanagari"/>
          <w:b w:val="0"/>
          <w:i w:val="0"/>
          <w:sz w:val="20"/>
        </w:rPr>
        <w:t>(१) इजाजतपत्रप्राप्त बैंक/वित्तीय संस्था/निकायहरूबाट मात्र यस्तो सटही सुविधा प्रदान गर्न मिल्नेछ</w:t>
      </w:r>
    </w:p>
    <w:p>
      <w:pPr>
        <w:spacing w:after="62" w:line="259" w:lineRule="auto"/>
      </w:pPr>
      <w:r>
        <w:rPr>
          <w:rFonts w:ascii="Noto Sans" w:hAnsi="Noto Sans" w:cs="Noto Sans Devanagari" w:eastAsia="Noto Sans Devanagari"/>
          <w:b w:val="0"/>
          <w:i w:val="0"/>
          <w:sz w:val="20"/>
        </w:rPr>
        <w:t>(२) संबैधानिक निकाय तथा नेपाल सरकारका कर्मचारीहरूको साथसाथै यस बैंकका कर्मचारीहरूको</w:t>
      </w:r>
    </w:p>
    <w:p>
      <w:pPr>
        <w:spacing w:after="62" w:line="259" w:lineRule="auto"/>
      </w:pPr>
      <w:r>
        <w:rPr>
          <w:rFonts w:ascii="Noto Sans" w:hAnsi="Noto Sans" w:cs="Noto Sans Devanagari" w:eastAsia="Noto Sans Devanagari"/>
          <w:b w:val="0"/>
          <w:i w:val="0"/>
          <w:sz w:val="20"/>
        </w:rPr>
        <w:t>लागि राहदानी बापतको नियमानुसार पाउने सटही सुविधा यस बैंकका बैंकिङ कारोबार गर्ने</w:t>
      </w:r>
    </w:p>
    <w:p>
      <w:pPr>
        <w:spacing w:after="62" w:line="259" w:lineRule="auto"/>
      </w:pPr>
      <w:r>
        <w:rPr>
          <w:rFonts w:ascii="Noto Sans" w:hAnsi="Noto Sans" w:cs="Noto Sans Devanagari" w:eastAsia="Noto Sans Devanagari"/>
          <w:b w:val="0"/>
          <w:i w:val="0"/>
          <w:sz w:val="20"/>
        </w:rPr>
        <w:t>कार्यालयहरूबाट प्रदान गर्न सकिने छ ।</w:t>
      </w:r>
    </w:p>
    <w:p>
      <w:pPr>
        <w:spacing w:after="62" w:line="259" w:lineRule="auto"/>
      </w:pPr>
      <w:r>
        <w:rPr>
          <w:rFonts w:ascii="Noto Sans" w:hAnsi="Noto Sans" w:cs="Noto Sans Devanagari" w:eastAsia="Noto Sans Devanagari"/>
          <w:b w:val="0"/>
          <w:i w:val="0"/>
          <w:sz w:val="20"/>
        </w:rPr>
        <w:t>(३) खण्ड (ञ) २ बाहेकका अन्य व्यक्तिहरूको राहदानी प्रयोजनको सटही सुविधा लगायत अन्य सटही</w:t>
      </w:r>
    </w:p>
    <w:p>
      <w:pPr>
        <w:spacing w:after="62" w:line="259" w:lineRule="auto"/>
      </w:pPr>
      <w:r>
        <w:rPr>
          <w:rFonts w:ascii="Noto Sans" w:hAnsi="Noto Sans" w:cs="Noto Sans Devanagari" w:eastAsia="Noto Sans Devanagari"/>
          <w:b w:val="0"/>
          <w:i w:val="0"/>
          <w:sz w:val="20"/>
        </w:rPr>
        <w:t>सुविधा यस बैंकका बैंकिङ्ग कारोबार गर्ने कार्यालयहरूबाट प्रदान गर्न सकिने छैन ।</w:t>
      </w:r>
    </w:p>
    <w:p>
      <w:pPr>
        <w:spacing w:after="62" w:line="259" w:lineRule="auto"/>
      </w:pPr>
      <w:r>
        <w:rPr>
          <w:rFonts w:ascii="Noto Sans" w:hAnsi="Noto Sans" w:cs="Noto Sans Devanagari" w:eastAsia="Noto Sans Devanagari"/>
          <w:b w:val="0"/>
          <w:i w:val="0"/>
          <w:sz w:val="20"/>
        </w:rPr>
        <w:t>(४) खण्ड (ञ) २ बाहेकका अन्य व्यक्तिहरूलाई राहदानी बापतको सटही सुविधा प्रदान गर्नु पर्ने</w:t>
      </w:r>
    </w:p>
    <w:p>
      <w:pPr>
        <w:spacing w:after="62" w:line="259" w:lineRule="auto"/>
      </w:pPr>
      <w:r>
        <w:rPr>
          <w:rFonts w:ascii="Noto Sans" w:hAnsi="Noto Sans" w:cs="Noto Sans Devanagari" w:eastAsia="Noto Sans Devanagari"/>
          <w:b w:val="0"/>
          <w:i w:val="0"/>
          <w:sz w:val="20"/>
        </w:rPr>
        <w:t>अवस्था आईपरेमा तथा व्यक्तिहरूले विभिन्न स्रोतबाट प्राप्त गरी बिक्री गर्न ल्याएको विदेशी मुद्रा</w:t>
      </w:r>
    </w:p>
    <w:p>
      <w:pPr>
        <w:spacing w:after="62" w:line="259" w:lineRule="auto"/>
      </w:pPr>
      <w:r>
        <w:rPr>
          <w:rFonts w:ascii="Noto Sans" w:hAnsi="Noto Sans" w:cs="Noto Sans Devanagari" w:eastAsia="Noto Sans Devanagari"/>
          <w:b w:val="0"/>
          <w:i w:val="0"/>
          <w:sz w:val="20"/>
        </w:rPr>
        <w:t>यस बैंकका बैंकिङ कारोबार गर्ने कार्यालयहरूबाट खरिद/बिक्री गर्नु परेमा औचित्यको आधारमा</w:t>
      </w:r>
    </w:p>
    <w:p>
      <w:pPr>
        <w:spacing w:after="62" w:line="259" w:lineRule="auto"/>
      </w:pPr>
      <w:r>
        <w:rPr>
          <w:rFonts w:ascii="Noto Sans" w:hAnsi="Noto Sans" w:cs="Noto Sans Devanagari" w:eastAsia="Noto Sans Devanagari"/>
          <w:b w:val="0"/>
          <w:i w:val="0"/>
          <w:sz w:val="20"/>
        </w:rPr>
        <w:t>कार्यालय प्रमुखको लिखित स्वीकृतिबाट मात्र त्यस्तो कारोबार गर्न सकिने छ ।</w:t>
      </w:r>
    </w:p>
    <w:p>
      <w:pPr>
        <w:spacing w:after="62" w:line="259" w:lineRule="auto"/>
      </w:pPr>
      <w:r>
        <w:rPr>
          <w:rFonts w:ascii="Noto Sans" w:hAnsi="Noto Sans" w:cs="Noto Sans Devanagari" w:eastAsia="Noto Sans Devanagari"/>
          <w:b w:val="0"/>
          <w:i w:val="0"/>
          <w:sz w:val="20"/>
        </w:rPr>
        <w:t>(५) खण्ड (ख) (४) को सटही सुविधा इजाजतपत्रप्राप्त मनिचेञ्जरले प्रदान गर्न सक्नेछ ।</w:t>
      </w:r>
    </w:p>
    <w:p>
      <w:pPr>
        <w:spacing w:after="62" w:line="259" w:lineRule="auto"/>
        <w:ind w:left="115"/>
      </w:pPr>
      <w:r>
        <w:rPr>
          <w:rFonts w:ascii="Noto Sans" w:hAnsi="Noto Sans" w:cs="Noto Sans Devanagari" w:eastAsia="Noto Sans Devanagari"/>
          <w:b w:val="0"/>
          <w:i w:val="0"/>
          <w:sz w:val="20"/>
        </w:rPr>
        <w:t>(ट) कारोबारको विवरण पेश गर्नु पर्नेः</w:t>
      </w:r>
    </w:p>
    <w:p>
      <w:pPr>
        <w:spacing w:after="62" w:line="259" w:lineRule="auto"/>
      </w:pPr>
      <w:r>
        <w:rPr>
          <w:rFonts w:ascii="Noto Sans" w:hAnsi="Noto Sans" w:cs="Noto Sans Devanagari" w:eastAsia="Noto Sans Devanagari"/>
          <w:b w:val="0"/>
          <w:i w:val="0"/>
          <w:sz w:val="20"/>
        </w:rPr>
        <w:t>(१) राहदानी र व्यापार प्रवर्द्धन बापतको सटही सुविधा सम्बन्धी प्रत्येक महिनाको कारोबारको मासिक</w:t>
      </w:r>
    </w:p>
    <w:p>
      <w:pPr>
        <w:spacing w:after="62" w:line="259" w:lineRule="auto"/>
      </w:pPr>
      <w:r>
        <w:rPr>
          <w:rFonts w:ascii="Noto Sans" w:hAnsi="Noto Sans" w:cs="Noto Sans Devanagari" w:eastAsia="Noto Sans Devanagari"/>
          <w:b w:val="0"/>
          <w:i w:val="0"/>
          <w:sz w:val="20"/>
        </w:rPr>
        <w:t>विवरण इजाजतपत्रप्राप्त बैंक तथा वित्तीय संस्थाको केन्द्रीय/कर्पोरेट कार्यालयले एकीकृत गरी</w:t>
      </w:r>
    </w:p>
    <w:p>
      <w:pPr>
        <w:spacing w:after="62" w:line="259" w:lineRule="auto"/>
      </w:pPr>
      <w:r>
        <w:rPr>
          <w:rFonts w:ascii="Noto Sans" w:hAnsi="Noto Sans" w:cs="Noto Sans Devanagari" w:eastAsia="Noto Sans Devanagari"/>
          <w:b w:val="0"/>
          <w:i w:val="0"/>
          <w:sz w:val="20"/>
        </w:rPr>
        <w:t>महिना समाप्त भएको १५ (पन्ध्र) दिनभिक्र त्रमशः संलग्न अनुसूची ७.२ र अनुसूची ७.३</w:t>
      </w:r>
    </w:p>
    <w:p>
      <w:pPr>
        <w:spacing w:after="62" w:line="259" w:lineRule="auto"/>
      </w:pPr>
      <w:r>
        <w:rPr>
          <w:rFonts w:ascii="Noto Sans" w:hAnsi="Noto Sans" w:cs="Noto Sans Devanagari" w:eastAsia="Noto Sans Devanagari"/>
          <w:b w:val="0"/>
          <w:i w:val="0"/>
          <w:sz w:val="20"/>
        </w:rPr>
        <w:t>बमोजिमको फारम यस विभागमा अनिवार्य रूपमा पेश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1. Provisions Relating to Passport Exchange Facility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 Provisions Relating to Passport Exchange Facility</w:t>
      </w:r>
    </w:p>
    <w:p>
      <w:pPr>
        <w:spacing w:after="70" w:line="259" w:lineRule="auto"/>
        <w:ind w:left="115"/>
      </w:pPr>
      <w:r>
        <w:rPr>
          <w:rFonts w:ascii="Noto Sans" w:hAnsi="Noto Sans" w:cs="Noto Sans Devanagari" w:eastAsia="Noto Sans Devanagari"/>
          <w:b w:val="0"/>
          <w:i w:val="0"/>
          <w:color w:val="222222"/>
          <w:sz w:val="18"/>
        </w:rPr>
        <w:t>(a) Nepali persons travelling abroad (except India) shall be provided foreign exchange facility by the designated banks/financial institutions/licensed entities on the basis of a passport issued by the Government of Nepal and a confirmed air ticket.</w:t>
      </w:r>
    </w:p>
    <w:p>
      <w:pPr>
        <w:spacing w:after="70" w:line="259" w:lineRule="auto"/>
        <w:ind w:left="115"/>
      </w:pPr>
      <w:r>
        <w:rPr>
          <w:rFonts w:ascii="Noto Sans" w:hAnsi="Noto Sans" w:cs="Noto Sans Devanagari" w:eastAsia="Noto Sans Devanagari"/>
          <w:b w:val="0"/>
          <w:i w:val="0"/>
          <w:color w:val="222222"/>
          <w:sz w:val="18"/>
        </w:rPr>
        <w:t>(b) Amount of exchange available under the passport facility:</w:t>
      </w:r>
    </w:p>
    <w:p>
      <w:pPr>
        <w:spacing w:after="70" w:line="259" w:lineRule="auto"/>
      </w:pPr>
      <w:r>
        <w:rPr>
          <w:rFonts w:ascii="Noto Sans" w:hAnsi="Noto Sans" w:cs="Noto Sans Devanagari" w:eastAsia="Noto Sans Devanagari"/>
          <w:b w:val="0"/>
          <w:i w:val="0"/>
          <w:color w:val="222222"/>
          <w:sz w:val="18"/>
        </w:rPr>
        <w:t>(1) Nepali citizens travelling to countries other than India may be provided foreign exchange facility up to USD 3,000 or equivalent convertible foreign currency per visit under the passport facility.</w:t>
      </w:r>
    </w:p>
    <w:p>
      <w:pPr>
        <w:spacing w:after="70" w:line="259" w:lineRule="auto"/>
      </w:pPr>
      <w:r>
        <w:rPr>
          <w:rFonts w:ascii="Noto Sans" w:hAnsi="Noto Sans" w:cs="Noto Sans Devanagari" w:eastAsia="Noto Sans Devanagari"/>
          <w:b w:val="0"/>
          <w:i w:val="0"/>
          <w:color w:val="222222"/>
          <w:sz w:val="18"/>
        </w:rPr>
        <w:t>(2) When providing passport exchange facility to Nepali citizens going for foreign employment, the following shall apply:</w:t>
      </w:r>
    </w:p>
    <w:p>
      <w:pPr>
        <w:spacing w:after="70" w:line="259" w:lineRule="auto"/>
      </w:pPr>
      <w:r>
        <w:rPr>
          <w:rFonts w:ascii="Noto Sans" w:hAnsi="Noto Sans" w:cs="Noto Sans Devanagari" w:eastAsia="Noto Sans Devanagari"/>
          <w:b w:val="0"/>
          <w:i w:val="0"/>
          <w:color w:val="222222"/>
          <w:sz w:val="18"/>
        </w:rPr>
        <w:t>(A) In the case of persons going to Japan, South Korea, the European continent, the United States of America, Canada and Australia: maximum USD 500.</w:t>
      </w:r>
    </w:p>
    <w:p>
      <w:pPr>
        <w:spacing w:after="70" w:line="259" w:lineRule="auto"/>
      </w:pPr>
      <w:r>
        <w:rPr>
          <w:rFonts w:ascii="Noto Sans" w:hAnsi="Noto Sans" w:cs="Noto Sans Devanagari" w:eastAsia="Noto Sans Devanagari"/>
          <w:b w:val="0"/>
          <w:i w:val="0"/>
          <w:color w:val="222222"/>
          <w:sz w:val="18"/>
        </w:rPr>
        <w:t>(B) In the case of persons going to other countries: maximum USD 200.</w:t>
      </w:r>
    </w:p>
    <w:p>
      <w:pPr>
        <w:spacing w:after="70" w:line="259" w:lineRule="auto"/>
      </w:pPr>
      <w:r>
        <w:rPr>
          <w:rFonts w:ascii="Noto Sans" w:hAnsi="Noto Sans" w:cs="Noto Sans Devanagari" w:eastAsia="Noto Sans Devanagari"/>
          <w:b w:val="0"/>
          <w:i w:val="0"/>
          <w:color w:val="222222"/>
          <w:sz w:val="18"/>
        </w:rPr>
        <w:t>(3) Where passport facility is requested for foreign travel on the basis of a Travel Document issued by the Government of Nepal, such persons shall be provided foreign exchange facility up to USD 1,000.</w:t>
      </w:r>
    </w:p>
    <w:p>
      <w:pPr>
        <w:spacing w:after="70" w:line="259" w:lineRule="auto"/>
      </w:pPr>
      <w:r>
        <w:rPr>
          <w:rFonts w:ascii="Noto Sans" w:hAnsi="Noto Sans" w:cs="Noto Sans Devanagari" w:eastAsia="Noto Sans Devanagari"/>
          <w:b w:val="0"/>
          <w:i w:val="0"/>
          <w:color w:val="222222"/>
          <w:sz w:val="18"/>
        </w:rPr>
        <w:t>(4) A money changer licensed to sell convertible foreign currency pursuant to Regulation 9(4)(d) of the Nepal Rastra Bank Money Changer Licensing and Inspection Regulations, 2077 may provide passport exchange facility up to a maximum of USD 200 (two hundred only) to Nepali citizens travelling abroad.</w:t>
      </w:r>
    </w:p>
    <w:p>
      <w:pPr>
        <w:spacing w:after="70" w:line="259" w:lineRule="auto"/>
        <w:ind w:left="115"/>
      </w:pPr>
      <w:r>
        <w:rPr>
          <w:rFonts w:ascii="Noto Sans" w:hAnsi="Noto Sans" w:cs="Noto Sans Devanagari" w:eastAsia="Noto Sans Devanagari"/>
          <w:b w:val="0"/>
          <w:i w:val="0"/>
          <w:color w:val="222222"/>
          <w:sz w:val="18"/>
        </w:rPr>
        <w:t>(c) Exchange facility available for private travel by land route:</w:t>
      </w:r>
    </w:p>
    <w:p>
      <w:pPr>
        <w:spacing w:after="70" w:line="259" w:lineRule="auto"/>
      </w:pPr>
      <w:r>
        <w:rPr>
          <w:rFonts w:ascii="Noto Sans" w:hAnsi="Noto Sans" w:cs="Noto Sans Devanagari" w:eastAsia="Noto Sans Devanagari"/>
          <w:b w:val="0"/>
          <w:i w:val="0"/>
          <w:color w:val="222222"/>
          <w:sz w:val="18"/>
        </w:rPr>
        <w:t>(1) Persons travelling privately by land route to the Tibet Autonomous Region of China (other than persons crossing the border in accordance with the applicable rules) and to SAARC countries (except India) may, where they hold an entry visa of the concerned country, be provided foreign exchange facility up to a maximum of USD 1,000 (one thousand) at one time and up to a maximum of USD 2,000 (two thousand) in one fiscal year.</w:t>
      </w:r>
    </w:p>
    <w:p>
      <w:pPr>
        <w:spacing w:after="70" w:line="259" w:lineRule="auto"/>
      </w:pPr>
      <w:r>
        <w:rPr>
          <w:rFonts w:ascii="Noto Sans" w:hAnsi="Noto Sans" w:cs="Noto Sans Devanagari" w:eastAsia="Noto Sans Devanagari"/>
          <w:b w:val="0"/>
          <w:i w:val="0"/>
          <w:color w:val="222222"/>
          <w:sz w:val="18"/>
        </w:rPr>
        <w:t>(2) When providing such exchange facility, in the case of persons travelling by land route and Nepali persons travelling to SAARC countries (except India) and other countries that issue visas at the Entry Point, the authorised officer of the institution providing the exchange facility shall make an endorsement in the passport, sign it and affix the institution's seal.</w:t>
      </w:r>
    </w:p>
    <w:p>
      <w:pPr>
        <w:spacing w:after="70" w:line="259" w:lineRule="auto"/>
        <w:ind w:left="115"/>
      </w:pPr>
      <w:r>
        <w:rPr>
          <w:rFonts w:ascii="Noto Sans" w:hAnsi="Noto Sans" w:cs="Noto Sans Devanagari" w:eastAsia="Noto Sans Devanagari"/>
          <w:b w:val="0"/>
          <w:i w:val="0"/>
          <w:color w:val="222222"/>
          <w:sz w:val="18"/>
        </w:rPr>
        <w:t>(d) Application may be made for additional exchange facility:</w:t>
      </w:r>
    </w:p>
    <w:p>
      <w:pPr>
        <w:spacing w:after="70" w:line="259" w:lineRule="auto"/>
      </w:pPr>
      <w:r>
        <w:rPr>
          <w:rFonts w:ascii="Noto Sans" w:hAnsi="Noto Sans" w:cs="Noto Sans Devanagari" w:eastAsia="Noto Sans Devanagari"/>
          <w:b w:val="0"/>
          <w:i w:val="0"/>
          <w:color w:val="222222"/>
          <w:sz w:val="18"/>
        </w:rPr>
        <w:t>Where the exchange facility available under this Circular is insufficient and a higher amount is required, an application may be made to the Department stating the reasons for the insufficiency and enclosing a copy of the Permanent Account Number registration certificate of the applicant or of a member of the applicant's immediate family, together with documents proving the relationship. Additional exchange facility may be provided as required on the basis of justification.</w:t>
      </w:r>
    </w:p>
    <w:p>
      <w:pPr>
        <w:spacing w:after="70" w:line="259" w:lineRule="auto"/>
        <w:ind w:left="115"/>
      </w:pPr>
      <w:r>
        <w:rPr>
          <w:rFonts w:ascii="Noto Sans" w:hAnsi="Noto Sans" w:cs="Noto Sans Devanagari" w:eastAsia="Noto Sans Devanagari"/>
          <w:b w:val="0"/>
          <w:i w:val="0"/>
          <w:color w:val="222222"/>
          <w:sz w:val="18"/>
        </w:rPr>
        <w:t>(e) Exchange facility for trade promotion:</w:t>
      </w:r>
    </w:p>
    <w:p>
      <w:pPr>
        <w:spacing w:after="70" w:line="259" w:lineRule="auto"/>
      </w:pPr>
      <w:r>
        <w:rPr>
          <w:rFonts w:ascii="Noto Sans" w:hAnsi="Noto Sans" w:cs="Noto Sans Devanagari" w:eastAsia="Noto Sans Devanagari"/>
          <w:b w:val="0"/>
          <w:i w:val="0"/>
          <w:color w:val="222222"/>
          <w:sz w:val="18"/>
        </w:rPr>
        <w:t>A Nepali citizen travelling abroad (except India) for business promotion, a trade fair or a trade seminar may be provided passport exchange facility up to USD 5,000 per visit upon submission of an application together with documents substantiating the benefits expected from the trade-promotion programme and the reasons for participation.</w:t>
      </w:r>
    </w:p>
    <w:p>
      <w:pPr>
        <w:spacing w:after="70" w:line="259" w:lineRule="auto"/>
        <w:ind w:left="115"/>
      </w:pPr>
      <w:r>
        <w:rPr>
          <w:rFonts w:ascii="Noto Sans" w:hAnsi="Noto Sans" w:cs="Noto Sans Devanagari" w:eastAsia="Noto Sans Devanagari"/>
          <w:b w:val="0"/>
          <w:i w:val="0"/>
          <w:color w:val="222222"/>
          <w:sz w:val="18"/>
        </w:rPr>
        <w:t>(f) Exchange facility must be properly utilised:</w:t>
      </w:r>
    </w:p>
    <w:p>
      <w:pPr>
        <w:spacing w:after="70" w:line="259" w:lineRule="auto"/>
      </w:pPr>
      <w:r>
        <w:rPr>
          <w:rFonts w:ascii="Noto Sans" w:hAnsi="Noto Sans" w:cs="Noto Sans Devanagari" w:eastAsia="Noto Sans Devanagari"/>
          <w:b w:val="0"/>
          <w:i w:val="0"/>
          <w:color w:val="222222"/>
          <w:sz w:val="18"/>
        </w:rPr>
        <w:t>In the case of persons who have previously utilised passport exchange facility, another exchange facility shall be provided only where the person travelled abroad for the stated purpose after obtaining such facility on the previous occasion.</w:t>
      </w:r>
    </w:p>
    <w:p>
      <w:pPr>
        <w:spacing w:after="70" w:line="259" w:lineRule="auto"/>
        <w:ind w:left="115"/>
      </w:pPr>
      <w:r>
        <w:rPr>
          <w:rFonts w:ascii="Noto Sans" w:hAnsi="Noto Sans" w:cs="Noto Sans Devanagari" w:eastAsia="Noto Sans Devanagari"/>
          <w:b w:val="0"/>
          <w:i w:val="0"/>
          <w:color w:val="222222"/>
          <w:sz w:val="18"/>
        </w:rPr>
        <w:t>(g) Meaning of confirmed air ticket:</w:t>
      </w:r>
    </w:p>
    <w:p>
      <w:pPr>
        <w:spacing w:after="70" w:line="259" w:lineRule="auto"/>
      </w:pPr>
      <w:r>
        <w:rPr>
          <w:rFonts w:ascii="Noto Sans" w:hAnsi="Noto Sans" w:cs="Noto Sans Devanagari" w:eastAsia="Noto Sans Devanagari"/>
          <w:b w:val="0"/>
          <w:i w:val="0"/>
          <w:color w:val="222222"/>
          <w:sz w:val="18"/>
        </w:rPr>
        <w:t>“Confirmed air ticket” means a confirmed air ticket issued for a journey commencing from Nepal or India and a confirmed return ticket issued for a person who arrives in Nepal from abroad and is to depart abroad again.</w:t>
      </w:r>
    </w:p>
    <w:p>
      <w:pPr>
        <w:spacing w:after="70" w:line="259" w:lineRule="auto"/>
        <w:ind w:left="115"/>
      </w:pPr>
      <w:r>
        <w:rPr>
          <w:rFonts w:ascii="Noto Sans" w:hAnsi="Noto Sans" w:cs="Noto Sans Devanagari" w:eastAsia="Noto Sans Devanagari"/>
          <w:b w:val="0"/>
          <w:i w:val="0"/>
          <w:color w:val="222222"/>
          <w:sz w:val="18"/>
        </w:rPr>
        <w:t>(h) Amount that may be provided in cash:</w:t>
      </w:r>
    </w:p>
    <w:p>
      <w:pPr>
        <w:spacing w:after="70" w:line="259" w:lineRule="auto"/>
      </w:pPr>
      <w:r>
        <w:rPr>
          <w:rFonts w:ascii="Noto Sans" w:hAnsi="Noto Sans" w:cs="Noto Sans Devanagari" w:eastAsia="Noto Sans Devanagari"/>
          <w:b w:val="0"/>
          <w:i w:val="0"/>
          <w:color w:val="222222"/>
          <w:sz w:val="18"/>
        </w:rPr>
        <w:t>Taking into account the stock of cash foreign currency held by the concerned licensed bank/financial institution/entity, foreign exchange up to USD 500 (five hundred) may be provided in cash. Where it is necessary to provide cash foreign exchange exceeding that amount, such exchange may be provided if the head of office of the concerned bank/financial institution/licensed entity approves it on the basis of justification. The remaining amount within the prescribed limit shall be provided through an appropriate banking instrument such as a foreign-currency debit card, credit card, prepaid card, draft, etc. Such banking instrument shall be issued only in the name of the concerned passport holder.</w:t>
      </w:r>
    </w:p>
    <w:p>
      <w:pPr>
        <w:spacing w:after="70" w:line="259" w:lineRule="auto"/>
        <w:ind w:left="115"/>
      </w:pPr>
      <w:r>
        <w:rPr>
          <w:rFonts w:ascii="Noto Sans" w:hAnsi="Noto Sans" w:cs="Noto Sans Devanagari" w:eastAsia="Noto Sans Devanagari"/>
          <w:b w:val="0"/>
          <w:i w:val="0"/>
          <w:color w:val="222222"/>
          <w:sz w:val="18"/>
        </w:rPr>
        <w:t>(i) Other procedures to be followed when providing passport exchange facility:</w:t>
      </w:r>
    </w:p>
    <w:p>
      <w:pPr>
        <w:spacing w:after="70" w:line="259" w:lineRule="auto"/>
      </w:pPr>
      <w:r>
        <w:rPr>
          <w:rFonts w:ascii="Noto Sans" w:hAnsi="Noto Sans" w:cs="Noto Sans Devanagari" w:eastAsia="Noto Sans Devanagari"/>
          <w:b w:val="0"/>
          <w:i w:val="0"/>
          <w:color w:val="222222"/>
          <w:sz w:val="18"/>
        </w:rPr>
        <w:t>(1) When passport exchange facility is provided, an application form in the format set out in Schedule 7.1 attached hereto shall be completed and obtained. A self-declaration regarding the source shall be obtained when the exchange facility is provided.</w:t>
      </w:r>
    </w:p>
    <w:p>
      <w:pPr>
        <w:spacing w:after="70" w:line="259" w:lineRule="auto"/>
      </w:pPr>
      <w:r>
        <w:rPr>
          <w:rFonts w:ascii="Noto Sans" w:hAnsi="Noto Sans" w:cs="Noto Sans Devanagari" w:eastAsia="Noto Sans Devanagari"/>
          <w:b w:val="0"/>
          <w:i w:val="0"/>
          <w:color w:val="222222"/>
          <w:sz w:val="18"/>
        </w:rPr>
        <w:t>(2) Applicants requesting foreign exchange under the passport facility shall be required to submit a confirmed air ticket and a photocopy of the page of the passport bearing the name, address and photograph and, where an advance visa is required, the page bearing the visa. Foreign exchange facility shall be provided only after those photocopies have been compared with the originals and found correct. Provided that this provision shall not prevent the provision of foreign exchange facility on the basis of a printout of a visa and ticket issued electronically.</w:t>
      </w:r>
    </w:p>
    <w:p>
      <w:pPr>
        <w:spacing w:after="70" w:line="259" w:lineRule="auto"/>
      </w:pPr>
      <w:r>
        <w:rPr>
          <w:rFonts w:ascii="Noto Sans" w:hAnsi="Noto Sans" w:cs="Noto Sans Devanagari" w:eastAsia="Noto Sans Devanagari"/>
          <w:b w:val="0"/>
          <w:i w:val="0"/>
          <w:color w:val="222222"/>
          <w:sz w:val="18"/>
        </w:rPr>
        <w:t>(3) The date and amount of foreign exchange so provided shall mandatorily be recorded in the relevant section of the passport, and the concerned officer of the licensed entity providing such exchange shall sign and affix the seal. A photocopy of the aforesaid documents shall also be kept safely for record.</w:t>
      </w:r>
    </w:p>
    <w:p>
      <w:pPr>
        <w:spacing w:after="70" w:line="259" w:lineRule="auto"/>
      </w:pPr>
      <w:r>
        <w:rPr>
          <w:rFonts w:ascii="Noto Sans" w:hAnsi="Noto Sans" w:cs="Noto Sans Devanagari" w:eastAsia="Noto Sans Devanagari"/>
          <w:b w:val="0"/>
          <w:i w:val="0"/>
          <w:color w:val="222222"/>
          <w:sz w:val="18"/>
        </w:rPr>
        <w:t>(4) When providing passport exchange facility, the passport holder shall, as far as possible, be present in person.</w:t>
      </w:r>
    </w:p>
    <w:p>
      <w:pPr>
        <w:spacing w:after="70" w:line="259" w:lineRule="auto"/>
        <w:ind w:left="115"/>
      </w:pPr>
      <w:r>
        <w:rPr>
          <w:rFonts w:ascii="Noto Sans" w:hAnsi="Noto Sans" w:cs="Noto Sans Devanagari" w:eastAsia="Noto Sans Devanagari"/>
          <w:b w:val="0"/>
          <w:i w:val="0"/>
          <w:color w:val="222222"/>
          <w:sz w:val="18"/>
        </w:rPr>
        <w:t>(j) Entities authorised to provide exchange:</w:t>
      </w:r>
    </w:p>
    <w:p>
      <w:pPr>
        <w:spacing w:after="70" w:line="259" w:lineRule="auto"/>
      </w:pPr>
      <w:r>
        <w:rPr>
          <w:rFonts w:ascii="Noto Sans" w:hAnsi="Noto Sans" w:cs="Noto Sans Devanagari" w:eastAsia="Noto Sans Devanagari"/>
          <w:b w:val="0"/>
          <w:i w:val="0"/>
          <w:color w:val="222222"/>
          <w:sz w:val="18"/>
        </w:rPr>
        <w:t>(1) Such foreign exchange facility may be provided only by licensed banks/financial institutions/entities.</w:t>
      </w:r>
    </w:p>
    <w:p>
      <w:pPr>
        <w:spacing w:after="70" w:line="259" w:lineRule="auto"/>
      </w:pPr>
      <w:r>
        <w:rPr>
          <w:rFonts w:ascii="Noto Sans" w:hAnsi="Noto Sans" w:cs="Noto Sans Devanagari" w:eastAsia="Noto Sans Devanagari"/>
          <w:b w:val="0"/>
          <w:i w:val="0"/>
          <w:color w:val="222222"/>
          <w:sz w:val="18"/>
        </w:rPr>
        <w:t>(2) Passport exchange facility available under the rules to officials of constitutional bodies and employees of the Government of Nepal, as well as employees of this Bank, may be provided by the offices of this Bank conducting banking transactions.</w:t>
      </w:r>
    </w:p>
    <w:p>
      <w:pPr>
        <w:spacing w:after="70" w:line="259" w:lineRule="auto"/>
      </w:pPr>
      <w:r>
        <w:rPr>
          <w:rFonts w:ascii="Noto Sans" w:hAnsi="Noto Sans" w:cs="Noto Sans Devanagari" w:eastAsia="Noto Sans Devanagari"/>
          <w:b w:val="0"/>
          <w:i w:val="0"/>
          <w:color w:val="222222"/>
          <w:sz w:val="18"/>
        </w:rPr>
        <w:t>(3) Passport exchange facility and other exchange facilities for persons other than those referred to in sub-clause (j)(2) shall not be provided by offices of this Bank conducting banking transactions.</w:t>
      </w:r>
    </w:p>
    <w:p>
      <w:pPr>
        <w:spacing w:after="70" w:line="259" w:lineRule="auto"/>
      </w:pPr>
      <w:r>
        <w:rPr>
          <w:rFonts w:ascii="Noto Sans" w:hAnsi="Noto Sans" w:cs="Noto Sans Devanagari" w:eastAsia="Noto Sans Devanagari"/>
          <w:b w:val="0"/>
          <w:i w:val="0"/>
          <w:color w:val="222222"/>
          <w:sz w:val="18"/>
        </w:rPr>
        <w:t>(4) Where it becomes necessary to provide passport exchange facility to persons other than those referred to in sub-clause (j)(2), or to purchase/sell foreign currency brought by persons for sale after receipt from various sources through offices of this Bank conducting banking transactions, such transaction may be carried out only with the written approval of the Head of Office on the basis of justification.</w:t>
      </w:r>
    </w:p>
    <w:p>
      <w:pPr>
        <w:spacing w:after="70" w:line="259" w:lineRule="auto"/>
      </w:pPr>
      <w:r>
        <w:rPr>
          <w:rFonts w:ascii="Noto Sans" w:hAnsi="Noto Sans" w:cs="Noto Sans Devanagari" w:eastAsia="Noto Sans Devanagari"/>
          <w:b w:val="0"/>
          <w:i w:val="0"/>
          <w:color w:val="222222"/>
          <w:sz w:val="18"/>
        </w:rPr>
        <w:t>(5) The exchange facility under sub-clause (b)(4) may be provided by a licensed money changer.</w:t>
      </w:r>
    </w:p>
    <w:p>
      <w:pPr>
        <w:spacing w:after="70" w:line="259" w:lineRule="auto"/>
        <w:ind w:left="115"/>
      </w:pPr>
      <w:r>
        <w:rPr>
          <w:rFonts w:ascii="Noto Sans" w:hAnsi="Noto Sans" w:cs="Noto Sans Devanagari" w:eastAsia="Noto Sans Devanagari"/>
          <w:b w:val="0"/>
          <w:i w:val="0"/>
          <w:color w:val="222222"/>
          <w:sz w:val="18"/>
        </w:rPr>
        <w:t>(k) Transaction details to be submitted:</w:t>
      </w:r>
    </w:p>
    <w:p>
      <w:pPr>
        <w:spacing w:after="70" w:line="259" w:lineRule="auto"/>
      </w:pPr>
      <w:r>
        <w:rPr>
          <w:rFonts w:ascii="Noto Sans" w:hAnsi="Noto Sans" w:cs="Noto Sans Devanagari" w:eastAsia="Noto Sans Devanagari"/>
          <w:b w:val="0"/>
          <w:i w:val="0"/>
          <w:color w:val="222222"/>
          <w:sz w:val="18"/>
        </w:rPr>
        <w:t>(1) The Central/Corporate Office of a licensed bank or financial institution shall consolidate the monthly details of each month's transactions relating to passport and trade-promotion exchange facilities and mandatorily submit to this Department, within 15 (fifteen) days after the end of the month, the forms in Schedules 7.2 and 7.3 respectively.</w:t>
      </w:r>
    </w:p>
    <w:p>
      <w:pPr>
        <w:keepNext/>
        <w:spacing w:before="200" w:after="80"/>
        <w:pBdr>
          <w:bottom w:val="single" w:sz="12" w:space="2" w:color="17365D"/>
        </w:pBdr>
      </w:pPr>
      <w:r>
        <w:rPr>
          <w:rFonts w:ascii="Noto Sans" w:hAnsi="Noto Sans" w:cs="Noto Sans Devanagari" w:eastAsia="Noto Sans Devanagari"/>
          <w:b/>
          <w:i w:val="0"/>
          <w:color w:val="17365D"/>
          <w:sz w:val="25"/>
        </w:rPr>
        <w:t>२. विभिन्न निकायका कर्मचारी/पदाधिकारीले</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२. विभिन्न निकायका कर्मचारी/पदाधिकारीले तालिम, गोष्ठी, बैठक आदि भ्रमणमा जाँदा पाउने सटही सुविधा</w:t>
      </w:r>
    </w:p>
    <w:p>
      <w:pPr>
        <w:spacing w:after="62" w:line="259" w:lineRule="auto"/>
      </w:pPr>
      <w:r>
        <w:rPr>
          <w:rFonts w:ascii="Noto Sans" w:hAnsi="Noto Sans" w:cs="Noto Sans Devanagari" w:eastAsia="Noto Sans Devanagari"/>
          <w:b w:val="0"/>
          <w:i w:val="0"/>
          <w:sz w:val="20"/>
        </w:rPr>
        <w:t>सम्बन्धी व्यवस्था</w:t>
      </w:r>
    </w:p>
    <w:p>
      <w:pPr>
        <w:spacing w:after="62" w:line="259" w:lineRule="auto"/>
      </w:pPr>
      <w:r>
        <w:rPr>
          <w:rFonts w:ascii="Noto Sans" w:hAnsi="Noto Sans" w:cs="Noto Sans Devanagari" w:eastAsia="Noto Sans Devanagari"/>
          <w:b w:val="0"/>
          <w:i w:val="0"/>
          <w:sz w:val="20"/>
        </w:rPr>
        <w:t>परिवर्त्य विदेशी मुद्रा खाता नभएका देहायमा उल्लिखित निकायका पदाधिकारीहरू आफ्नो कार्यालयको कामको</w:t>
      </w:r>
    </w:p>
    <w:p>
      <w:pPr>
        <w:spacing w:after="62" w:line="259" w:lineRule="auto"/>
      </w:pPr>
      <w:r>
        <w:rPr>
          <w:rFonts w:ascii="Noto Sans" w:hAnsi="Noto Sans" w:cs="Noto Sans Devanagari" w:eastAsia="Noto Sans Devanagari"/>
          <w:b w:val="0"/>
          <w:i w:val="0"/>
          <w:sz w:val="20"/>
        </w:rPr>
        <w:t>सिलसिलामा भारतबाहेक अन्य मुलुकहरूको भ्रमणमा जाँदा इजाजतपत्रप्राप्त “क” र “ख” वर्गका</w:t>
      </w:r>
    </w:p>
    <w:p>
      <w:pPr>
        <w:spacing w:after="62" w:line="259" w:lineRule="auto"/>
      </w:pPr>
      <w:r>
        <w:rPr>
          <w:rFonts w:ascii="Noto Sans" w:hAnsi="Noto Sans" w:cs="Noto Sans Devanagari" w:eastAsia="Noto Sans Devanagari"/>
          <w:b w:val="0"/>
          <w:i w:val="0"/>
          <w:sz w:val="20"/>
        </w:rPr>
        <w:t>इजाजतपत्रप्राप्त बैंक तथा वित्तीय संस्थाहरूले विदेशी विनिमय सटही सुविधा निम्नानुसार प्रदान गर्नु पर्नेछ ।</w:t>
      </w:r>
    </w:p>
    <w:p>
      <w:pPr>
        <w:spacing w:after="62" w:line="259" w:lineRule="auto"/>
        <w:ind w:left="115"/>
      </w:pPr>
      <w:r>
        <w:rPr>
          <w:rFonts w:ascii="Noto Sans" w:hAnsi="Noto Sans" w:cs="Noto Sans Devanagari" w:eastAsia="Noto Sans Devanagari"/>
          <w:b w:val="0"/>
          <w:i w:val="0"/>
          <w:sz w:val="20"/>
        </w:rPr>
        <w:t>(क) नेपाल सरकारको तर्फबाट गरिने भ्रमण, यस बैंकबाट स्वीकृत भ्रमण, सरकारी निकाय तथा सार्वजनिक</w:t>
      </w:r>
    </w:p>
    <w:p>
      <w:pPr>
        <w:spacing w:after="62" w:line="259" w:lineRule="auto"/>
      </w:pPr>
      <w:r>
        <w:rPr>
          <w:rFonts w:ascii="Noto Sans" w:hAnsi="Noto Sans" w:cs="Noto Sans Devanagari" w:eastAsia="Noto Sans Devanagari"/>
          <w:b w:val="0"/>
          <w:i w:val="0"/>
          <w:sz w:val="20"/>
        </w:rPr>
        <w:t>संघ, संस्था, सरकारी संस्थानहरु, सरकारी तथा अर्ध सरकारी संघ संस्थाहरु, इजाजतपत्रप्राप्त बैंक तथा</w:t>
      </w:r>
    </w:p>
    <w:p>
      <w:pPr>
        <w:spacing w:after="62" w:line="259" w:lineRule="auto"/>
      </w:pPr>
      <w:r>
        <w:rPr>
          <w:rFonts w:ascii="Noto Sans" w:hAnsi="Noto Sans" w:cs="Noto Sans Devanagari" w:eastAsia="Noto Sans Devanagari"/>
          <w:b w:val="0"/>
          <w:i w:val="0"/>
          <w:sz w:val="20"/>
        </w:rPr>
        <w:t>वित्तीय संस्थाहरूबाट आफ्ना कर्मचारी/पदाधिकारीहरूलाई पठाउने तालिम, गोष्ठी, बैठक वा अन्य</w:t>
      </w:r>
    </w:p>
    <w:p>
      <w:pPr>
        <w:spacing w:after="62" w:line="259" w:lineRule="auto"/>
      </w:pPr>
      <w:r>
        <w:rPr>
          <w:rFonts w:ascii="Noto Sans" w:hAnsi="Noto Sans" w:cs="Noto Sans Devanagari" w:eastAsia="Noto Sans Devanagari"/>
          <w:b w:val="0"/>
          <w:i w:val="0"/>
          <w:sz w:val="20"/>
        </w:rPr>
        <w:t>औपचारिक भ्रमणको निमित्त विदेशी मुद्रा सटही सुविधाका लागि लिखित अनुरोध गरेमा इजाजतपत्रप्राप्त</w:t>
      </w:r>
    </w:p>
    <w:p>
      <w:pPr>
        <w:spacing w:after="62" w:line="259" w:lineRule="auto"/>
      </w:pPr>
      <w:r>
        <w:rPr>
          <w:rFonts w:ascii="Noto Sans" w:hAnsi="Noto Sans" w:cs="Noto Sans Devanagari" w:eastAsia="Noto Sans Devanagari"/>
          <w:b w:val="0"/>
          <w:i w:val="0"/>
          <w:sz w:val="20"/>
        </w:rPr>
        <w:t>“क” र “ख” वर्गका बैंक तथा वित्तीय संस्थाहरूले मागबमोजिम सटही उपलब्ध गराउन सक्नेछ ।</w:t>
      </w:r>
    </w:p>
    <w:p>
      <w:pPr>
        <w:spacing w:after="62" w:line="259" w:lineRule="auto"/>
        <w:ind w:left="115"/>
      </w:pPr>
      <w:r>
        <w:rPr>
          <w:rFonts w:ascii="Noto Sans" w:hAnsi="Noto Sans" w:cs="Noto Sans Devanagari" w:eastAsia="Noto Sans Devanagari"/>
          <w:b w:val="0"/>
          <w:i w:val="0"/>
          <w:sz w:val="20"/>
        </w:rPr>
        <w:t>(ख) उपर्युक्त बमोजिम परिवर्त्य विदेशी मुद्रा उपलब्ध गराउँदा सम्बन्धित भ्रमणकर्ताको कन्फर्म्ड हवाई</w:t>
      </w:r>
    </w:p>
    <w:p>
      <w:pPr>
        <w:spacing w:after="62" w:line="259" w:lineRule="auto"/>
      </w:pPr>
      <w:r>
        <w:rPr>
          <w:rFonts w:ascii="Noto Sans" w:hAnsi="Noto Sans" w:cs="Noto Sans Devanagari" w:eastAsia="Noto Sans Devanagari"/>
          <w:b w:val="0"/>
          <w:i w:val="0"/>
          <w:sz w:val="20"/>
        </w:rPr>
        <w:t>टिकट, राहदानी, भिसा आवश्यक पर्ने भए भिसा लागेको प्रमाण तथा आधिकारिक कर्मचारी वा</w:t>
      </w:r>
    </w:p>
    <w:p>
      <w:pPr>
        <w:spacing w:after="62" w:line="259" w:lineRule="auto"/>
      </w:pPr>
      <w:r>
        <w:rPr>
          <w:rFonts w:ascii="Noto Sans" w:hAnsi="Noto Sans" w:cs="Noto Sans Devanagari" w:eastAsia="Noto Sans Devanagari"/>
          <w:b w:val="0"/>
          <w:i w:val="0"/>
          <w:sz w:val="20"/>
        </w:rPr>
        <w:t>पदाधिकारीले स्वीकृत गरेको भ्रमण आदेश लिई सटही लिएको रकम राहदानीको सम्बन्धित खण्डमा</w:t>
      </w:r>
    </w:p>
    <w:p>
      <w:pPr>
        <w:spacing w:after="62" w:line="259" w:lineRule="auto"/>
      </w:pPr>
      <w:r>
        <w:rPr>
          <w:rFonts w:ascii="Noto Sans" w:hAnsi="Noto Sans" w:cs="Noto Sans Devanagari" w:eastAsia="Noto Sans Devanagari"/>
          <w:b w:val="0"/>
          <w:i w:val="0"/>
          <w:sz w:val="20"/>
        </w:rPr>
        <w:t>अभिलेख गरी अधिकृतको दस्तखत तथा बैंक/वित्तीय संस्थाको छाप लगाई दिनु पर्नेछ । यस्तो सटही</w:t>
      </w:r>
    </w:p>
    <w:p>
      <w:pPr>
        <w:spacing w:after="62" w:line="259" w:lineRule="auto"/>
      </w:pPr>
      <w:r>
        <w:rPr>
          <w:rFonts w:ascii="Noto Sans" w:hAnsi="Noto Sans" w:cs="Noto Sans Devanagari" w:eastAsia="Noto Sans Devanagari"/>
          <w:b w:val="0"/>
          <w:i w:val="0"/>
          <w:sz w:val="20"/>
        </w:rPr>
        <w:t>सुविधाको अतिरिक्त दफा १ बमोजिमको सटही सुविधासमेत उपलब्ध गराउन सकिनेछ ।</w:t>
      </w:r>
    </w:p>
    <w:p>
      <w:pPr>
        <w:spacing w:after="62" w:line="259" w:lineRule="auto"/>
      </w:pPr>
      <w:r>
        <w:rPr>
          <w:rFonts w:ascii="Noto Sans" w:hAnsi="Noto Sans" w:cs="Noto Sans Devanagari" w:eastAsia="Noto Sans Devanagari"/>
          <w:b w:val="0"/>
          <w:i w:val="0"/>
          <w:sz w:val="20"/>
        </w:rPr>
        <w:t>यस व्यवस्था बमोजिम सटही सुविधा उपलब्ध गराइएको विवरणसमेत अनुसूची ७.२ मा नै समावेश</w:t>
      </w:r>
    </w:p>
    <w:p>
      <w:pPr>
        <w:spacing w:after="62" w:line="259" w:lineRule="auto"/>
      </w:pPr>
      <w:r>
        <w:rPr>
          <w:rFonts w:ascii="Noto Sans" w:hAnsi="Noto Sans" w:cs="Noto Sans Devanagari" w:eastAsia="Noto Sans Devanagari"/>
          <w:b w:val="0"/>
          <w:i w:val="0"/>
          <w:sz w:val="20"/>
        </w:rPr>
        <w:t>गरी यस विभागमा पठाउनु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2. Exchange Facility for Employees/Officials Travelling for Training, Seminars, Meetings, etc.</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2. Provisions Relating to Exchange Facility Available to Employees/Officials of Various Bodies Travelling for Training, Seminars, Meetings, etc.</w:t>
      </w:r>
    </w:p>
    <w:p>
      <w:pPr>
        <w:spacing w:after="70" w:line="259" w:lineRule="auto"/>
      </w:pPr>
      <w:r>
        <w:rPr>
          <w:rFonts w:ascii="Noto Sans" w:hAnsi="Noto Sans" w:cs="Noto Sans Devanagari" w:eastAsia="Noto Sans Devanagari"/>
          <w:b w:val="0"/>
          <w:i w:val="0"/>
          <w:color w:val="222222"/>
          <w:sz w:val="18"/>
        </w:rPr>
        <w:t>When officials of the bodies specified below that do not maintain convertible foreign currency accounts travel to countries other than India in connection with official work, licensed Class “A” and Class “B” banks and financial institutions shall provide foreign exchange facility as follows:</w:t>
      </w:r>
    </w:p>
    <w:p>
      <w:pPr>
        <w:spacing w:after="70" w:line="259" w:lineRule="auto"/>
        <w:ind w:left="115"/>
      </w:pPr>
      <w:r>
        <w:rPr>
          <w:rFonts w:ascii="Noto Sans" w:hAnsi="Noto Sans" w:cs="Noto Sans Devanagari" w:eastAsia="Noto Sans Devanagari"/>
          <w:b w:val="0"/>
          <w:i w:val="0"/>
          <w:color w:val="222222"/>
          <w:sz w:val="18"/>
        </w:rPr>
        <w:t>(a) Where a written request is made for foreign exchange facility for travel undertaken on behalf of the Government of Nepal, travel approved by this Bank, or training, seminars, meetings or other official travel for which government bodies and public associations/institutions, government corporations, government and semi-government associations/institutions, and licensed banks and financial institutions send their employees/officials, licensed Class “A” and Class “B” banks and financial institutions may provide the exchange requested.</w:t>
      </w:r>
    </w:p>
    <w:p>
      <w:pPr>
        <w:spacing w:after="70" w:line="259" w:lineRule="auto"/>
        <w:ind w:left="115"/>
      </w:pPr>
      <w:r>
        <w:rPr>
          <w:rFonts w:ascii="Noto Sans" w:hAnsi="Noto Sans" w:cs="Noto Sans Devanagari" w:eastAsia="Noto Sans Devanagari"/>
          <w:b w:val="0"/>
          <w:i w:val="0"/>
          <w:color w:val="222222"/>
          <w:sz w:val="18"/>
        </w:rPr>
        <w:t>(b) When providing convertible foreign currency as above, the confirmed air ticket and passport of the traveller, proof of visa where a visa is required, and the travel order approved by the authorised employee or official shall be obtained. The amount of exchange obtained shall be recorded in the relevant section of the passport, with the signature of the authorised officer and the seal of the bank/financial institution. In addition to such exchange facility, the exchange facility under Clause 1 may also be provided.</w:t>
      </w:r>
    </w:p>
    <w:p>
      <w:pPr>
        <w:spacing w:after="70" w:line="259" w:lineRule="auto"/>
      </w:pPr>
      <w:r>
        <w:rPr>
          <w:rFonts w:ascii="Noto Sans" w:hAnsi="Noto Sans" w:cs="Noto Sans Devanagari" w:eastAsia="Noto Sans Devanagari"/>
          <w:b w:val="0"/>
          <w:i w:val="0"/>
          <w:color w:val="222222"/>
          <w:sz w:val="18"/>
        </w:rPr>
        <w:t>Details of the exchange facility provided under this provision shall also be included in Schedule 7.2 and sent to this Department.</w:t>
      </w:r>
    </w:p>
    <w:p>
      <w:pPr>
        <w:keepNext/>
        <w:spacing w:before="200" w:after="80"/>
        <w:pBdr>
          <w:bottom w:val="single" w:sz="12" w:space="2" w:color="17365D"/>
        </w:pBdr>
      </w:pPr>
      <w:r>
        <w:rPr>
          <w:rFonts w:ascii="Noto Sans" w:hAnsi="Noto Sans" w:cs="Noto Sans Devanagari" w:eastAsia="Noto Sans Devanagari"/>
          <w:b/>
          <w:i w:val="0"/>
          <w:color w:val="17365D"/>
          <w:sz w:val="25"/>
        </w:rPr>
        <w:t>२क. राहदानी तथा औपचारिक भ्रमण सटही सुविधा विदेशी मुद्रा खातामा जम्मा गर्न सकिने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२क. यस इ.प्रा. परिपत्र ७/२०८२ को दफा १ मा उल्लिखित राहदानी बापतको सटही सुविधा र दफा २ मा</w:t>
      </w:r>
    </w:p>
    <w:p>
      <w:pPr>
        <w:spacing w:after="62" w:line="259" w:lineRule="auto"/>
      </w:pPr>
      <w:r>
        <w:rPr>
          <w:rFonts w:ascii="Noto Sans" w:hAnsi="Noto Sans" w:cs="Noto Sans Devanagari" w:eastAsia="Noto Sans Devanagari"/>
          <w:b w:val="0"/>
          <w:i w:val="0"/>
          <w:sz w:val="20"/>
        </w:rPr>
        <w:t>उल्लिखित औपचारिक भ्रमण बापतको सटही सुविधा परिवर्त्य विदेशी मुद्राको खातामा जम्मा गरी (नयाँ खाता</w:t>
      </w:r>
    </w:p>
    <w:p>
      <w:pPr>
        <w:spacing w:after="62" w:line="259" w:lineRule="auto"/>
      </w:pPr>
      <w:r>
        <w:rPr>
          <w:rFonts w:ascii="Noto Sans" w:hAnsi="Noto Sans" w:cs="Noto Sans Devanagari" w:eastAsia="Noto Sans Devanagari"/>
          <w:b w:val="0"/>
          <w:i w:val="0"/>
          <w:sz w:val="20"/>
        </w:rPr>
        <w:t>खोली समेत) उपलब्ध गराउन सकिने छ ।</w:t>
      </w:r>
    </w:p>
    <w:p>
      <w:pPr>
        <w:keepNext/>
        <w:spacing w:before="200" w:after="80"/>
        <w:pBdr>
          <w:bottom w:val="single" w:sz="12" w:space="2" w:color="2F5597"/>
        </w:pBdr>
      </w:pPr>
      <w:r>
        <w:rPr>
          <w:rFonts w:ascii="Noto Sans" w:hAnsi="Noto Sans" w:cs="Noto Sans Devanagari" w:eastAsia="Noto Sans Devanagari"/>
          <w:b/>
          <w:i w:val="0"/>
          <w:color w:val="2F5597"/>
          <w:sz w:val="24"/>
        </w:rPr>
        <w:t>2A. Passport and Official-Travel Facility May Be Credited to a Foreign Currency Account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2A. The passport exchange facility referred to in Clause 1 of this Unified F.E. Circular No. 7/2082 and the official-travel exchange facility referred to in Clause 2 may be provided by crediting the amount to a convertible foreign currency account, including by opening a new account.</w:t>
      </w:r>
    </w:p>
    <w:p>
      <w:pPr>
        <w:keepNext/>
        <w:spacing w:before="200" w:after="80"/>
        <w:pBdr>
          <w:bottom w:val="single" w:sz="12" w:space="2" w:color="17365D"/>
        </w:pBdr>
      </w:pPr>
      <w:r>
        <w:rPr>
          <w:rFonts w:ascii="Noto Sans" w:hAnsi="Noto Sans" w:cs="Noto Sans Devanagari" w:eastAsia="Noto Sans Devanagari"/>
          <w:b/>
          <w:i w:val="0"/>
          <w:color w:val="17365D"/>
          <w:sz w:val="25"/>
        </w:rPr>
        <w:t>३. परिवर्त्य विदेशी मुद्रा आर्जन भएका निकायले</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३. परिवर्त्य विदेशी मुद्रा आर्जन भएका निकायले तालिम, गोष्ठी, बैठक आदि भ्रमणमा जाँदा पाउने सटही सुविधा</w:t>
      </w:r>
    </w:p>
    <w:p>
      <w:pPr>
        <w:spacing w:after="62" w:line="259" w:lineRule="auto"/>
      </w:pPr>
      <w:r>
        <w:rPr>
          <w:rFonts w:ascii="Noto Sans" w:hAnsi="Noto Sans" w:cs="Noto Sans Devanagari" w:eastAsia="Noto Sans Devanagari"/>
          <w:b w:val="0"/>
          <w:i w:val="0"/>
          <w:sz w:val="20"/>
        </w:rPr>
        <w:t>सम्बन्धी व्यवस्था ः</w:t>
      </w:r>
    </w:p>
    <w:p>
      <w:pPr>
        <w:spacing w:after="62" w:line="259" w:lineRule="auto"/>
      </w:pPr>
      <w:r>
        <w:rPr>
          <w:rFonts w:ascii="Noto Sans" w:hAnsi="Noto Sans" w:cs="Noto Sans Devanagari" w:eastAsia="Noto Sans Devanagari"/>
          <w:b w:val="0"/>
          <w:i w:val="0"/>
          <w:sz w:val="20"/>
        </w:rPr>
        <w:t>निर्यात तथा पर्यटन क्षेत्रबाट परिवर्त्य विदेशी मुद्रा आर्जन गरी परिवर्त्य विदेशी मुद्रा खाता खोलिरहेका निकायहरू</w:t>
      </w:r>
    </w:p>
    <w:p>
      <w:pPr>
        <w:spacing w:after="62" w:line="259" w:lineRule="auto"/>
      </w:pPr>
      <w:r>
        <w:rPr>
          <w:rFonts w:ascii="Noto Sans" w:hAnsi="Noto Sans" w:cs="Noto Sans Devanagari" w:eastAsia="Noto Sans Devanagari"/>
          <w:b w:val="0"/>
          <w:i w:val="0"/>
          <w:sz w:val="20"/>
        </w:rPr>
        <w:t>एवम् खाता खोल्न ग्राह्य भएका तर नखोलेका निकायका पदाधिकारीहरू आफ्नो कार्यालयको कामको</w:t>
      </w:r>
    </w:p>
    <w:p>
      <w:pPr>
        <w:spacing w:after="62" w:line="259" w:lineRule="auto"/>
      </w:pPr>
      <w:r>
        <w:rPr>
          <w:rFonts w:ascii="Noto Sans" w:hAnsi="Noto Sans" w:cs="Noto Sans Devanagari" w:eastAsia="Noto Sans Devanagari"/>
          <w:b w:val="0"/>
          <w:i w:val="0"/>
          <w:sz w:val="20"/>
        </w:rPr>
        <w:t>सिलसिलामा भारत बाहेक अन्य मुलुकहरूको भ्रमणमा जाँदा इजाजतपत्रप्राप्त “क” र “ख” वर्गका बैंक तथा</w:t>
      </w:r>
    </w:p>
    <w:p>
      <w:pPr>
        <w:spacing w:after="62" w:line="259" w:lineRule="auto"/>
      </w:pPr>
      <w:r>
        <w:rPr>
          <w:rFonts w:ascii="Noto Sans" w:hAnsi="Noto Sans" w:cs="Noto Sans Devanagari" w:eastAsia="Noto Sans Devanagari"/>
          <w:b w:val="0"/>
          <w:i w:val="0"/>
          <w:sz w:val="20"/>
        </w:rPr>
        <w:t>वित्तीय संस्थाहरूले विदेशी विनिमय सटही सुविधा निम्नानुसार प्रदान गर्ने व्यवस्था गरिएको छ ।</w:t>
      </w:r>
    </w:p>
    <w:p>
      <w:pPr>
        <w:spacing w:after="62" w:line="259" w:lineRule="auto"/>
        <w:ind w:left="115"/>
      </w:pPr>
      <w:r>
        <w:rPr>
          <w:rFonts w:ascii="Noto Sans" w:hAnsi="Noto Sans" w:cs="Noto Sans Devanagari" w:eastAsia="Noto Sans Devanagari"/>
          <w:b w:val="0"/>
          <w:i w:val="0"/>
          <w:sz w:val="20"/>
        </w:rPr>
        <w:t>(क) निर्यात तथा पर्यटन क्षेत्रको आर्जनबाट परिवर्त्य विदेशी मुद्रा खाता भएका निकायहरूलाई आफ्नो</w:t>
      </w:r>
    </w:p>
    <w:p>
      <w:pPr>
        <w:spacing w:after="62" w:line="259" w:lineRule="auto"/>
      </w:pPr>
      <w:r>
        <w:rPr>
          <w:rFonts w:ascii="Noto Sans" w:hAnsi="Noto Sans" w:cs="Noto Sans Devanagari" w:eastAsia="Noto Sans Devanagari"/>
          <w:b w:val="0"/>
          <w:i w:val="0"/>
          <w:sz w:val="20"/>
        </w:rPr>
        <w:t>व्यापार प्रवर्द्धनको सिलसिलमा कुनै पदाधिकारीलाई विदेश भ्रमण (भारत बाहेक) मा पठाउनु परेमा</w:t>
      </w:r>
    </w:p>
    <w:p>
      <w:pPr>
        <w:spacing w:after="62" w:line="259" w:lineRule="auto"/>
      </w:pPr>
      <w:r>
        <w:rPr>
          <w:rFonts w:ascii="Noto Sans" w:hAnsi="Noto Sans" w:cs="Noto Sans Devanagari" w:eastAsia="Noto Sans Devanagari"/>
          <w:b w:val="0"/>
          <w:i w:val="0"/>
          <w:sz w:val="20"/>
        </w:rPr>
        <w:t>संलग्न अनुसूची ७.४ मा तोकिए बमोजिम सम्बन्धित निकायको विदेशी मुद्रा खाता खर्च हुने गरी</w:t>
      </w:r>
    </w:p>
    <w:p>
      <w:pPr>
        <w:spacing w:after="62" w:line="259" w:lineRule="auto"/>
      </w:pPr>
      <w:r>
        <w:rPr>
          <w:rFonts w:ascii="Noto Sans" w:hAnsi="Noto Sans" w:cs="Noto Sans Devanagari" w:eastAsia="Noto Sans Devanagari"/>
          <w:b w:val="0"/>
          <w:i w:val="0"/>
          <w:sz w:val="20"/>
        </w:rPr>
        <w:t>सटही सुविधा उपलव्ध गराउने । यसरी भ्रमण खर्चको भुक्तानी प्रदान गर्दा सम्बन्धित निकायको खातामा</w:t>
      </w:r>
    </w:p>
    <w:p>
      <w:pPr>
        <w:spacing w:after="62" w:line="259" w:lineRule="auto"/>
      </w:pPr>
      <w:r>
        <w:rPr>
          <w:rFonts w:ascii="Noto Sans" w:hAnsi="Noto Sans" w:cs="Noto Sans Devanagari" w:eastAsia="Noto Sans Devanagari"/>
          <w:b w:val="0"/>
          <w:i w:val="0"/>
          <w:sz w:val="20"/>
        </w:rPr>
        <w:t>सो भ्रमणका लागि आवश्यक हुने मौज्दात रकम हुनुपर्ने छ । तर, आवश्यक मौज्दात रकम नभएको</w:t>
      </w:r>
    </w:p>
    <w:p>
      <w:pPr>
        <w:spacing w:after="62" w:line="259" w:lineRule="auto"/>
      </w:pPr>
      <w:r>
        <w:rPr>
          <w:rFonts w:ascii="Noto Sans" w:hAnsi="Noto Sans" w:cs="Noto Sans Devanagari" w:eastAsia="Noto Sans Devanagari"/>
          <w:b w:val="0"/>
          <w:i w:val="0"/>
          <w:sz w:val="20"/>
        </w:rPr>
        <w:t>खण्डमा अनुसूची ७.५ बमोजिमको सटही सुविधा मात्र उपलव्ध गराउनु पर्नेछ ।</w:t>
      </w:r>
    </w:p>
    <w:p>
      <w:pPr>
        <w:spacing w:after="62" w:line="259" w:lineRule="auto"/>
        <w:ind w:left="115"/>
      </w:pPr>
      <w:r>
        <w:rPr>
          <w:rFonts w:ascii="Noto Sans" w:hAnsi="Noto Sans" w:cs="Noto Sans Devanagari" w:eastAsia="Noto Sans Devanagari"/>
          <w:b w:val="0"/>
          <w:i w:val="0"/>
          <w:sz w:val="20"/>
        </w:rPr>
        <w:t>(ख) निर्यात तथा पर्यटन क्षेत्रबाट परिवर्त्य विदेशी मुद्रा आर्जन भएका तर खाता नभएका निकायहरूलाई</w:t>
      </w:r>
    </w:p>
    <w:p>
      <w:pPr>
        <w:spacing w:after="62" w:line="259" w:lineRule="auto"/>
      </w:pPr>
      <w:r>
        <w:rPr>
          <w:rFonts w:ascii="Noto Sans" w:hAnsi="Noto Sans" w:cs="Noto Sans Devanagari" w:eastAsia="Noto Sans Devanagari"/>
          <w:b w:val="0"/>
          <w:i w:val="0"/>
          <w:sz w:val="20"/>
        </w:rPr>
        <w:t>आफ्नो व्यापार प्रवर्द्धनको सिलसिलामा कुनै पदाधिकारीलाई विदेश भ्रमण (भारत बाहेक) मा पठाउनु</w:t>
      </w:r>
    </w:p>
    <w:p>
      <w:pPr>
        <w:spacing w:after="62" w:line="259" w:lineRule="auto"/>
      </w:pPr>
      <w:r>
        <w:rPr>
          <w:rFonts w:ascii="Noto Sans" w:hAnsi="Noto Sans" w:cs="Noto Sans Devanagari" w:eastAsia="Noto Sans Devanagari"/>
          <w:b w:val="0"/>
          <w:i w:val="0"/>
          <w:sz w:val="20"/>
        </w:rPr>
        <w:t>परेमा संलग्न अनुसूची ७.५ मा तोकिए बमोजिम सटही सुविधा उपलव्ध गराउन सकिने छ । माथि</w:t>
      </w:r>
    </w:p>
    <w:p>
      <w:pPr>
        <w:spacing w:after="62" w:line="259" w:lineRule="auto"/>
      </w:pPr>
      <w:r>
        <w:rPr>
          <w:rFonts w:ascii="Noto Sans" w:hAnsi="Noto Sans" w:cs="Noto Sans Devanagari" w:eastAsia="Noto Sans Devanagari"/>
          <w:b w:val="0"/>
          <w:i w:val="0"/>
          <w:sz w:val="20"/>
        </w:rPr>
        <w:t>उल्लेख गरे अनुसारको सटही सुविधा माग गर्दा आ–आफ्नो विदेशी मुद्रा आर्जन जम्मा गरी आएका</w:t>
      </w:r>
    </w:p>
    <w:p>
      <w:pPr>
        <w:spacing w:after="62" w:line="259" w:lineRule="auto"/>
      </w:pPr>
      <w:r>
        <w:rPr>
          <w:rFonts w:ascii="Noto Sans" w:hAnsi="Noto Sans" w:cs="Noto Sans Devanagari" w:eastAsia="Noto Sans Devanagari"/>
          <w:b w:val="0"/>
          <w:i w:val="0"/>
          <w:sz w:val="20"/>
        </w:rPr>
        <w:t>सम्बन्धित बैंक/वित्तीय संस्थाका शाखामार्फत्् नै माग गर्नु पर्नेछ ।</w:t>
      </w:r>
    </w:p>
    <w:p>
      <w:pPr>
        <w:spacing w:after="62" w:line="259" w:lineRule="auto"/>
        <w:ind w:left="115"/>
      </w:pPr>
      <w:r>
        <w:rPr>
          <w:rFonts w:ascii="Noto Sans" w:hAnsi="Noto Sans" w:cs="Noto Sans Devanagari" w:eastAsia="Noto Sans Devanagari"/>
          <w:b w:val="0"/>
          <w:i w:val="0"/>
          <w:sz w:val="20"/>
        </w:rPr>
        <w:t>(ग) माथि जेसुकै लेखिएको भएतापनि सम्बन्धित निकायले चालु आर्थिक वर्ष वा अघिल्लो आर्थिक वर्षमा</w:t>
      </w:r>
    </w:p>
    <w:p>
      <w:pPr>
        <w:spacing w:after="62" w:line="259" w:lineRule="auto"/>
      </w:pPr>
      <w:r>
        <w:rPr>
          <w:rFonts w:ascii="Noto Sans" w:hAnsi="Noto Sans" w:cs="Noto Sans Devanagari" w:eastAsia="Noto Sans Devanagari"/>
          <w:b w:val="0"/>
          <w:i w:val="0"/>
          <w:sz w:val="20"/>
        </w:rPr>
        <w:t>आर्जन गरेको विदेशी मुद्रा रकमभन्दा बढीको सटही सुविधा प्रदान गर्न मिल्ने छैन ।</w:t>
      </w:r>
    </w:p>
    <w:p>
      <w:pPr>
        <w:spacing w:after="62" w:line="259" w:lineRule="auto"/>
        <w:ind w:left="115"/>
      </w:pPr>
      <w:r>
        <w:rPr>
          <w:rFonts w:ascii="Noto Sans" w:hAnsi="Noto Sans" w:cs="Noto Sans Devanagari" w:eastAsia="Noto Sans Devanagari"/>
          <w:b w:val="0"/>
          <w:i w:val="0"/>
          <w:sz w:val="20"/>
        </w:rPr>
        <w:t>(घ) कुनै आर्थिक वर्षको पहिलो ६ महिनाभित्र विदेशी मुद्रा आर्जन भई नसकेको तर विदेश भ्रमणमा जानु</w:t>
      </w:r>
    </w:p>
    <w:p>
      <w:pPr>
        <w:spacing w:after="62" w:line="259" w:lineRule="auto"/>
      </w:pPr>
      <w:r>
        <w:rPr>
          <w:rFonts w:ascii="Noto Sans" w:hAnsi="Noto Sans" w:cs="Noto Sans Devanagari" w:eastAsia="Noto Sans Devanagari"/>
          <w:b w:val="0"/>
          <w:i w:val="0"/>
          <w:sz w:val="20"/>
        </w:rPr>
        <w:t>परेको अवस्थामा अघिल्लो आर्थिक वर्षमा पाउन सक्ने सटही सुविधाको अधिकतम सीमा पूरै प्रयोग</w:t>
      </w:r>
    </w:p>
    <w:p>
      <w:pPr>
        <w:spacing w:after="62" w:line="259" w:lineRule="auto"/>
      </w:pPr>
      <w:r>
        <w:rPr>
          <w:rFonts w:ascii="Noto Sans" w:hAnsi="Noto Sans" w:cs="Noto Sans Devanagari" w:eastAsia="Noto Sans Devanagari"/>
          <w:b w:val="0"/>
          <w:i w:val="0"/>
          <w:sz w:val="20"/>
        </w:rPr>
        <w:t>नगरिसकेको अवस्था रहेछ भने त्यस्तो बाँकी सुविधा चालु आर्थिक वर्षको पहिलो अर्धवार्षिक अवधि</w:t>
      </w:r>
    </w:p>
    <w:p>
      <w:pPr>
        <w:spacing w:after="62" w:line="259" w:lineRule="auto"/>
      </w:pPr>
      <w:r>
        <w:rPr>
          <w:rFonts w:ascii="Noto Sans" w:hAnsi="Noto Sans" w:cs="Noto Sans Devanagari" w:eastAsia="Noto Sans Devanagari"/>
          <w:b w:val="0"/>
          <w:i w:val="0"/>
          <w:sz w:val="20"/>
        </w:rPr>
        <w:t>सम्मकालागि पनि प्रयोग गर्न सकिनेछ । तर, यसरी प्रयोग गरिएको सुविधा उक्त चालु आर्थिक वर्षमा</w:t>
      </w:r>
    </w:p>
    <w:p>
      <w:pPr>
        <w:spacing w:after="62" w:line="259" w:lineRule="auto"/>
      </w:pPr>
      <w:r>
        <w:rPr>
          <w:rFonts w:ascii="Noto Sans" w:hAnsi="Noto Sans" w:cs="Noto Sans Devanagari" w:eastAsia="Noto Sans Devanagari"/>
          <w:b w:val="0"/>
          <w:i w:val="0"/>
          <w:sz w:val="20"/>
        </w:rPr>
        <w:t>आर्जन भएको विदेशी मुद्रा अन्तर्गतको सुविधामा हिसाव मिलान गर्नु पर्नेछ र प्रतिवर्ष तोकिएको</w:t>
      </w:r>
    </w:p>
    <w:p>
      <w:pPr>
        <w:spacing w:after="62" w:line="259" w:lineRule="auto"/>
      </w:pPr>
      <w:r>
        <w:rPr>
          <w:rFonts w:ascii="Noto Sans" w:hAnsi="Noto Sans" w:cs="Noto Sans Devanagari" w:eastAsia="Noto Sans Devanagari"/>
          <w:b w:val="0"/>
          <w:i w:val="0"/>
          <w:sz w:val="20"/>
        </w:rPr>
        <w:t>अधिकतम् सटही सुविधा सीमा नाघेको हुनुहुँदैन ।</w:t>
      </w:r>
    </w:p>
    <w:p>
      <w:pPr>
        <w:spacing w:after="62" w:line="259" w:lineRule="auto"/>
        <w:ind w:left="115"/>
      </w:pPr>
      <w:r>
        <w:rPr>
          <w:rFonts w:ascii="Noto Sans" w:hAnsi="Noto Sans" w:cs="Noto Sans Devanagari" w:eastAsia="Noto Sans Devanagari"/>
          <w:b w:val="0"/>
          <w:i w:val="0"/>
          <w:sz w:val="20"/>
        </w:rPr>
        <w:t>(ङ) यस परिपत्रबमोजिम बैंक/वित्तीय संस्थाले भ्रमणकर्तालाई परिवर्त्य विदेशी मुद्रा उपलब्ध गराउँदा</w:t>
      </w:r>
    </w:p>
    <w:p>
      <w:pPr>
        <w:spacing w:after="62" w:line="259" w:lineRule="auto"/>
      </w:pPr>
      <w:r>
        <w:rPr>
          <w:rFonts w:ascii="Noto Sans" w:hAnsi="Noto Sans" w:cs="Noto Sans Devanagari" w:eastAsia="Noto Sans Devanagari"/>
          <w:b w:val="0"/>
          <w:i w:val="0"/>
          <w:sz w:val="20"/>
        </w:rPr>
        <w:t>अनुसूची ७.६ बमोजिमको फाराम भराउनु पर्नेछ । साथै, उक्त फारमको तल्लो भागमा बैंक/वित्तीय</w:t>
      </w:r>
    </w:p>
    <w:p>
      <w:pPr>
        <w:spacing w:after="62" w:line="259" w:lineRule="auto"/>
      </w:pPr>
      <w:r>
        <w:rPr>
          <w:rFonts w:ascii="Noto Sans" w:hAnsi="Noto Sans" w:cs="Noto Sans Devanagari" w:eastAsia="Noto Sans Devanagari"/>
          <w:b w:val="0"/>
          <w:i w:val="0"/>
          <w:sz w:val="20"/>
        </w:rPr>
        <w:t>संस्थाले उपलब्ध गराएको सटही सुविधाका दरपीठ गराई सोको अभिलेख राख्नु पर्नेछ ।</w:t>
      </w:r>
    </w:p>
    <w:p>
      <w:pPr>
        <w:spacing w:after="62" w:line="259" w:lineRule="auto"/>
        <w:ind w:left="115"/>
      </w:pPr>
      <w:r>
        <w:rPr>
          <w:rFonts w:ascii="Noto Sans" w:hAnsi="Noto Sans" w:cs="Noto Sans Devanagari" w:eastAsia="Noto Sans Devanagari"/>
          <w:b w:val="0"/>
          <w:i w:val="0"/>
          <w:sz w:val="20"/>
        </w:rPr>
        <w:t>(च) उपर्युक्त बमोजिम परिवर्त्य विदेशी मुद्रा उपलब्ध गराउँदा सम्बन्धित भ्रमणकर्ताको कन्फमर््ड हवाई</w:t>
      </w:r>
    </w:p>
    <w:p>
      <w:pPr>
        <w:spacing w:after="62" w:line="259" w:lineRule="auto"/>
      </w:pPr>
      <w:r>
        <w:rPr>
          <w:rFonts w:ascii="Noto Sans" w:hAnsi="Noto Sans" w:cs="Noto Sans Devanagari" w:eastAsia="Noto Sans Devanagari"/>
          <w:b w:val="0"/>
          <w:i w:val="0"/>
          <w:sz w:val="20"/>
        </w:rPr>
        <w:t>टिकट र राहदानी हेरी उपलव्ध गराएको रकम राहदानीमा दरपीठ गरी अधिकृतको दस्तखत तथा</w:t>
      </w:r>
    </w:p>
    <w:p>
      <w:pPr>
        <w:spacing w:after="62" w:line="259" w:lineRule="auto"/>
      </w:pPr>
      <w:r>
        <w:rPr>
          <w:rFonts w:ascii="Noto Sans" w:hAnsi="Noto Sans" w:cs="Noto Sans Devanagari" w:eastAsia="Noto Sans Devanagari"/>
          <w:b w:val="0"/>
          <w:i w:val="0"/>
          <w:sz w:val="20"/>
        </w:rPr>
        <w:t>बैंक/वित्तीय संस्थाको छाप लगाउनु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3. Exchange Facility for Entities Earning Convertible Foreign Currency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3. Provisions Relating to Exchange Facility Available to Entities Earning Convertible Foreign Currency for Travel for Training, Seminars, Meetings, etc.</w:t>
      </w:r>
    </w:p>
    <w:p>
      <w:pPr>
        <w:spacing w:after="70" w:line="259" w:lineRule="auto"/>
      </w:pPr>
      <w:r>
        <w:rPr>
          <w:rFonts w:ascii="Noto Sans" w:hAnsi="Noto Sans" w:cs="Noto Sans Devanagari" w:eastAsia="Noto Sans Devanagari"/>
          <w:b w:val="0"/>
          <w:i w:val="0"/>
          <w:color w:val="222222"/>
          <w:sz w:val="18"/>
        </w:rPr>
        <w:t>The following provisions have been made for licensed Class “A” and Class “B” banks and financial institutions to provide foreign exchange facility when officials of entities that earn convertible foreign currency from exports and tourism and have opened convertible foreign currency accounts, and entities eligible to open such accounts but which have not opened them, travel to countries other than India in connection with official work:</w:t>
      </w:r>
    </w:p>
    <w:p>
      <w:pPr>
        <w:spacing w:after="70" w:line="259" w:lineRule="auto"/>
        <w:ind w:left="115"/>
      </w:pPr>
      <w:r>
        <w:rPr>
          <w:rFonts w:ascii="Noto Sans" w:hAnsi="Noto Sans" w:cs="Noto Sans Devanagari" w:eastAsia="Noto Sans Devanagari"/>
          <w:b w:val="0"/>
          <w:i w:val="0"/>
          <w:color w:val="222222"/>
          <w:sz w:val="18"/>
        </w:rPr>
        <w:t>(a) Where an entity having a convertible foreign currency account from earnings in the export or tourism sector has to send an official abroad (except India) in connection with business promotion, exchange facility shall be provided, as specified in Schedule 7.4, by debiting the foreign currency account of the concerned entity. When travel expenses are paid in this manner, the account of the concerned entity shall have sufficient balance required for such travel. Where the required balance is not available, only the exchange facility specified in Schedule 7.5 shall be provided.</w:t>
      </w:r>
    </w:p>
    <w:p>
      <w:pPr>
        <w:spacing w:after="70" w:line="259" w:lineRule="auto"/>
        <w:ind w:left="115"/>
      </w:pPr>
      <w:r>
        <w:rPr>
          <w:rFonts w:ascii="Noto Sans" w:hAnsi="Noto Sans" w:cs="Noto Sans Devanagari" w:eastAsia="Noto Sans Devanagari"/>
          <w:b w:val="0"/>
          <w:i w:val="0"/>
          <w:color w:val="222222"/>
          <w:sz w:val="18"/>
        </w:rPr>
        <w:t>(b) Where an entity has earned convertible foreign currency from the export or tourism sector but does not maintain such an account and has to send an official abroad (except India) in connection with business promotion, exchange facility may be provided as specified in Schedule 7.5. The exchange facility referred to above shall be requested through the branch of the concerned bank/financial institution with which the entity has been depositing its foreign-currency earnings.</w:t>
      </w:r>
    </w:p>
    <w:p>
      <w:pPr>
        <w:spacing w:after="70" w:line="259" w:lineRule="auto"/>
        <w:ind w:left="115"/>
      </w:pPr>
      <w:r>
        <w:rPr>
          <w:rFonts w:ascii="Noto Sans" w:hAnsi="Noto Sans" w:cs="Noto Sans Devanagari" w:eastAsia="Noto Sans Devanagari"/>
          <w:b w:val="0"/>
          <w:i w:val="0"/>
          <w:color w:val="222222"/>
          <w:sz w:val="18"/>
        </w:rPr>
        <w:t>(c) Notwithstanding anything stated above, exchange facility exceeding the amount of foreign currency earned by the concerned entity in the current fiscal year or the immediately preceding fiscal year shall not be provided.</w:t>
      </w:r>
    </w:p>
    <w:p>
      <w:pPr>
        <w:spacing w:after="70" w:line="259" w:lineRule="auto"/>
        <w:ind w:left="115"/>
      </w:pPr>
      <w:r>
        <w:rPr>
          <w:rFonts w:ascii="Noto Sans" w:hAnsi="Noto Sans" w:cs="Noto Sans Devanagari" w:eastAsia="Noto Sans Devanagari"/>
          <w:b w:val="0"/>
          <w:i w:val="0"/>
          <w:color w:val="222222"/>
          <w:sz w:val="18"/>
        </w:rPr>
        <w:t>(d) Where foreign currency has not yet been earned within the first six months of a fiscal year but foreign travel is necessary, and the maximum exchange facility that could have been obtained in the preceding fiscal year was not fully utilised, the unutilised facility may also be used during the first half of the current fiscal year. However, the facility so used shall be adjusted against the facility relating to foreign currency earned during the current fiscal year, and the maximum annual exchange-facility limit shall not be exceeded.</w:t>
      </w:r>
    </w:p>
    <w:p>
      <w:pPr>
        <w:spacing w:after="70" w:line="259" w:lineRule="auto"/>
        <w:ind w:left="115"/>
      </w:pPr>
      <w:r>
        <w:rPr>
          <w:rFonts w:ascii="Noto Sans" w:hAnsi="Noto Sans" w:cs="Noto Sans Devanagari" w:eastAsia="Noto Sans Devanagari"/>
          <w:b w:val="0"/>
          <w:i w:val="0"/>
          <w:color w:val="222222"/>
          <w:sz w:val="18"/>
        </w:rPr>
        <w:t>(e) When a bank/financial institution provides convertible foreign currency to a traveller under this Circular, the form in Schedule 7.6 shall be completed. The bank/financial institution shall also endorse, in the lower section of the form, the exchange facility provided and keep a record thereof.</w:t>
      </w:r>
    </w:p>
    <w:p>
      <w:pPr>
        <w:spacing w:after="70" w:line="259" w:lineRule="auto"/>
        <w:ind w:left="115"/>
      </w:pPr>
      <w:r>
        <w:rPr>
          <w:rFonts w:ascii="Noto Sans" w:hAnsi="Noto Sans" w:cs="Noto Sans Devanagari" w:eastAsia="Noto Sans Devanagari"/>
          <w:b w:val="0"/>
          <w:i w:val="0"/>
          <w:color w:val="222222"/>
          <w:sz w:val="18"/>
        </w:rPr>
        <w:t>(f) When providing convertible foreign currency as above, the confirmed air ticket and passport of the concerned traveller shall be checked; the amount provided shall be endorsed in the passport, and the authorised officer shall sign and affix the seal of the bank/financial institution.</w:t>
      </w:r>
    </w:p>
    <w:p>
      <w:pPr>
        <w:keepNext/>
        <w:spacing w:before="200" w:after="80"/>
        <w:pBdr>
          <w:bottom w:val="single" w:sz="12" w:space="2" w:color="17365D"/>
        </w:pBdr>
      </w:pPr>
      <w:r>
        <w:rPr>
          <w:rFonts w:ascii="Noto Sans" w:hAnsi="Noto Sans" w:cs="Noto Sans Devanagari" w:eastAsia="Noto Sans Devanagari"/>
          <w:b/>
          <w:i w:val="0"/>
          <w:color w:val="17365D"/>
          <w:sz w:val="25"/>
        </w:rPr>
        <w:t>४. भिसा बापत संकलित नेपाली रुपैयाँको सटही सुविधा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४. भिसा बापत संकलित नेपाली रुपैयाँको सटही सुविधा सम्बन्धी व्यवस्था</w:t>
      </w:r>
    </w:p>
    <w:p>
      <w:pPr>
        <w:spacing w:after="62" w:line="259" w:lineRule="auto"/>
        <w:ind w:left="115"/>
      </w:pPr>
      <w:r>
        <w:rPr>
          <w:rFonts w:ascii="Noto Sans" w:hAnsi="Noto Sans" w:cs="Noto Sans Devanagari" w:eastAsia="Noto Sans Devanagari"/>
          <w:b w:val="0"/>
          <w:i w:val="0"/>
          <w:sz w:val="20"/>
        </w:rPr>
        <w:t>क) नेपालस्थित विदेशी राजदुतावास/ नियोगहरूले भिसा दस्तुर बापत संकलन गरेको नेपाली रुपैयाँ</w:t>
      </w:r>
    </w:p>
    <w:p>
      <w:pPr>
        <w:spacing w:after="62" w:line="259" w:lineRule="auto"/>
      </w:pPr>
      <w:r>
        <w:rPr>
          <w:rFonts w:ascii="Noto Sans" w:hAnsi="Noto Sans" w:cs="Noto Sans Devanagari" w:eastAsia="Noto Sans Devanagari"/>
          <w:b w:val="0"/>
          <w:i w:val="0"/>
          <w:sz w:val="20"/>
        </w:rPr>
        <w:t>बराबरको विदेशी मुद्रा आफ्नो राष्ट्रमा पठाउनु पर्दा सम्बन्धित विदेशी राजदुतावास/नियोगको</w:t>
      </w:r>
    </w:p>
    <w:p>
      <w:pPr>
        <w:spacing w:after="62" w:line="259" w:lineRule="auto"/>
      </w:pPr>
      <w:r>
        <w:rPr>
          <w:rFonts w:ascii="Noto Sans" w:hAnsi="Noto Sans" w:cs="Noto Sans Devanagari" w:eastAsia="Noto Sans Devanagari"/>
          <w:b w:val="0"/>
          <w:i w:val="0"/>
          <w:sz w:val="20"/>
        </w:rPr>
        <w:t>आधिकारिक अनुरोध पत्रको आधारमा सम्बन्धित बैंकले यस्तो सटही उपलब्ध गराउन सक्नेछ ।</w:t>
      </w:r>
    </w:p>
    <w:p>
      <w:pPr>
        <w:spacing w:after="62" w:line="259" w:lineRule="auto"/>
      </w:pPr>
      <w:r>
        <w:rPr>
          <w:rFonts w:ascii="Noto Sans" w:hAnsi="Noto Sans" w:cs="Noto Sans Devanagari" w:eastAsia="Noto Sans Devanagari"/>
          <w:b w:val="0"/>
          <w:i w:val="0"/>
          <w:sz w:val="20"/>
        </w:rPr>
        <w:t>कुनै देशको सरकारी निकाय, कूटनीतिक नियोग (नेपालमा अवस्थित वा विदेशमा अवस्थित), वा</w:t>
      </w:r>
    </w:p>
    <w:p>
      <w:pPr>
        <w:spacing w:after="62" w:line="259" w:lineRule="auto"/>
      </w:pPr>
      <w:r>
        <w:rPr>
          <w:rFonts w:ascii="Noto Sans" w:hAnsi="Noto Sans" w:cs="Noto Sans Devanagari" w:eastAsia="Noto Sans Devanagari"/>
          <w:b w:val="0"/>
          <w:i w:val="0"/>
          <w:sz w:val="20"/>
        </w:rPr>
        <w:t>विदेशी संस्था (विदेशी सरकारी निकायबाट नेपाल समेत हेर्ने गरी तोकिएको) ले भिसा सम्बन्धी</w:t>
      </w:r>
    </w:p>
    <w:p>
      <w:pPr>
        <w:spacing w:after="62" w:line="259" w:lineRule="auto"/>
      </w:pPr>
      <w:r>
        <w:rPr>
          <w:rFonts w:ascii="Noto Sans" w:hAnsi="Noto Sans" w:cs="Noto Sans Devanagari" w:eastAsia="Noto Sans Devanagari"/>
          <w:b w:val="0"/>
          <w:i w:val="0"/>
          <w:sz w:val="20"/>
        </w:rPr>
        <w:t>कार्यको लागि नेपालका संस्थालाई तोकेमा सो प्रमाणित हुने कागजातको आधारमा सम्बन्धित सरकारी</w:t>
      </w:r>
    </w:p>
    <w:p>
      <w:pPr>
        <w:spacing w:after="62" w:line="259" w:lineRule="auto"/>
      </w:pPr>
      <w:r>
        <w:rPr>
          <w:rFonts w:ascii="Noto Sans" w:hAnsi="Noto Sans" w:cs="Noto Sans Devanagari" w:eastAsia="Noto Sans Devanagari"/>
          <w:b w:val="0"/>
          <w:i w:val="0"/>
          <w:sz w:val="20"/>
        </w:rPr>
        <w:t>निकाय/नियोग वा विदेशी संस्था (विदेशी सरकारी निकायबाट आधिकारिक रुपमा तोकिएको) लाई</w:t>
      </w:r>
    </w:p>
    <w:p>
      <w:pPr>
        <w:spacing w:after="62" w:line="259" w:lineRule="auto"/>
      </w:pPr>
      <w:r>
        <w:rPr>
          <w:rFonts w:ascii="Noto Sans" w:hAnsi="Noto Sans" w:cs="Noto Sans Devanagari" w:eastAsia="Noto Sans Devanagari"/>
          <w:b w:val="0"/>
          <w:i w:val="0"/>
          <w:sz w:val="20"/>
        </w:rPr>
        <w:t>भिसा शुल्क पठाउन सकिनेछ ।</w:t>
      </w:r>
    </w:p>
    <w:p>
      <w:pPr>
        <w:spacing w:after="62" w:line="259" w:lineRule="auto"/>
      </w:pPr>
      <w:r>
        <w:rPr>
          <w:rFonts w:ascii="Noto Sans" w:hAnsi="Noto Sans" w:cs="Noto Sans Devanagari" w:eastAsia="Noto Sans Devanagari"/>
          <w:b w:val="0"/>
          <w:i w:val="0"/>
          <w:sz w:val="20"/>
        </w:rPr>
        <w:t>यस्तो सटहीको विवरण महिना समाप्त भएको १५ दिन भित्र अनिवार्य रुपमा यस विभागलाई उपलव्ध</w:t>
      </w:r>
    </w:p>
    <w:p>
      <w:pPr>
        <w:spacing w:after="62" w:line="259" w:lineRule="auto"/>
      </w:pPr>
      <w:r>
        <w:rPr>
          <w:rFonts w:ascii="Noto Sans" w:hAnsi="Noto Sans" w:cs="Noto Sans Devanagari" w:eastAsia="Noto Sans Devanagari"/>
          <w:b w:val="0"/>
          <w:i w:val="0"/>
          <w:sz w:val="20"/>
        </w:rPr>
        <w:t>गराउनु पर्नेछ ।</w:t>
      </w:r>
    </w:p>
    <w:p>
      <w:pPr>
        <w:spacing w:after="62" w:line="259" w:lineRule="auto"/>
        <w:ind w:left="115"/>
      </w:pPr>
      <w:r>
        <w:rPr>
          <w:rFonts w:ascii="Noto Sans" w:hAnsi="Noto Sans" w:cs="Noto Sans Devanagari" w:eastAsia="Noto Sans Devanagari"/>
          <w:b w:val="0"/>
          <w:i w:val="0"/>
          <w:sz w:val="20"/>
        </w:rPr>
        <w:t>ख) eVisa प्रणालीबाट भिसा आवेदन लिने व्यवस्था गरेका मुलुकले सो कार्य गर्न नेपालस्थित अन्य</w:t>
      </w:r>
    </w:p>
    <w:p>
      <w:pPr>
        <w:spacing w:after="62" w:line="259" w:lineRule="auto"/>
      </w:pPr>
      <w:r>
        <w:rPr>
          <w:rFonts w:ascii="Noto Sans" w:hAnsi="Noto Sans" w:cs="Noto Sans Devanagari" w:eastAsia="Noto Sans Devanagari"/>
          <w:b w:val="0"/>
          <w:i w:val="0"/>
          <w:sz w:val="20"/>
        </w:rPr>
        <w:t>संस्थालाई तोकेमा देहायबमोजिमका शर्तहरु पालना हुने गरी त्यस्ता तोकिएका संस्थाहरुमार्फत्् भिसा</w:t>
      </w:r>
    </w:p>
    <w:p>
      <w:pPr>
        <w:spacing w:after="62" w:line="259" w:lineRule="auto"/>
      </w:pPr>
      <w:r>
        <w:rPr>
          <w:rFonts w:ascii="Noto Sans" w:hAnsi="Noto Sans" w:cs="Noto Sans Devanagari" w:eastAsia="Noto Sans Devanagari"/>
          <w:b w:val="0"/>
          <w:i w:val="0"/>
          <w:sz w:val="20"/>
        </w:rPr>
        <w:t>बापत संकलित रकमको लागि बैंक तथा वित्तीय संस्थाबाट जारी विद्युतीय/डिजिटल कार्डमार्फत्</w:t>
      </w:r>
    </w:p>
    <w:p>
      <w:pPr>
        <w:spacing w:after="62" w:line="259" w:lineRule="auto"/>
      </w:pPr>
      <w:r>
        <w:rPr>
          <w:rFonts w:ascii="Noto Sans" w:hAnsi="Noto Sans" w:cs="Noto Sans Devanagari" w:eastAsia="Noto Sans Devanagari"/>
          <w:b w:val="0"/>
          <w:i w:val="0"/>
          <w:sz w:val="20"/>
        </w:rPr>
        <w:t>सटही सुविधा प्रदान गर्न सकिने छ ः</w:t>
      </w:r>
    </w:p>
    <w:p>
      <w:pPr>
        <w:spacing w:after="62" w:line="259" w:lineRule="auto"/>
      </w:pPr>
      <w:r>
        <w:rPr>
          <w:rFonts w:ascii="Noto Sans" w:hAnsi="Noto Sans" w:cs="Noto Sans Devanagari" w:eastAsia="Noto Sans Devanagari"/>
          <w:b w:val="0"/>
          <w:i w:val="0"/>
          <w:sz w:val="20"/>
        </w:rPr>
        <w:t>(१) भिसा शुल्कबापत संकलित रकम त्यस्तो कार्डबाट भुक्तानी हुने गरी सिधै विदेशी मुलुकका सरकारी</w:t>
      </w:r>
    </w:p>
    <w:p>
      <w:pPr>
        <w:spacing w:after="62" w:line="259" w:lineRule="auto"/>
      </w:pPr>
      <w:r>
        <w:rPr>
          <w:rFonts w:ascii="Noto Sans" w:hAnsi="Noto Sans" w:cs="Noto Sans Devanagari" w:eastAsia="Noto Sans Devanagari"/>
          <w:b w:val="0"/>
          <w:i w:val="0"/>
          <w:sz w:val="20"/>
        </w:rPr>
        <w:t>निकायको तोकिएको परिवर्त्य विदेशी मुद्राको खाता वा सम्बन्धित देशको नेपालस्थित</w:t>
      </w:r>
    </w:p>
    <w:p>
      <w:pPr>
        <w:spacing w:after="62" w:line="259" w:lineRule="auto"/>
      </w:pPr>
      <w:r>
        <w:rPr>
          <w:rFonts w:ascii="Noto Sans" w:hAnsi="Noto Sans" w:cs="Noto Sans Devanagari" w:eastAsia="Noto Sans Devanagari"/>
          <w:b w:val="0"/>
          <w:i w:val="0"/>
          <w:sz w:val="20"/>
        </w:rPr>
        <w:t>दूतावास/नियोगको तोकिएको परिवर्त्य विदेशी मुद्राको खातामा मात्र जम्मा हुनु पर्नेछ । सोका</w:t>
      </w:r>
    </w:p>
    <w:p>
      <w:pPr>
        <w:spacing w:after="62" w:line="259" w:lineRule="auto"/>
      </w:pPr>
      <w:r>
        <w:rPr>
          <w:rFonts w:ascii="Noto Sans" w:hAnsi="Noto Sans" w:cs="Noto Sans Devanagari" w:eastAsia="Noto Sans Devanagari"/>
          <w:b w:val="0"/>
          <w:i w:val="0"/>
          <w:sz w:val="20"/>
        </w:rPr>
        <w:t>लागि उल्लिखित भुक्तानीको व्यवस्था स्पष्टरुपमा खुल्ने सम्बन्धित मुलुक वा नेपालस्थित</w:t>
      </w:r>
    </w:p>
    <w:p>
      <w:pPr>
        <w:spacing w:after="62" w:line="259" w:lineRule="auto"/>
      </w:pPr>
      <w:r>
        <w:rPr>
          <w:rFonts w:ascii="Noto Sans" w:hAnsi="Noto Sans" w:cs="Noto Sans Devanagari" w:eastAsia="Noto Sans Devanagari"/>
          <w:b w:val="0"/>
          <w:i w:val="0"/>
          <w:sz w:val="20"/>
        </w:rPr>
        <w:t>दूतावास/नियोगको पत्र समेत आवश्यक पर्नेछ ।</w:t>
      </w:r>
    </w:p>
    <w:p>
      <w:pPr>
        <w:spacing w:after="62" w:line="259" w:lineRule="auto"/>
      </w:pPr>
      <w:r>
        <w:rPr>
          <w:rFonts w:ascii="Noto Sans" w:hAnsi="Noto Sans" w:cs="Noto Sans Devanagari" w:eastAsia="Noto Sans Devanagari"/>
          <w:b w:val="0"/>
          <w:i w:val="0"/>
          <w:sz w:val="20"/>
        </w:rPr>
        <w:t>(२) यस्तो कार्डबाट अन्य कुनै पनि प्रयोजनका लागि भुक्तानी नहुने व्यवस्था गर्नु पर्नेछ ।</w:t>
      </w:r>
    </w:p>
    <w:p>
      <w:pPr>
        <w:spacing w:after="62" w:line="259" w:lineRule="auto"/>
      </w:pPr>
      <w:r>
        <w:rPr>
          <w:rFonts w:ascii="Noto Sans" w:hAnsi="Noto Sans" w:cs="Noto Sans Devanagari" w:eastAsia="Noto Sans Devanagari"/>
          <w:b w:val="0"/>
          <w:i w:val="0"/>
          <w:sz w:val="20"/>
        </w:rPr>
        <w:t>(३) यस्तो कार्डको म्याद eVisa Processing सम्बन्धी कार्य गर्नको लागि तोकिएको अवधिभन्दा बढी</w:t>
      </w:r>
    </w:p>
    <w:p>
      <w:pPr>
        <w:spacing w:after="62" w:line="259" w:lineRule="auto"/>
      </w:pPr>
      <w:r>
        <w:rPr>
          <w:rFonts w:ascii="Noto Sans" w:hAnsi="Noto Sans" w:cs="Noto Sans Devanagari" w:eastAsia="Noto Sans Devanagari"/>
          <w:b w:val="0"/>
          <w:i w:val="0"/>
          <w:sz w:val="20"/>
        </w:rPr>
        <w:t>नहुने व्यवस्था गर्नु पर्नेछ ।</w:t>
      </w:r>
    </w:p>
    <w:p>
      <w:pPr>
        <w:spacing w:after="62" w:line="259" w:lineRule="auto"/>
      </w:pPr>
      <w:r>
        <w:rPr>
          <w:rFonts w:ascii="Noto Sans" w:hAnsi="Noto Sans" w:cs="Noto Sans Devanagari" w:eastAsia="Noto Sans Devanagari"/>
          <w:b w:val="0"/>
          <w:i w:val="0"/>
          <w:sz w:val="20"/>
        </w:rPr>
        <w:t>(४) यस्तो कार्डबाट एकै पटक वा पटक–पटक गरी भुक्तानी हुन सक्नेछ र यस एकीकृत परिपत्र–</w:t>
      </w:r>
    </w:p>
    <w:p>
      <w:pPr>
        <w:spacing w:after="62" w:line="259" w:lineRule="auto"/>
      </w:pPr>
      <w:r>
        <w:rPr>
          <w:rFonts w:ascii="Noto Sans" w:hAnsi="Noto Sans" w:cs="Noto Sans Devanagari" w:eastAsia="Noto Sans Devanagari"/>
          <w:b w:val="0"/>
          <w:i w:val="0"/>
          <w:sz w:val="20"/>
        </w:rPr>
        <w:t>२०८२ मा अन्यत्र उल्लिखित कुनै पनि रकम भुक्तानीसम्बन्धी सीमा लागू हुने छैन ।</w:t>
      </w:r>
    </w:p>
    <w:p>
      <w:pPr>
        <w:spacing w:after="62" w:line="259" w:lineRule="auto"/>
      </w:pPr>
      <w:r>
        <w:rPr>
          <w:rFonts w:ascii="Noto Sans" w:hAnsi="Noto Sans" w:cs="Noto Sans Devanagari" w:eastAsia="Noto Sans Devanagari"/>
          <w:b w:val="0"/>
          <w:i w:val="0"/>
          <w:sz w:val="20"/>
        </w:rPr>
        <w:t>(५) कार्ड जारी गन र् Link गरिएको ने.रु. खाताको मौज्दात र कार्डबाट भुक्तानी भएको रकमको</w:t>
      </w:r>
    </w:p>
    <w:p>
      <w:pPr>
        <w:spacing w:after="62" w:line="259" w:lineRule="auto"/>
      </w:pPr>
      <w:r>
        <w:rPr>
          <w:rFonts w:ascii="Noto Sans" w:hAnsi="Noto Sans" w:cs="Noto Sans Devanagari" w:eastAsia="Noto Sans Devanagari"/>
          <w:b w:val="0"/>
          <w:i w:val="0"/>
          <w:sz w:val="20"/>
        </w:rPr>
        <w:t>विवरण दैनिक रुपमा हिसाब मिलान हुनु पर्नेछ ।</w:t>
      </w:r>
    </w:p>
    <w:p>
      <w:pPr>
        <w:spacing w:after="62" w:line="259" w:lineRule="auto"/>
      </w:pPr>
      <w:r>
        <w:rPr>
          <w:rFonts w:ascii="Noto Sans" w:hAnsi="Noto Sans" w:cs="Noto Sans Devanagari" w:eastAsia="Noto Sans Devanagari"/>
          <w:b w:val="0"/>
          <w:i w:val="0"/>
          <w:sz w:val="20"/>
        </w:rPr>
        <w:t>(६) वैदेशिक रोजगारीमा जाने नेपालीहरुका े eVisa Processing को भिसा शुल्क भुक्तानी गर्दा नेपाल</w:t>
      </w:r>
    </w:p>
    <w:p>
      <w:pPr>
        <w:spacing w:after="62" w:line="259" w:lineRule="auto"/>
      </w:pPr>
      <w:r>
        <w:rPr>
          <w:rFonts w:ascii="Noto Sans" w:hAnsi="Noto Sans" w:cs="Noto Sans Devanagari" w:eastAsia="Noto Sans Devanagari"/>
          <w:b w:val="0"/>
          <w:i w:val="0"/>
          <w:sz w:val="20"/>
        </w:rPr>
        <w:t>सरकार र सम्बन्धित देशबीच भएको सम्झौतामा उल्लिखित भिसासम्बन्धी सम्पूर्ण व्यवस्थाहरुको</w:t>
      </w:r>
    </w:p>
    <w:p>
      <w:pPr>
        <w:spacing w:after="62" w:line="259" w:lineRule="auto"/>
      </w:pPr>
      <w:r>
        <w:rPr>
          <w:rFonts w:ascii="Noto Sans" w:hAnsi="Noto Sans" w:cs="Noto Sans Devanagari" w:eastAsia="Noto Sans Devanagari"/>
          <w:b w:val="0"/>
          <w:i w:val="0"/>
          <w:sz w:val="20"/>
        </w:rPr>
        <w:t>पालना हुनु पर्नेछ ।</w:t>
      </w:r>
    </w:p>
    <w:p>
      <w:pPr>
        <w:spacing w:after="62" w:line="259" w:lineRule="auto"/>
        <w:ind w:left="115"/>
      </w:pPr>
      <w:r>
        <w:rPr>
          <w:rFonts w:ascii="Noto Sans" w:hAnsi="Noto Sans" w:cs="Noto Sans Devanagari" w:eastAsia="Noto Sans Devanagari"/>
          <w:b w:val="0"/>
          <w:i w:val="0"/>
          <w:sz w:val="20"/>
        </w:rPr>
        <w:t>ग) eVisa प्रणाली अन्तर्गत भिसा आवेदक नेपालील े eVisa प्रणालीमा तोकिए बमोजिम शुल्क भुक्तानी</w:t>
      </w:r>
    </w:p>
    <w:p>
      <w:pPr>
        <w:spacing w:after="62" w:line="259" w:lineRule="auto"/>
      </w:pPr>
      <w:r>
        <w:rPr>
          <w:rFonts w:ascii="Noto Sans" w:hAnsi="Noto Sans" w:cs="Noto Sans Devanagari" w:eastAsia="Noto Sans Devanagari"/>
          <w:b w:val="0"/>
          <w:i w:val="0"/>
          <w:sz w:val="20"/>
        </w:rPr>
        <w:t>(आफ्नो एकाघर परिवार सदस्यको लागि समेत) आफ्नो नाममा एकीकृत इ.प्रा. परिपत्र ७/२०८२ र</w:t>
      </w:r>
    </w:p>
    <w:p>
      <w:pPr>
        <w:spacing w:after="62" w:line="259" w:lineRule="auto"/>
      </w:pPr>
      <w:r>
        <w:rPr>
          <w:rFonts w:ascii="Noto Sans" w:hAnsi="Noto Sans" w:cs="Noto Sans Devanagari" w:eastAsia="Noto Sans Devanagari"/>
          <w:b w:val="0"/>
          <w:i w:val="0"/>
          <w:sz w:val="20"/>
        </w:rPr>
        <w:t>१४/२०८२ बमोजिम जारी भएका परिवर्त्य विदेशी मुद्राको विद्युतीय कार्ड (प्रिपेड, डेबिट, क्रेडिट,</w:t>
      </w:r>
    </w:p>
    <w:p>
      <w:pPr>
        <w:spacing w:after="62" w:line="259" w:lineRule="auto"/>
      </w:pPr>
      <w:r>
        <w:rPr>
          <w:rFonts w:ascii="Noto Sans" w:hAnsi="Noto Sans" w:cs="Noto Sans Devanagari" w:eastAsia="Noto Sans Devanagari"/>
          <w:b w:val="0"/>
          <w:i w:val="0"/>
          <w:sz w:val="20"/>
        </w:rPr>
        <w:t>अमेरिकी डलर ५०० को प्रिपेड कार्ड) बाट गर्न चाहेमा समेत भुक्तानी गर्न सकिने व्यवस्था मिलाउनु</w:t>
      </w:r>
    </w:p>
    <w:p>
      <w:pPr>
        <w:spacing w:after="62" w:line="259" w:lineRule="auto"/>
      </w:pPr>
      <w:r>
        <w:rPr>
          <w:rFonts w:ascii="Noto Sans" w:hAnsi="Noto Sans" w:cs="Noto Sans Devanagari" w:eastAsia="Noto Sans Devanagari"/>
          <w:b w:val="0"/>
          <w:i w:val="0"/>
          <w:sz w:val="20"/>
        </w:rPr>
        <w:t>पर्नेछ । यस व्यवस्था अन्तर्गतको भुक्तानीमा भने सम्बन्धित कार्डका लागि तोकिएको रकम खर्च गर्ने</w:t>
      </w:r>
    </w:p>
    <w:p>
      <w:pPr>
        <w:spacing w:after="62" w:line="259" w:lineRule="auto"/>
      </w:pPr>
      <w:r>
        <w:rPr>
          <w:rFonts w:ascii="Noto Sans" w:hAnsi="Noto Sans" w:cs="Noto Sans Devanagari" w:eastAsia="Noto Sans Devanagari"/>
          <w:b w:val="0"/>
          <w:i w:val="0"/>
          <w:sz w:val="20"/>
        </w:rPr>
        <w:t>सीमा लागू हुनेछ ।</w:t>
      </w:r>
    </w:p>
    <w:p>
      <w:pPr>
        <w:keepNext/>
        <w:spacing w:before="200" w:after="80"/>
        <w:pBdr>
          <w:bottom w:val="single" w:sz="12" w:space="2" w:color="2F5597"/>
        </w:pBdr>
      </w:pPr>
      <w:r>
        <w:rPr>
          <w:rFonts w:ascii="Noto Sans" w:hAnsi="Noto Sans" w:cs="Noto Sans Devanagari" w:eastAsia="Noto Sans Devanagari"/>
          <w:b/>
          <w:i w:val="0"/>
          <w:color w:val="2F5597"/>
          <w:sz w:val="24"/>
        </w:rPr>
        <w:t>4. Exchange Facility for Nepali Rupees Collected as Visa Fees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4. Provisions Relating to Exchange Facility for Nepali Rupees Collected as Visa Fees</w:t>
      </w:r>
    </w:p>
    <w:p>
      <w:pPr>
        <w:spacing w:after="70" w:line="259" w:lineRule="auto"/>
        <w:ind w:left="115"/>
      </w:pPr>
      <w:r>
        <w:rPr>
          <w:rFonts w:ascii="Noto Sans" w:hAnsi="Noto Sans" w:cs="Noto Sans Devanagari" w:eastAsia="Noto Sans Devanagari"/>
          <w:b w:val="0"/>
          <w:i w:val="0"/>
          <w:color w:val="222222"/>
          <w:sz w:val="18"/>
        </w:rPr>
        <w:t>(a) Where foreign embassies/missions in Nepal are required to remit to their country foreign currency equivalent to Nepali rupees collected as visa fees, the concerned bank may provide such exchange on the basis of an official request letter from the concerned foreign embassy/mission.</w:t>
      </w:r>
    </w:p>
    <w:p>
      <w:pPr>
        <w:spacing w:after="70" w:line="259" w:lineRule="auto"/>
      </w:pPr>
      <w:r>
        <w:rPr>
          <w:rFonts w:ascii="Noto Sans" w:hAnsi="Noto Sans" w:cs="Noto Sans Devanagari" w:eastAsia="Noto Sans Devanagari"/>
          <w:b w:val="0"/>
          <w:i w:val="0"/>
          <w:color w:val="222222"/>
          <w:sz w:val="18"/>
        </w:rPr>
        <w:t>Where a governmental body, diplomatic mission (situated in Nepal or abroad), or foreign institution (officially designated by a foreign governmental body to also cover Nepal) of a country appoints an institution in Nepal for visa-related work, the visa fee may be remitted to the concerned governmental body/mission or foreign institution (officially designated by the foreign governmental body) on the basis of documents proving such designation.</w:t>
      </w:r>
    </w:p>
    <w:p>
      <w:pPr>
        <w:spacing w:after="70" w:line="259" w:lineRule="auto"/>
      </w:pPr>
      <w:r>
        <w:rPr>
          <w:rFonts w:ascii="Noto Sans" w:hAnsi="Noto Sans" w:cs="Noto Sans Devanagari" w:eastAsia="Noto Sans Devanagari"/>
          <w:b w:val="0"/>
          <w:i w:val="0"/>
          <w:color w:val="222222"/>
          <w:sz w:val="18"/>
        </w:rPr>
        <w:t>Details of such exchange shall mandatorily be provided to this Department within 15 days after the end of the month.</w:t>
      </w:r>
    </w:p>
    <w:p>
      <w:pPr>
        <w:spacing w:after="70" w:line="259" w:lineRule="auto"/>
        <w:ind w:left="115"/>
      </w:pPr>
      <w:r>
        <w:rPr>
          <w:rFonts w:ascii="Noto Sans" w:hAnsi="Noto Sans" w:cs="Noto Sans Devanagari" w:eastAsia="Noto Sans Devanagari"/>
          <w:b w:val="0"/>
          <w:i w:val="0"/>
          <w:color w:val="222222"/>
          <w:sz w:val="18"/>
        </w:rPr>
        <w:t>(b) Where countries that accept visa applications through an eVisa system appoint another institution in Nepal to perform such work, exchange facility for amounts collected as visa fees through such designated institutions may be provided by means of an electronic/digital card issued by a bank or financial institution, subject to compliance with the following conditions:</w:t>
      </w:r>
    </w:p>
    <w:p>
      <w:pPr>
        <w:spacing w:after="70" w:line="259" w:lineRule="auto"/>
      </w:pPr>
      <w:r>
        <w:rPr>
          <w:rFonts w:ascii="Noto Sans" w:hAnsi="Noto Sans" w:cs="Noto Sans Devanagari" w:eastAsia="Noto Sans Devanagari"/>
          <w:b w:val="0"/>
          <w:i w:val="0"/>
          <w:color w:val="222222"/>
          <w:sz w:val="18"/>
        </w:rPr>
        <w:t>(1) The amount collected as visa fee shall be paid through such card and credited only directly to the designated convertible foreign currency account of the governmental body of the foreign country or to the designated convertible foreign currency account of the embassy/mission of the concerned country in Nepal. For this purpose, a letter from the concerned country or its embassy/mission in Nepal clearly setting out the aforesaid payment arrangement shall also be required.</w:t>
      </w:r>
    </w:p>
    <w:p>
      <w:pPr>
        <w:spacing w:after="70" w:line="259" w:lineRule="auto"/>
      </w:pPr>
      <w:r>
        <w:rPr>
          <w:rFonts w:ascii="Noto Sans" w:hAnsi="Noto Sans" w:cs="Noto Sans Devanagari" w:eastAsia="Noto Sans Devanagari"/>
          <w:b w:val="0"/>
          <w:i w:val="0"/>
          <w:color w:val="222222"/>
          <w:sz w:val="18"/>
        </w:rPr>
        <w:t>(2) Arrangements shall be made so that no payment for any other purpose can be made through such card.</w:t>
      </w:r>
    </w:p>
    <w:p>
      <w:pPr>
        <w:spacing w:after="70" w:line="259" w:lineRule="auto"/>
      </w:pPr>
      <w:r>
        <w:rPr>
          <w:rFonts w:ascii="Noto Sans" w:hAnsi="Noto Sans" w:cs="Noto Sans Devanagari" w:eastAsia="Noto Sans Devanagari"/>
          <w:b w:val="0"/>
          <w:i w:val="0"/>
          <w:color w:val="222222"/>
          <w:sz w:val="18"/>
        </w:rPr>
        <w:t>(3) The validity of such card shall not exceed the period for which the institution has been designated to perform eVisa Processing work.</w:t>
      </w:r>
    </w:p>
    <w:p>
      <w:pPr>
        <w:spacing w:after="70" w:line="259" w:lineRule="auto"/>
      </w:pPr>
      <w:r>
        <w:rPr>
          <w:rFonts w:ascii="Noto Sans" w:hAnsi="Noto Sans" w:cs="Noto Sans Devanagari" w:eastAsia="Noto Sans Devanagari"/>
          <w:b w:val="0"/>
          <w:i w:val="0"/>
          <w:color w:val="222222"/>
          <w:sz w:val="18"/>
        </w:rPr>
        <w:t>(4) Payments may be made through such card in a single transaction or in several transactions, and no payment-amount limit specified elsewhere in this Unified Circular 2082 shall apply.</w:t>
      </w:r>
    </w:p>
    <w:p>
      <w:pPr>
        <w:spacing w:after="70" w:line="259" w:lineRule="auto"/>
      </w:pPr>
      <w:r>
        <w:rPr>
          <w:rFonts w:ascii="Noto Sans" w:hAnsi="Noto Sans" w:cs="Noto Sans Devanagari" w:eastAsia="Noto Sans Devanagari"/>
          <w:b w:val="0"/>
          <w:i w:val="0"/>
          <w:color w:val="222222"/>
          <w:sz w:val="18"/>
        </w:rPr>
        <w:t>(5) The balance of the NPR account linked to the card and the amount paid through the card shall be reconciled daily.</w:t>
      </w:r>
    </w:p>
    <w:p>
      <w:pPr>
        <w:spacing w:after="70" w:line="259" w:lineRule="auto"/>
      </w:pPr>
      <w:r>
        <w:rPr>
          <w:rFonts w:ascii="Noto Sans" w:hAnsi="Noto Sans" w:cs="Noto Sans Devanagari" w:eastAsia="Noto Sans Devanagari"/>
          <w:b w:val="0"/>
          <w:i w:val="0"/>
          <w:color w:val="222222"/>
          <w:sz w:val="18"/>
        </w:rPr>
        <w:t>(6) When paying visa fees for eVisa Processing of Nepali persons going for foreign employment, all visa-related provisions contained in the agreement between the Government of Nepal and the concerned country shall be complied with.</w:t>
      </w:r>
    </w:p>
    <w:p>
      <w:pPr>
        <w:spacing w:after="70" w:line="259" w:lineRule="auto"/>
        <w:ind w:left="115"/>
      </w:pPr>
      <w:r>
        <w:rPr>
          <w:rFonts w:ascii="Noto Sans" w:hAnsi="Noto Sans" w:cs="Noto Sans Devanagari" w:eastAsia="Noto Sans Devanagari"/>
          <w:b w:val="0"/>
          <w:i w:val="0"/>
          <w:color w:val="222222"/>
          <w:sz w:val="18"/>
        </w:rPr>
        <w:t>(c) Under the eVisa system, where a Nepali visa applicant wishes to pay the fee prescribed in the eVisa system, including for a member of his/her immediate family, through a convertible foreign currency electronic card (prepaid, debit, credit or USD 500 prepaid card) issued in his/her name pursuant to Unified F.E. Circulars 7/2082 and 14/2082, arrangements shall also be made to permit such payment. However, the spending limit prescribed for the concerned card shall apply to payments under this provision.</w:t>
      </w:r>
    </w:p>
    <w:p>
      <w:pPr>
        <w:keepNext/>
        <w:spacing w:before="200" w:after="80"/>
        <w:pBdr>
          <w:bottom w:val="single" w:sz="12" w:space="2" w:color="17365D"/>
        </w:pBdr>
      </w:pPr>
      <w:r>
        <w:rPr>
          <w:rFonts w:ascii="Noto Sans" w:hAnsi="Noto Sans" w:cs="Noto Sans Devanagari" w:eastAsia="Noto Sans Devanagari"/>
          <w:b/>
          <w:i w:val="0"/>
          <w:color w:val="17365D"/>
          <w:sz w:val="25"/>
        </w:rPr>
        <w:t>५. निर्यातकर्ताहरूलाई शाखा/सम्पर्क/प्रदर्शन कक्ष</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५. निर्यातकर्ताहरूलाई शाखा/सम्पर्क/प्रदर्शन कक्ष जस्ता कार्यालयको लागि सटही सुविधा उपलव्ध गराउने</w:t>
      </w:r>
    </w:p>
    <w:p>
      <w:pPr>
        <w:spacing w:after="62" w:line="259" w:lineRule="auto"/>
      </w:pPr>
      <w:r>
        <w:rPr>
          <w:rFonts w:ascii="Noto Sans" w:hAnsi="Noto Sans" w:cs="Noto Sans Devanagari" w:eastAsia="Noto Sans Devanagari"/>
          <w:b w:val="0"/>
          <w:i w:val="0"/>
          <w:sz w:val="20"/>
        </w:rPr>
        <w:t>सम्बन्धी व्यवस्था</w:t>
      </w:r>
    </w:p>
    <w:p>
      <w:pPr>
        <w:spacing w:after="62" w:line="259" w:lineRule="auto"/>
      </w:pPr>
      <w:r>
        <w:rPr>
          <w:rFonts w:ascii="Noto Sans" w:hAnsi="Noto Sans" w:cs="Noto Sans Devanagari" w:eastAsia="Noto Sans Devanagari"/>
          <w:b w:val="0"/>
          <w:i w:val="0"/>
          <w:sz w:val="20"/>
        </w:rPr>
        <w:t>निर्यात व्यवसायीले निर्यात प्रवर्द्धनको लागि विदेशमा शाखा/सम्पर्क/प्रदर्शन कक्ष जस्ता कार्यालय खोल्ने तथा</w:t>
      </w:r>
    </w:p>
    <w:p>
      <w:pPr>
        <w:spacing w:after="62" w:line="259" w:lineRule="auto"/>
      </w:pPr>
      <w:r>
        <w:rPr>
          <w:rFonts w:ascii="Noto Sans" w:hAnsi="Noto Sans" w:cs="Noto Sans Devanagari" w:eastAsia="Noto Sans Devanagari"/>
          <w:b w:val="0"/>
          <w:i w:val="0"/>
          <w:sz w:val="20"/>
        </w:rPr>
        <w:t>बिक्रीबाट उठेको रकम जम्मा गर्ने प्रयोजनका लागि विदेशमा खाता खोल्न चाहेमा सम्बन्धित नियमनकारी</w:t>
      </w:r>
    </w:p>
    <w:p>
      <w:pPr>
        <w:spacing w:after="62" w:line="259" w:lineRule="auto"/>
      </w:pPr>
      <w:r>
        <w:rPr>
          <w:rFonts w:ascii="Noto Sans" w:hAnsi="Noto Sans" w:cs="Noto Sans Devanagari" w:eastAsia="Noto Sans Devanagari"/>
          <w:b w:val="0"/>
          <w:i w:val="0"/>
          <w:sz w:val="20"/>
        </w:rPr>
        <w:t>निकायको सिफारिसमा देहाय बमोजिमको व्यवस्था तथा शर्तको अधीनमा रही यस बैंकको पूर्व स्वीकृतिमा</w:t>
      </w:r>
    </w:p>
    <w:p>
      <w:pPr>
        <w:spacing w:after="62" w:line="259" w:lineRule="auto"/>
      </w:pPr>
      <w:r>
        <w:rPr>
          <w:rFonts w:ascii="Noto Sans" w:hAnsi="Noto Sans" w:cs="Noto Sans Devanagari" w:eastAsia="Noto Sans Devanagari"/>
          <w:b w:val="0"/>
          <w:i w:val="0"/>
          <w:sz w:val="20"/>
        </w:rPr>
        <w:t>सोको लागि आवश्यक विदेशी मुद्राको सटही सुविधा उपलव्ध हुने व्यवस्था गरिएको छ ।</w:t>
      </w:r>
    </w:p>
    <w:p>
      <w:pPr>
        <w:spacing w:after="62" w:line="259" w:lineRule="auto"/>
        <w:ind w:left="115"/>
      </w:pPr>
      <w:r>
        <w:rPr>
          <w:rFonts w:ascii="Noto Sans" w:hAnsi="Noto Sans" w:cs="Noto Sans Devanagari" w:eastAsia="Noto Sans Devanagari"/>
          <w:b w:val="0"/>
          <w:i w:val="0"/>
          <w:sz w:val="20"/>
        </w:rPr>
        <w:t>(क) निवेदक निर्यात व्यवसायमा संलग्न हुदै आइरहेको वा निर्यात गर्ने ठोस योजना भएको वा पर्यटन</w:t>
      </w:r>
    </w:p>
    <w:p>
      <w:pPr>
        <w:spacing w:after="62" w:line="259" w:lineRule="auto"/>
      </w:pPr>
      <w:r>
        <w:rPr>
          <w:rFonts w:ascii="Noto Sans" w:hAnsi="Noto Sans" w:cs="Noto Sans Devanagari" w:eastAsia="Noto Sans Devanagari"/>
          <w:b w:val="0"/>
          <w:i w:val="0"/>
          <w:sz w:val="20"/>
        </w:rPr>
        <w:t>व्यवसाय वा सेवा निर्यात सम्बन्धी व्यवसायमा संलग्न रहेको निकाय हुनुपर्ने छ ।</w:t>
      </w:r>
    </w:p>
    <w:p>
      <w:pPr>
        <w:spacing w:after="62" w:line="259" w:lineRule="auto"/>
        <w:ind w:left="115"/>
      </w:pPr>
      <w:r>
        <w:rPr>
          <w:rFonts w:ascii="Noto Sans" w:hAnsi="Noto Sans" w:cs="Noto Sans Devanagari" w:eastAsia="Noto Sans Devanagari"/>
          <w:b w:val="0"/>
          <w:i w:val="0"/>
          <w:sz w:val="20"/>
        </w:rPr>
        <w:t>(ख) विदेशमा यसरी शाखा/सम्पर्क/प्रदर्शन कक्षजस्ता कार्यालय स्थापना गर्दा सम्बन्धित मुलुकको</w:t>
      </w:r>
    </w:p>
    <w:p>
      <w:pPr>
        <w:spacing w:after="62" w:line="259" w:lineRule="auto"/>
      </w:pPr>
      <w:r>
        <w:rPr>
          <w:rFonts w:ascii="Noto Sans" w:hAnsi="Noto Sans" w:cs="Noto Sans Devanagari" w:eastAsia="Noto Sans Devanagari"/>
          <w:b w:val="0"/>
          <w:i w:val="0"/>
          <w:sz w:val="20"/>
        </w:rPr>
        <w:t>प्रचलित कानुनको पालना गर्नु पर्नेछ ।</w:t>
      </w:r>
    </w:p>
    <w:p>
      <w:pPr>
        <w:spacing w:after="62" w:line="259" w:lineRule="auto"/>
        <w:ind w:left="115"/>
      </w:pPr>
      <w:r>
        <w:rPr>
          <w:rFonts w:ascii="Noto Sans" w:hAnsi="Noto Sans" w:cs="Noto Sans Devanagari" w:eastAsia="Noto Sans Devanagari"/>
          <w:b w:val="0"/>
          <w:i w:val="0"/>
          <w:sz w:val="20"/>
        </w:rPr>
        <w:t>(ग) यो व्यवस्था अन्तर्गतको सटही सुविधा विदेशमा शाखा/सम्पर्क/प्रदर्शन कक्षजस्ता कार्यालय खोल्ने</w:t>
      </w:r>
    </w:p>
    <w:p>
      <w:pPr>
        <w:spacing w:after="62" w:line="259" w:lineRule="auto"/>
      </w:pPr>
      <w:r>
        <w:rPr>
          <w:rFonts w:ascii="Noto Sans" w:hAnsi="Noto Sans" w:cs="Noto Sans Devanagari" w:eastAsia="Noto Sans Devanagari"/>
          <w:b w:val="0"/>
          <w:i w:val="0"/>
          <w:sz w:val="20"/>
        </w:rPr>
        <w:t>तथा सोको सञ्चालन/व्यवस्थापनका लागि मात्र उपलव्ध हुनेछ ।</w:t>
      </w:r>
    </w:p>
    <w:p>
      <w:pPr>
        <w:spacing w:after="62" w:line="259" w:lineRule="auto"/>
        <w:ind w:left="115"/>
      </w:pPr>
      <w:r>
        <w:rPr>
          <w:rFonts w:ascii="Noto Sans" w:hAnsi="Noto Sans" w:cs="Noto Sans Devanagari" w:eastAsia="Noto Sans Devanagari"/>
          <w:b w:val="0"/>
          <w:i w:val="0"/>
          <w:sz w:val="20"/>
        </w:rPr>
        <w:t>(घ) सटही माग गर्दा सालवसाली गर्नु पर्ने खर्च र शुरुमा संस्थापनाको लागि के कति रकम आवश्यक</w:t>
      </w:r>
    </w:p>
    <w:p>
      <w:pPr>
        <w:spacing w:after="62" w:line="259" w:lineRule="auto"/>
      </w:pPr>
      <w:r>
        <w:rPr>
          <w:rFonts w:ascii="Noto Sans" w:hAnsi="Noto Sans" w:cs="Noto Sans Devanagari" w:eastAsia="Noto Sans Devanagari"/>
          <w:b w:val="0"/>
          <w:i w:val="0"/>
          <w:sz w:val="20"/>
        </w:rPr>
        <w:t>पर्ने हो, सोको विस्तृत विवरण संलग्न गर्नु पर्नेछ । यस्तो विवरण पेश गर्दा नयाँ व्यवसायको हकमा</w:t>
      </w:r>
    </w:p>
    <w:p>
      <w:pPr>
        <w:spacing w:after="62" w:line="259" w:lineRule="auto"/>
      </w:pPr>
      <w:r>
        <w:rPr>
          <w:rFonts w:ascii="Noto Sans" w:hAnsi="Noto Sans" w:cs="Noto Sans Devanagari" w:eastAsia="Noto Sans Devanagari"/>
          <w:b w:val="0"/>
          <w:i w:val="0"/>
          <w:sz w:val="20"/>
        </w:rPr>
        <w:t>आगामी ३ (तीन) वर्षको र सञ्चालनमा रही रहेको व्यवसायको हकमा बिगत ३ (तीन) वर्षको यथार्थ</w:t>
      </w:r>
    </w:p>
    <w:p>
      <w:pPr>
        <w:spacing w:after="62" w:line="259" w:lineRule="auto"/>
      </w:pPr>
      <w:r>
        <w:rPr>
          <w:rFonts w:ascii="Noto Sans" w:hAnsi="Noto Sans" w:cs="Noto Sans Devanagari" w:eastAsia="Noto Sans Devanagari"/>
          <w:b w:val="0"/>
          <w:i w:val="0"/>
          <w:sz w:val="20"/>
        </w:rPr>
        <w:t>र आगामी ३ (तीन) वर्षको अनुमानित कारोबारको विवरण पेश गर्नु पर्नेछ ।</w:t>
      </w:r>
    </w:p>
    <w:p>
      <w:pPr>
        <w:spacing w:after="62" w:line="259" w:lineRule="auto"/>
        <w:ind w:left="115"/>
      </w:pPr>
      <w:r>
        <w:rPr>
          <w:rFonts w:ascii="Noto Sans" w:hAnsi="Noto Sans" w:cs="Noto Sans Devanagari" w:eastAsia="Noto Sans Devanagari"/>
          <w:b w:val="0"/>
          <w:i w:val="0"/>
          <w:sz w:val="20"/>
        </w:rPr>
        <w:t>(ङ) सम्बन्धित निर्यातकर्ताहरूले सम्बन्धित मुलुकमा बिक्रीबाट उठेको रकम सोही मुलुकमा खाता खोली</w:t>
      </w:r>
    </w:p>
    <w:p>
      <w:pPr>
        <w:spacing w:after="62" w:line="259" w:lineRule="auto"/>
      </w:pPr>
      <w:r>
        <w:rPr>
          <w:rFonts w:ascii="Noto Sans" w:hAnsi="Noto Sans" w:cs="Noto Sans Devanagari" w:eastAsia="Noto Sans Devanagari"/>
          <w:b w:val="0"/>
          <w:i w:val="0"/>
          <w:sz w:val="20"/>
        </w:rPr>
        <w:t>जम्मा गर्न सक्ने छन् र यस्तो खाता सञ्चालन सम्बन्धमा यस बैंकबाट समय समयमा जारी भएको</w:t>
      </w:r>
    </w:p>
    <w:p>
      <w:pPr>
        <w:spacing w:after="62" w:line="259" w:lineRule="auto"/>
      </w:pPr>
      <w:r>
        <w:rPr>
          <w:rFonts w:ascii="Noto Sans" w:hAnsi="Noto Sans" w:cs="Noto Sans Devanagari" w:eastAsia="Noto Sans Devanagari"/>
          <w:b w:val="0"/>
          <w:i w:val="0"/>
          <w:sz w:val="20"/>
        </w:rPr>
        <w:t>परिपत्रमा उल्लिखित व्यवस्थाहरूको पालना गर्नु पर्नेछ । यसरी बिक्रीबाट प्राप्त विदेशी मुद्रा प्रत्येक</w:t>
      </w:r>
    </w:p>
    <w:p>
      <w:pPr>
        <w:spacing w:after="62" w:line="259" w:lineRule="auto"/>
      </w:pPr>
      <w:r>
        <w:rPr>
          <w:rFonts w:ascii="Noto Sans" w:hAnsi="Noto Sans" w:cs="Noto Sans Devanagari" w:eastAsia="Noto Sans Devanagari"/>
          <w:b w:val="0"/>
          <w:i w:val="0"/>
          <w:sz w:val="20"/>
        </w:rPr>
        <w:t>३ (तीन) महिनामा बैंकिङ पद्धतिमार्फत् नेपालमा पठाउनु पर्नेछ ।</w:t>
      </w:r>
    </w:p>
    <w:p>
      <w:pPr>
        <w:spacing w:after="62" w:line="259" w:lineRule="auto"/>
        <w:ind w:left="115"/>
      </w:pPr>
      <w:r>
        <w:rPr>
          <w:rFonts w:ascii="Noto Sans" w:hAnsi="Noto Sans" w:cs="Noto Sans Devanagari" w:eastAsia="Noto Sans Devanagari"/>
          <w:b w:val="0"/>
          <w:i w:val="0"/>
          <w:sz w:val="20"/>
        </w:rPr>
        <w:t>(च) बिक्री तथा प्रदर्शन कक्ष खोल्ने निर्यातकर्ताहरूको हकमा नेपालबाट प्रचलित कार्यविधि पूरा गरी</w:t>
      </w:r>
    </w:p>
    <w:p>
      <w:pPr>
        <w:spacing w:after="62" w:line="259" w:lineRule="auto"/>
      </w:pPr>
      <w:r>
        <w:rPr>
          <w:rFonts w:ascii="Noto Sans" w:hAnsi="Noto Sans" w:cs="Noto Sans Devanagari" w:eastAsia="Noto Sans Devanagari"/>
          <w:b w:val="0"/>
          <w:i w:val="0"/>
          <w:sz w:val="20"/>
        </w:rPr>
        <w:t>लगेको सामान र ती सामानहरूको बिक्रीबाट उठेको रकमहरूको हिसाव प्रत्येक ६ महिनामा यस</w:t>
      </w:r>
    </w:p>
    <w:p>
      <w:pPr>
        <w:spacing w:after="62" w:line="259" w:lineRule="auto"/>
      </w:pPr>
      <w:r>
        <w:rPr>
          <w:rFonts w:ascii="Noto Sans" w:hAnsi="Noto Sans" w:cs="Noto Sans Devanagari" w:eastAsia="Noto Sans Devanagari"/>
          <w:b w:val="0"/>
          <w:i w:val="0"/>
          <w:sz w:val="20"/>
        </w:rPr>
        <w:t>विभाग र सम्बन्धित नियमनकारी निकायहरूलाई दिनु पर्नेछ ।</w:t>
      </w:r>
    </w:p>
    <w:p>
      <w:pPr>
        <w:spacing w:after="62" w:line="259" w:lineRule="auto"/>
        <w:ind w:left="115"/>
      </w:pPr>
      <w:r>
        <w:rPr>
          <w:rFonts w:ascii="Noto Sans" w:hAnsi="Noto Sans" w:cs="Noto Sans Devanagari" w:eastAsia="Noto Sans Devanagari"/>
          <w:b w:val="0"/>
          <w:i w:val="0"/>
          <w:sz w:val="20"/>
        </w:rPr>
        <w:t>(छ) यसरी खोलिएको सम्पर्क कार्यालय र बिक्री तथा प्रदर्शन कक्षबाट प्राप्त फाइदा एवम् लागत सम्बन्धी</w:t>
      </w:r>
    </w:p>
    <w:p>
      <w:pPr>
        <w:spacing w:after="62" w:line="259" w:lineRule="auto"/>
      </w:pPr>
      <w:r>
        <w:rPr>
          <w:rFonts w:ascii="Noto Sans" w:hAnsi="Noto Sans" w:cs="Noto Sans Devanagari" w:eastAsia="Noto Sans Devanagari"/>
          <w:b w:val="0"/>
          <w:i w:val="0"/>
          <w:sz w:val="20"/>
        </w:rPr>
        <w:t>विवरण प्रत्येक आर्थिक वर्ष समाप्त भएको बढीमा ३ महिनाभित्र लेखापरीक्षकबाट प्रमाणित गराई</w:t>
      </w:r>
    </w:p>
    <w:p>
      <w:pPr>
        <w:spacing w:after="62" w:line="259" w:lineRule="auto"/>
      </w:pPr>
      <w:r>
        <w:rPr>
          <w:rFonts w:ascii="Noto Sans" w:hAnsi="Noto Sans" w:cs="Noto Sans Devanagari" w:eastAsia="Noto Sans Devanagari"/>
          <w:b w:val="0"/>
          <w:i w:val="0"/>
          <w:sz w:val="20"/>
        </w:rPr>
        <w:t>यस विभागमा पेश गर्नु पर्नेछ ।</w:t>
      </w:r>
    </w:p>
    <w:p>
      <w:pPr>
        <w:spacing w:after="62" w:line="259" w:lineRule="auto"/>
        <w:ind w:left="115"/>
      </w:pPr>
      <w:r>
        <w:rPr>
          <w:rFonts w:ascii="Noto Sans" w:hAnsi="Noto Sans" w:cs="Noto Sans Devanagari" w:eastAsia="Noto Sans Devanagari"/>
          <w:b w:val="0"/>
          <w:i w:val="0"/>
          <w:sz w:val="20"/>
        </w:rPr>
        <w:t>(ज) सम्बन्धित मुलुकको प्रवेशाज्ञा (भिसा) सम्बन्धी सम्पूर्ण कार्य सम्बन्धित उद्यमी/व्यवसायीले नै गर्नु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(झ) विदेशी मुद्रा आर्जन गरिरहेका निकायहरूको हकमा सालवसाली खर्च बापत माग भएको रकम</w:t>
      </w:r>
    </w:p>
    <w:p>
      <w:pPr>
        <w:spacing w:after="62" w:line="259" w:lineRule="auto"/>
      </w:pPr>
      <w:r>
        <w:rPr>
          <w:rFonts w:ascii="Noto Sans" w:hAnsi="Noto Sans" w:cs="Noto Sans Devanagari" w:eastAsia="Noto Sans Devanagari"/>
          <w:b w:val="0"/>
          <w:i w:val="0"/>
          <w:sz w:val="20"/>
        </w:rPr>
        <w:t>अघिल्लो आर्थिक वर्षको विदेशी मुद्रा आर्जनको बढीमा ५ (पाँच) प्रतिशतको सीमाभित्र रहनु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(ञ) विदेशी मुद्रा आर्जन गरिनसकेका निकायहरूको हकमा निजहरूले पेश गरेको अनुमानित कारोबार</w:t>
      </w:r>
    </w:p>
    <w:p>
      <w:pPr>
        <w:spacing w:after="62" w:line="259" w:lineRule="auto"/>
      </w:pPr>
      <w:r>
        <w:rPr>
          <w:rFonts w:ascii="Noto Sans" w:hAnsi="Noto Sans" w:cs="Noto Sans Devanagari" w:eastAsia="Noto Sans Devanagari"/>
          <w:b w:val="0"/>
          <w:i w:val="0"/>
          <w:sz w:val="20"/>
        </w:rPr>
        <w:t>विवरणको आधारमा पहिलो वर्षको लागि माथि खण्ड (झ) मा उल्लेख भए बमोजिमको सटही सुविधा</w:t>
      </w:r>
    </w:p>
    <w:p>
      <w:pPr>
        <w:spacing w:after="62" w:line="259" w:lineRule="auto"/>
      </w:pPr>
      <w:r>
        <w:rPr>
          <w:rFonts w:ascii="Noto Sans" w:hAnsi="Noto Sans" w:cs="Noto Sans Devanagari" w:eastAsia="Noto Sans Devanagari"/>
          <w:b w:val="0"/>
          <w:i w:val="0"/>
          <w:sz w:val="20"/>
        </w:rPr>
        <w:t>उपलव्ध गराउन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5. Exchange Facility for Exporters for Branch/Contact/Display Offices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5. Provisions Relating to Exchange Facility for Exporters for Offices such as Branch/Contact/Display Rooms</w:t>
      </w:r>
    </w:p>
    <w:p>
      <w:pPr>
        <w:spacing w:after="70" w:line="259" w:lineRule="auto"/>
      </w:pPr>
      <w:r>
        <w:rPr>
          <w:rFonts w:ascii="Noto Sans" w:hAnsi="Noto Sans" w:cs="Noto Sans Devanagari" w:eastAsia="Noto Sans Devanagari"/>
          <w:b w:val="0"/>
          <w:i w:val="0"/>
          <w:color w:val="222222"/>
          <w:sz w:val="18"/>
        </w:rPr>
        <w:t>Where an export business wishes, for export promotion, to open an office abroad such as a branch/contact/display room and to open an account abroad for depositing amounts realised from sales, foreign exchange facility required for such purpose may be provided with the prior approval of this Bank, upon recommendation of the concerned regulatory authority and subject to the following provisions and conditions:</w:t>
      </w:r>
    </w:p>
    <w:p>
      <w:pPr>
        <w:spacing w:after="70" w:line="259" w:lineRule="auto"/>
        <w:ind w:left="115"/>
      </w:pPr>
      <w:r>
        <w:rPr>
          <w:rFonts w:ascii="Noto Sans" w:hAnsi="Noto Sans" w:cs="Noto Sans Devanagari" w:eastAsia="Noto Sans Devanagari"/>
          <w:b w:val="0"/>
          <w:i w:val="0"/>
          <w:color w:val="222222"/>
          <w:sz w:val="18"/>
        </w:rPr>
        <w:t>(a) The applicant shall be an entity already engaged in export business, having a concrete plan to export, or engaged in tourism business or service-export business.</w:t>
      </w:r>
    </w:p>
    <w:p>
      <w:pPr>
        <w:spacing w:after="70" w:line="259" w:lineRule="auto"/>
        <w:ind w:left="115"/>
      </w:pPr>
      <w:r>
        <w:rPr>
          <w:rFonts w:ascii="Noto Sans" w:hAnsi="Noto Sans" w:cs="Noto Sans Devanagari" w:eastAsia="Noto Sans Devanagari"/>
          <w:b w:val="0"/>
          <w:i w:val="0"/>
          <w:color w:val="222222"/>
          <w:sz w:val="18"/>
        </w:rPr>
        <w:t>(b) When establishing an office abroad such as a branch/contact/display room, the prevailing laws of the concerned country shall be complied with.</w:t>
      </w:r>
    </w:p>
    <w:p>
      <w:pPr>
        <w:spacing w:after="70" w:line="259" w:lineRule="auto"/>
        <w:ind w:left="115"/>
      </w:pPr>
      <w:r>
        <w:rPr>
          <w:rFonts w:ascii="Noto Sans" w:hAnsi="Noto Sans" w:cs="Noto Sans Devanagari" w:eastAsia="Noto Sans Devanagari"/>
          <w:b w:val="0"/>
          <w:i w:val="0"/>
          <w:color w:val="222222"/>
          <w:sz w:val="18"/>
        </w:rPr>
        <w:t>(c) Exchange facility under this provision shall be available only for opening an office abroad such as a branch/contact/display room and for its operation/management.</w:t>
      </w:r>
    </w:p>
    <w:p>
      <w:pPr>
        <w:spacing w:after="70" w:line="259" w:lineRule="auto"/>
        <w:ind w:left="115"/>
      </w:pPr>
      <w:r>
        <w:rPr>
          <w:rFonts w:ascii="Noto Sans" w:hAnsi="Noto Sans" w:cs="Noto Sans Devanagari" w:eastAsia="Noto Sans Devanagari"/>
          <w:b w:val="0"/>
          <w:i w:val="0"/>
          <w:color w:val="222222"/>
          <w:sz w:val="18"/>
        </w:rPr>
        <w:t>(d) When exchange is requested, a detailed statement shall be attached showing the annual recurring expenses and the amount required initially for establishment. In the case of a new business, such statement shall contain projected transactions for the next 3 (three) years; in the case of an existing business, actual transactions for the preceding 3 (three) years and projected transactions for the next 3 (three) years shall be submitted.</w:t>
      </w:r>
    </w:p>
    <w:p>
      <w:pPr>
        <w:spacing w:after="70" w:line="259" w:lineRule="auto"/>
        <w:ind w:left="115"/>
      </w:pPr>
      <w:r>
        <w:rPr>
          <w:rFonts w:ascii="Noto Sans" w:hAnsi="Noto Sans" w:cs="Noto Sans Devanagari" w:eastAsia="Noto Sans Devanagari"/>
          <w:b w:val="0"/>
          <w:i w:val="0"/>
          <w:color w:val="222222"/>
          <w:sz w:val="18"/>
        </w:rPr>
        <w:t>(e) The concerned exporter may open an account in the concerned country and deposit therein amounts realised from sales in that country, and the provisions contained in circulars issued by this Bank from time to time concerning the operation of such accounts shall be complied with. Foreign currency received from such sales shall be remitted to Nepal through the banking system every 3 (three) months.</w:t>
      </w:r>
    </w:p>
    <w:p>
      <w:pPr>
        <w:spacing w:after="70" w:line="259" w:lineRule="auto"/>
        <w:ind w:left="115"/>
      </w:pPr>
      <w:r>
        <w:rPr>
          <w:rFonts w:ascii="Noto Sans" w:hAnsi="Noto Sans" w:cs="Noto Sans Devanagari" w:eastAsia="Noto Sans Devanagari"/>
          <w:b w:val="0"/>
          <w:i w:val="0"/>
          <w:color w:val="222222"/>
          <w:sz w:val="18"/>
        </w:rPr>
        <w:t>(f) Exporters opening sales and display rooms shall submit, every 6 months, to this Department and the concerned regulatory authorities an account of goods taken from Nepal after completion of the prevailing procedures and amounts realised from sale of those goods.</w:t>
      </w:r>
    </w:p>
    <w:p>
      <w:pPr>
        <w:spacing w:after="70" w:line="259" w:lineRule="auto"/>
        <w:ind w:left="115"/>
      </w:pPr>
      <w:r>
        <w:rPr>
          <w:rFonts w:ascii="Noto Sans" w:hAnsi="Noto Sans" w:cs="Noto Sans Devanagari" w:eastAsia="Noto Sans Devanagari"/>
          <w:b w:val="0"/>
          <w:i w:val="0"/>
          <w:color w:val="222222"/>
          <w:sz w:val="18"/>
        </w:rPr>
        <w:t>(g) A statement of benefits and costs arising from the contact office and sales and display room so opened shall be certified by an auditor and submitted to this Department within a maximum of 3 months after the end of each fiscal year.</w:t>
      </w:r>
    </w:p>
    <w:p>
      <w:pPr>
        <w:spacing w:after="70" w:line="259" w:lineRule="auto"/>
        <w:ind w:left="115"/>
      </w:pPr>
      <w:r>
        <w:rPr>
          <w:rFonts w:ascii="Noto Sans" w:hAnsi="Noto Sans" w:cs="Noto Sans Devanagari" w:eastAsia="Noto Sans Devanagari"/>
          <w:b w:val="0"/>
          <w:i w:val="0"/>
          <w:color w:val="222222"/>
          <w:sz w:val="18"/>
        </w:rPr>
        <w:t>(h) All work relating to entry visas of the concerned country shall be carried out by the concerned entrepreneur/businessperson himself/herself.</w:t>
      </w:r>
    </w:p>
    <w:p>
      <w:pPr>
        <w:spacing w:after="70" w:line="259" w:lineRule="auto"/>
        <w:ind w:left="115"/>
      </w:pPr>
      <w:r>
        <w:rPr>
          <w:rFonts w:ascii="Noto Sans" w:hAnsi="Noto Sans" w:cs="Noto Sans Devanagari" w:eastAsia="Noto Sans Devanagari"/>
          <w:b w:val="0"/>
          <w:i w:val="0"/>
          <w:color w:val="222222"/>
          <w:sz w:val="18"/>
        </w:rPr>
        <w:t>(i) In the case of entities already earning foreign currency, the amount requested for annual recurring expenses shall be within a maximum of 5 (five) percent of the foreign-currency earnings of the preceding fiscal year.</w:t>
      </w:r>
    </w:p>
    <w:p>
      <w:pPr>
        <w:spacing w:after="70" w:line="259" w:lineRule="auto"/>
        <w:ind w:left="115"/>
      </w:pPr>
      <w:r>
        <w:rPr>
          <w:rFonts w:ascii="Noto Sans" w:hAnsi="Noto Sans" w:cs="Noto Sans Devanagari" w:eastAsia="Noto Sans Devanagari"/>
          <w:b w:val="0"/>
          <w:i w:val="0"/>
          <w:color w:val="222222"/>
          <w:sz w:val="18"/>
        </w:rPr>
        <w:t>(j) In the case of entities that have not yet earned foreign currency, exchange facility for the first year may be provided in accordance with sub-clause (i) above on the basis of the projected transaction statement submitted by them.</w:t>
      </w:r>
    </w:p>
    <w:p>
      <w:pPr>
        <w:keepNext/>
        <w:spacing w:before="200" w:after="80"/>
        <w:pBdr>
          <w:bottom w:val="single" w:sz="12" w:space="2" w:color="17365D"/>
        </w:pBdr>
      </w:pPr>
      <w:r>
        <w:rPr>
          <w:rFonts w:ascii="Noto Sans" w:hAnsi="Noto Sans" w:cs="Noto Sans Devanagari" w:eastAsia="Noto Sans Devanagari"/>
          <w:b/>
          <w:i w:val="0"/>
          <w:color w:val="17365D"/>
          <w:sz w:val="25"/>
        </w:rPr>
        <w:t>५क. सूचना प्रविधि लगायतका सेवा निर्यात</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५क. सूचना प्रविधि लगायतका सेवा निर्यात गर्नेलाई उपलब्ध हुने विदेशी मुद्रा सुविधाः</w:t>
      </w:r>
    </w:p>
    <w:p>
      <w:pPr>
        <w:spacing w:after="62" w:line="259" w:lineRule="auto"/>
      </w:pPr>
      <w:r>
        <w:rPr>
          <w:rFonts w:ascii="Noto Sans" w:hAnsi="Noto Sans" w:cs="Noto Sans Devanagari" w:eastAsia="Noto Sans Devanagari"/>
          <w:b w:val="0"/>
          <w:i w:val="0"/>
          <w:sz w:val="20"/>
        </w:rPr>
        <w:t>सूचना प्रविधि लगायतका सेवा निर्यात गर्ने उद्योग/व्यवसायलाई विदेशमा सम्पर्क कार्यालय स्थापना गर्ने</w:t>
      </w:r>
    </w:p>
    <w:p>
      <w:pPr>
        <w:spacing w:after="62" w:line="259" w:lineRule="auto"/>
      </w:pPr>
      <w:r>
        <w:rPr>
          <w:rFonts w:ascii="Noto Sans" w:hAnsi="Noto Sans" w:cs="Noto Sans Devanagari" w:eastAsia="Noto Sans Devanagari"/>
          <w:b w:val="0"/>
          <w:i w:val="0"/>
          <w:sz w:val="20"/>
        </w:rPr>
        <w:t>प्रयोजनको लागि विदेशस्थित आफ्नै बैंक खातामा रकमान्तर गर्न वा सफ्टवेयर/प्रोग्राम/उपकरण खरिद गरी</w:t>
      </w:r>
    </w:p>
    <w:p>
      <w:pPr>
        <w:spacing w:after="62" w:line="259" w:lineRule="auto"/>
      </w:pPr>
      <w:r>
        <w:rPr>
          <w:rFonts w:ascii="Noto Sans" w:hAnsi="Noto Sans" w:cs="Noto Sans Devanagari" w:eastAsia="Noto Sans Devanagari"/>
          <w:b w:val="0"/>
          <w:i w:val="0"/>
          <w:sz w:val="20"/>
        </w:rPr>
        <w:t>विदेशमै जडान गर्न उद्योग/व्यवसायले अघिल्लो आर्थिक वर्ष आर्जन गरेको विदेशी मुद्राको १० प्रतिशतसम्मको</w:t>
      </w:r>
    </w:p>
    <w:p>
      <w:pPr>
        <w:spacing w:after="62" w:line="259" w:lineRule="auto"/>
      </w:pPr>
      <w:r>
        <w:rPr>
          <w:rFonts w:ascii="Noto Sans" w:hAnsi="Noto Sans" w:cs="Noto Sans Devanagari" w:eastAsia="Noto Sans Devanagari"/>
          <w:b w:val="0"/>
          <w:i w:val="0"/>
          <w:sz w:val="20"/>
        </w:rPr>
        <w:t>सीमामा रही देहायका शर्तहरुको आधारमा वाणिज्य बैंकमार्फत्् विदेशी मुद्राको सुविधा प्राप्त गर्न सकिनेछ ः</w:t>
      </w:r>
    </w:p>
    <w:p>
      <w:pPr>
        <w:spacing w:after="62" w:line="259" w:lineRule="auto"/>
      </w:pPr>
      <w:r>
        <w:rPr>
          <w:rFonts w:ascii="Noto Sans" w:hAnsi="Noto Sans" w:cs="Noto Sans Devanagari" w:eastAsia="Noto Sans Devanagari"/>
          <w:b w:val="0"/>
          <w:i w:val="0"/>
          <w:sz w:val="20"/>
        </w:rPr>
        <w:t>(१) अघिल्लो आर्थिक वर्ष सूचना प्रविधि लगायत सेवा निर्यात गरी आर्जन गरेको विदेशी मुद्रा खुल्ने</w:t>
      </w:r>
    </w:p>
    <w:p>
      <w:pPr>
        <w:spacing w:after="62" w:line="259" w:lineRule="auto"/>
      </w:pPr>
      <w:r>
        <w:rPr>
          <w:rFonts w:ascii="Noto Sans" w:hAnsi="Noto Sans" w:cs="Noto Sans Devanagari" w:eastAsia="Noto Sans Devanagari"/>
          <w:b w:val="0"/>
          <w:i w:val="0"/>
          <w:sz w:val="20"/>
        </w:rPr>
        <w:t>लेखापरीक्षण गरिएको वित्तीय विवरण र परिवर्त्य विदेशी मुद्राको बैंक खाताको विवरण । भारतमा</w:t>
      </w:r>
    </w:p>
    <w:p>
      <w:pPr>
        <w:spacing w:after="62" w:line="259" w:lineRule="auto"/>
      </w:pPr>
      <w:r>
        <w:rPr>
          <w:rFonts w:ascii="Noto Sans" w:hAnsi="Noto Sans" w:cs="Noto Sans Devanagari" w:eastAsia="Noto Sans Devanagari"/>
          <w:b w:val="0"/>
          <w:i w:val="0"/>
          <w:sz w:val="20"/>
        </w:rPr>
        <w:t>निर्यात गरी विदेशी मुद्रा आर्जन गर्ने निर्यातकर्ताको हकमा ने.रु. खाताको विवरण र सम्बन्धित बैंकले</w:t>
      </w:r>
    </w:p>
    <w:p>
      <w:pPr>
        <w:spacing w:after="62" w:line="259" w:lineRule="auto"/>
      </w:pPr>
      <w:r>
        <w:rPr>
          <w:rFonts w:ascii="Noto Sans" w:hAnsi="Noto Sans" w:cs="Noto Sans Devanagari" w:eastAsia="Noto Sans Devanagari"/>
          <w:b w:val="0"/>
          <w:i w:val="0"/>
          <w:sz w:val="20"/>
        </w:rPr>
        <w:t>जारी गरेको भा.रु. आर्जन सम्बन्धी प्रमाण ।</w:t>
      </w:r>
    </w:p>
    <w:p>
      <w:pPr>
        <w:spacing w:after="62" w:line="259" w:lineRule="auto"/>
      </w:pPr>
      <w:r>
        <w:rPr>
          <w:rFonts w:ascii="Noto Sans" w:hAnsi="Noto Sans" w:cs="Noto Sans Devanagari" w:eastAsia="Noto Sans Devanagari"/>
          <w:b w:val="0"/>
          <w:i w:val="0"/>
          <w:sz w:val="20"/>
        </w:rPr>
        <w:t>(२) विदेशी मुद्राको सुविधा माग गरिएको रकम समेत खुल्ने नेपाल सरकारको सम्बन्धित निकायको</w:t>
      </w:r>
    </w:p>
    <w:p>
      <w:pPr>
        <w:spacing w:after="62" w:line="259" w:lineRule="auto"/>
      </w:pPr>
      <w:r>
        <w:rPr>
          <w:rFonts w:ascii="Noto Sans" w:hAnsi="Noto Sans" w:cs="Noto Sans Devanagari" w:eastAsia="Noto Sans Devanagari"/>
          <w:b w:val="0"/>
          <w:i w:val="0"/>
          <w:sz w:val="20"/>
        </w:rPr>
        <w:t>सिफारिस ।</w:t>
      </w:r>
    </w:p>
    <w:p>
      <w:pPr>
        <w:spacing w:after="62" w:line="259" w:lineRule="auto"/>
      </w:pPr>
      <w:r>
        <w:rPr>
          <w:rFonts w:ascii="Noto Sans" w:hAnsi="Noto Sans" w:cs="Noto Sans Devanagari" w:eastAsia="Noto Sans Devanagari"/>
          <w:b w:val="0"/>
          <w:i w:val="0"/>
          <w:sz w:val="20"/>
        </w:rPr>
        <w:t>(३) यस व्यवस्था अन्तर्गत विदेशमा खाता खोल्न यस बैंकको छुट्टै स्वीकृति आवश्यक पर्ने छैन ।</w:t>
      </w:r>
    </w:p>
    <w:p>
      <w:pPr>
        <w:spacing w:after="62" w:line="259" w:lineRule="auto"/>
      </w:pPr>
      <w:r>
        <w:rPr>
          <w:rFonts w:ascii="Noto Sans" w:hAnsi="Noto Sans" w:cs="Noto Sans Devanagari" w:eastAsia="Noto Sans Devanagari"/>
          <w:b w:val="0"/>
          <w:i w:val="0"/>
          <w:sz w:val="20"/>
        </w:rPr>
        <w:t>(४) प्रचलित कानुनी व्यवस्थाहरु पालना हुने सम्बन्धमा निवेदकबाट स्वःघोषणा ।</w:t>
      </w:r>
    </w:p>
    <w:p>
      <w:pPr>
        <w:spacing w:after="62" w:line="259" w:lineRule="auto"/>
      </w:pPr>
      <w:r>
        <w:rPr>
          <w:rFonts w:ascii="Noto Sans" w:hAnsi="Noto Sans" w:cs="Noto Sans Devanagari" w:eastAsia="Noto Sans Devanagari"/>
          <w:b w:val="0"/>
          <w:i w:val="0"/>
          <w:sz w:val="20"/>
        </w:rPr>
        <w:t>(५) यस दफामा अन्यन्त्र जुनसुकै कुरा लेखिएका भएतापनि यस दफा अन्तर्गतको विदेशी मुद्राको सीमा</w:t>
      </w:r>
    </w:p>
    <w:p>
      <w:pPr>
        <w:spacing w:after="62" w:line="259" w:lineRule="auto"/>
      </w:pPr>
      <w:r>
        <w:rPr>
          <w:rFonts w:ascii="Noto Sans" w:hAnsi="Noto Sans" w:cs="Noto Sans Devanagari" w:eastAsia="Noto Sans Devanagari"/>
          <w:b w:val="0"/>
          <w:i w:val="0"/>
          <w:sz w:val="20"/>
        </w:rPr>
        <w:t>अघिल्लो आर्थिक वर्षको कर चुक्ता प्रमाणपत्रमा उल्लिखित कर योग्य आयको २० प्रतिशत भन्दा</w:t>
      </w:r>
    </w:p>
    <w:p>
      <w:pPr>
        <w:spacing w:after="62" w:line="259" w:lineRule="auto"/>
      </w:pPr>
      <w:r>
        <w:rPr>
          <w:rFonts w:ascii="Noto Sans" w:hAnsi="Noto Sans" w:cs="Noto Sans Devanagari" w:eastAsia="Noto Sans Devanagari"/>
          <w:b w:val="0"/>
          <w:i w:val="0"/>
          <w:sz w:val="20"/>
        </w:rPr>
        <w:t>बढी हुने छैन ।</w:t>
      </w:r>
    </w:p>
    <w:p>
      <w:pPr>
        <w:spacing w:after="62" w:line="259" w:lineRule="auto"/>
      </w:pPr>
      <w:r>
        <w:rPr>
          <w:rFonts w:ascii="Noto Sans" w:hAnsi="Noto Sans" w:cs="Noto Sans Devanagari" w:eastAsia="Noto Sans Devanagari"/>
          <w:b w:val="0"/>
          <w:i w:val="0"/>
          <w:sz w:val="20"/>
        </w:rPr>
        <w:t>(६) यस्तो सुविधाको विवरण संलग्न ढाँचामा बैंक तथा वित्तीय संस्थाले महिना समाप्त भएको ७ दिनभित्र</w:t>
      </w:r>
    </w:p>
    <w:p>
      <w:pPr>
        <w:spacing w:after="62" w:line="259" w:lineRule="auto"/>
      </w:pPr>
      <w:r>
        <w:rPr>
          <w:rFonts w:ascii="Noto Sans" w:hAnsi="Noto Sans" w:cs="Noto Sans Devanagari" w:eastAsia="Noto Sans Devanagari"/>
          <w:b w:val="0"/>
          <w:i w:val="0"/>
          <w:sz w:val="20"/>
        </w:rPr>
        <w:t>यस विभागमा पेश गर्नु पर्नेछ ।</w:t>
      </w:r>
    </w:p>
    <w:p>
      <w:pPr>
        <w:spacing w:after="62" w:line="259" w:lineRule="auto"/>
      </w:pPr>
      <w:r>
        <w:rPr>
          <w:rFonts w:ascii="Noto Sans" w:hAnsi="Noto Sans" w:cs="Noto Sans Devanagari" w:eastAsia="Noto Sans Devanagari"/>
          <w:b w:val="0"/>
          <w:i w:val="0"/>
          <w:sz w:val="20"/>
        </w:rPr>
        <w:t>(७) यस्तो सुविधा प्राप्त गर्ने उद्योग/व्यवसायले महिना समाप्त भएको ७ दिनभित्र अनुसूची ७.८</w:t>
      </w:r>
    </w:p>
    <w:p>
      <w:pPr>
        <w:spacing w:after="62" w:line="259" w:lineRule="auto"/>
      </w:pPr>
      <w:r>
        <w:rPr>
          <w:rFonts w:ascii="Noto Sans" w:hAnsi="Noto Sans" w:cs="Noto Sans Devanagari" w:eastAsia="Noto Sans Devanagari"/>
          <w:b w:val="0"/>
          <w:i w:val="0"/>
          <w:sz w:val="20"/>
        </w:rPr>
        <w:t>बमोजिमको ढाँचामा यस विभागमा विवरण पेश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5A. Foreign Currency Facility for Exporters of Information Technology and Other Services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5A. Foreign Currency Facility Available to Exporters of Information Technology and Other Services</w:t>
      </w:r>
    </w:p>
    <w:p>
      <w:pPr>
        <w:spacing w:after="70" w:line="259" w:lineRule="auto"/>
      </w:pPr>
      <w:r>
        <w:rPr>
          <w:rFonts w:ascii="Noto Sans" w:hAnsi="Noto Sans" w:cs="Noto Sans Devanagari" w:eastAsia="Noto Sans Devanagari"/>
          <w:b w:val="0"/>
          <w:i w:val="0"/>
          <w:color w:val="222222"/>
          <w:sz w:val="18"/>
        </w:rPr>
        <w:t>An industry/business exporting information technology and other services may, for the purpose of establishing a contact office abroad, transfer funds to its own bank account abroad or purchase and install software/programs/equipment abroad, and may obtain foreign currency facility through a commercial bank up to 10 percent of the foreign currency earned by the industry/business in the preceding fiscal year, on the basis of the following conditions:</w:t>
      </w:r>
    </w:p>
    <w:p>
      <w:pPr>
        <w:spacing w:after="70" w:line="259" w:lineRule="auto"/>
      </w:pPr>
      <w:r>
        <w:rPr>
          <w:rFonts w:ascii="Noto Sans" w:hAnsi="Noto Sans" w:cs="Noto Sans Devanagari" w:eastAsia="Noto Sans Devanagari"/>
          <w:b w:val="0"/>
          <w:i w:val="0"/>
          <w:color w:val="222222"/>
          <w:sz w:val="18"/>
        </w:rPr>
        <w:t>(1) Audited financial statements showing foreign currency earned in the preceding fiscal year from export of information technology and other services, and details of the convertible foreign currency bank account. In the case of an exporter earning foreign currency through exports to India, details of the NPR account and a certificate issued by the concerned bank relating to INR earnings.</w:t>
      </w:r>
    </w:p>
    <w:p>
      <w:pPr>
        <w:spacing w:after="70" w:line="259" w:lineRule="auto"/>
      </w:pPr>
      <w:r>
        <w:rPr>
          <w:rFonts w:ascii="Noto Sans" w:hAnsi="Noto Sans" w:cs="Noto Sans Devanagari" w:eastAsia="Noto Sans Devanagari"/>
          <w:b w:val="0"/>
          <w:i w:val="0"/>
          <w:color w:val="222222"/>
          <w:sz w:val="18"/>
        </w:rPr>
        <w:t>(2) Recommendation of the concerned Government of Nepal authority specifying, among other things, the amount for which foreign currency facility has been requested.</w:t>
      </w:r>
    </w:p>
    <w:p>
      <w:pPr>
        <w:spacing w:after="70" w:line="259" w:lineRule="auto"/>
      </w:pPr>
      <w:r>
        <w:rPr>
          <w:rFonts w:ascii="Noto Sans" w:hAnsi="Noto Sans" w:cs="Noto Sans Devanagari" w:eastAsia="Noto Sans Devanagari"/>
          <w:b w:val="0"/>
          <w:i w:val="0"/>
          <w:color w:val="222222"/>
          <w:sz w:val="18"/>
        </w:rPr>
        <w:t>(3) Separate approval of this Bank shall not be required to open an account abroad under this provision.</w:t>
      </w:r>
    </w:p>
    <w:p>
      <w:pPr>
        <w:spacing w:after="70" w:line="259" w:lineRule="auto"/>
      </w:pPr>
      <w:r>
        <w:rPr>
          <w:rFonts w:ascii="Noto Sans" w:hAnsi="Noto Sans" w:cs="Noto Sans Devanagari" w:eastAsia="Noto Sans Devanagari"/>
          <w:b w:val="0"/>
          <w:i w:val="0"/>
          <w:color w:val="222222"/>
          <w:sz w:val="18"/>
        </w:rPr>
        <w:t>(4) A self-declaration by the applicant regarding compliance with the prevailing legal provisions.</w:t>
      </w:r>
    </w:p>
    <w:p>
      <w:pPr>
        <w:spacing w:after="70" w:line="259" w:lineRule="auto"/>
      </w:pPr>
      <w:r>
        <w:rPr>
          <w:rFonts w:ascii="Noto Sans" w:hAnsi="Noto Sans" w:cs="Noto Sans Devanagari" w:eastAsia="Noto Sans Devanagari"/>
          <w:b w:val="0"/>
          <w:i w:val="0"/>
          <w:color w:val="222222"/>
          <w:sz w:val="18"/>
        </w:rPr>
        <w:t>(5) Notwithstanding anything stated elsewhere in this Clause, the foreign-currency limit under this Clause shall not exceed 20 percent of the taxable income stated in the tax-clearance certificate of the preceding fiscal year.</w:t>
      </w:r>
    </w:p>
    <w:p>
      <w:pPr>
        <w:spacing w:after="70" w:line="259" w:lineRule="auto"/>
      </w:pPr>
      <w:r>
        <w:rPr>
          <w:rFonts w:ascii="Noto Sans" w:hAnsi="Noto Sans" w:cs="Noto Sans Devanagari" w:eastAsia="Noto Sans Devanagari"/>
          <w:b w:val="0"/>
          <w:i w:val="0"/>
          <w:color w:val="222222"/>
          <w:sz w:val="18"/>
        </w:rPr>
        <w:t>(6) The bank or financial institution shall submit details of such facility to this Department in the attached format within 7 days after the end of the month.</w:t>
      </w:r>
    </w:p>
    <w:p>
      <w:pPr>
        <w:spacing w:after="70" w:line="259" w:lineRule="auto"/>
      </w:pPr>
      <w:r>
        <w:rPr>
          <w:rFonts w:ascii="Noto Sans" w:hAnsi="Noto Sans" w:cs="Noto Sans Devanagari" w:eastAsia="Noto Sans Devanagari"/>
          <w:b w:val="0"/>
          <w:i w:val="0"/>
          <w:color w:val="222222"/>
          <w:sz w:val="18"/>
        </w:rPr>
        <w:t>(7) The industry/business obtaining such facility shall submit details to this Department in the format prescribed in Schedule 7.8 within 7 days after the end of the month.</w:t>
      </w:r>
    </w:p>
    <w:p>
      <w:pPr>
        <w:keepNext/>
        <w:spacing w:before="200" w:after="80"/>
        <w:pBdr>
          <w:bottom w:val="single" w:sz="12" w:space="2" w:color="17365D"/>
        </w:pBdr>
      </w:pPr>
      <w:r>
        <w:rPr>
          <w:rFonts w:ascii="Noto Sans" w:hAnsi="Noto Sans" w:cs="Noto Sans Devanagari" w:eastAsia="Noto Sans Devanagari"/>
          <w:b/>
          <w:i w:val="0"/>
          <w:color w:val="17365D"/>
          <w:sz w:val="25"/>
        </w:rPr>
        <w:t>६. वैदेशिक रोजगार व्यवसायीहरूलाई</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६. वैदेशिक रोजगार व्यवसायीहरूलाई सटही सुविधा प्रदान गर्ने सम्बन्धी व्यवस्थाः</w:t>
      </w:r>
    </w:p>
    <w:p>
      <w:pPr>
        <w:spacing w:after="62" w:line="259" w:lineRule="auto"/>
      </w:pPr>
      <w:r>
        <w:rPr>
          <w:rFonts w:ascii="Noto Sans" w:hAnsi="Noto Sans" w:cs="Noto Sans Devanagari" w:eastAsia="Noto Sans Devanagari"/>
          <w:b w:val="0"/>
          <w:i w:val="0"/>
          <w:sz w:val="20"/>
        </w:rPr>
        <w:t>विधिवत दर्ता भई कार्य गर्न नेपाल सरकारको सम्बन्धित निकायबाट इजाजतपत्रप्राप्त गरेका वैदेशिक रोजगार</w:t>
      </w:r>
    </w:p>
    <w:p>
      <w:pPr>
        <w:spacing w:after="62" w:line="259" w:lineRule="auto"/>
      </w:pPr>
      <w:r>
        <w:rPr>
          <w:rFonts w:ascii="Noto Sans" w:hAnsi="Noto Sans" w:cs="Noto Sans Devanagari" w:eastAsia="Noto Sans Devanagari"/>
          <w:b w:val="0"/>
          <w:i w:val="0"/>
          <w:sz w:val="20"/>
        </w:rPr>
        <w:t>व्यवसायीहरूलाई भिसा शुल्क, कमिसन आदि भुक्तानी गर्नर् ेप्रयोजनको लागि आवश्यक पर्ने विदेशी मुद्राको</w:t>
      </w:r>
    </w:p>
    <w:p>
      <w:pPr>
        <w:spacing w:after="62" w:line="259" w:lineRule="auto"/>
      </w:pPr>
      <w:r>
        <w:rPr>
          <w:rFonts w:ascii="Noto Sans" w:hAnsi="Noto Sans" w:cs="Noto Sans Devanagari" w:eastAsia="Noto Sans Devanagari"/>
          <w:b w:val="0"/>
          <w:i w:val="0"/>
          <w:sz w:val="20"/>
        </w:rPr>
        <w:t>सटही सुविधा उपलव्ध गराउने सम्बन्धमा देहाय बमोजिमको व्यवस्था गरिएको छ ।</w:t>
      </w:r>
    </w:p>
    <w:p>
      <w:pPr>
        <w:spacing w:after="62" w:line="259" w:lineRule="auto"/>
        <w:ind w:left="115"/>
      </w:pPr>
      <w:r>
        <w:rPr>
          <w:rFonts w:ascii="Noto Sans" w:hAnsi="Noto Sans" w:cs="Noto Sans Devanagari" w:eastAsia="Noto Sans Devanagari"/>
          <w:b w:val="0"/>
          <w:i w:val="0"/>
          <w:sz w:val="20"/>
        </w:rPr>
        <w:t>(क) बैदेशिक रोजगार व्यवसायीहरूले वैदेशिक रोजगारीमा जाने नेपाली नागरिकको भिसा आफै मिलाई</w:t>
      </w:r>
    </w:p>
    <w:p>
      <w:pPr>
        <w:spacing w:after="62" w:line="259" w:lineRule="auto"/>
      </w:pPr>
      <w:r>
        <w:rPr>
          <w:rFonts w:ascii="Noto Sans" w:hAnsi="Noto Sans" w:cs="Noto Sans Devanagari" w:eastAsia="Noto Sans Devanagari"/>
          <w:b w:val="0"/>
          <w:i w:val="0"/>
          <w:sz w:val="20"/>
        </w:rPr>
        <w:t>दिने प्रयोजनको लागि आवश्यक पर्ने विदेशी मुद्राको लागि देहायको प्रकृया पूरा गरी सटही सुविधा</w:t>
      </w:r>
    </w:p>
    <w:p>
      <w:pPr>
        <w:spacing w:after="62" w:line="259" w:lineRule="auto"/>
      </w:pPr>
      <w:r>
        <w:rPr>
          <w:rFonts w:ascii="Noto Sans" w:hAnsi="Noto Sans" w:cs="Noto Sans Devanagari" w:eastAsia="Noto Sans Devanagari"/>
          <w:b w:val="0"/>
          <w:i w:val="0"/>
          <w:sz w:val="20"/>
        </w:rPr>
        <w:t>प्रदान गर्न सकिनेछ ः</w:t>
      </w:r>
    </w:p>
    <w:p>
      <w:pPr>
        <w:spacing w:after="62" w:line="259" w:lineRule="auto"/>
      </w:pPr>
      <w:r>
        <w:rPr>
          <w:rFonts w:ascii="Noto Sans" w:hAnsi="Noto Sans" w:cs="Noto Sans Devanagari" w:eastAsia="Noto Sans Devanagari"/>
          <w:b w:val="0"/>
          <w:i w:val="0"/>
          <w:sz w:val="20"/>
        </w:rPr>
        <w:t>(१) विदेशस्थित रोजगारदाता निकायमा रोजगारीमा पठाउन नेपाल सरकारको सम्बन्धित</w:t>
      </w:r>
    </w:p>
    <w:p>
      <w:pPr>
        <w:spacing w:after="62" w:line="259" w:lineRule="auto"/>
      </w:pPr>
      <w:r>
        <w:rPr>
          <w:rFonts w:ascii="Noto Sans" w:hAnsi="Noto Sans" w:cs="Noto Sans Devanagari" w:eastAsia="Noto Sans Devanagari"/>
          <w:b w:val="0"/>
          <w:i w:val="0"/>
          <w:sz w:val="20"/>
        </w:rPr>
        <w:t>निकायबाट स्वीकृति भएको आधिकारिक कागजातको प्रतिलिपि पेश गर्नु पर्नेछ ।</w:t>
      </w:r>
    </w:p>
    <w:p>
      <w:pPr>
        <w:spacing w:after="62" w:line="259" w:lineRule="auto"/>
      </w:pPr>
      <w:r>
        <w:rPr>
          <w:rFonts w:ascii="Noto Sans" w:hAnsi="Noto Sans" w:cs="Noto Sans Devanagari" w:eastAsia="Noto Sans Devanagari"/>
          <w:b w:val="0"/>
          <w:i w:val="0"/>
          <w:sz w:val="20"/>
        </w:rPr>
        <w:t>(२) वैदेशिक रोजगारमा जान नेपाल सरकारको सम्बन्धित निकायबाट स्वीकृति प्राप्त गरेका नेपाली</w:t>
      </w:r>
    </w:p>
    <w:p>
      <w:pPr>
        <w:spacing w:after="62" w:line="259" w:lineRule="auto"/>
      </w:pPr>
      <w:r>
        <w:rPr>
          <w:rFonts w:ascii="Noto Sans" w:hAnsi="Noto Sans" w:cs="Noto Sans Devanagari" w:eastAsia="Noto Sans Devanagari"/>
          <w:b w:val="0"/>
          <w:i w:val="0"/>
          <w:sz w:val="20"/>
        </w:rPr>
        <w:t>नागरिकको वैध राहदानीको प्रतिलिपि पेश गर्नु पर्नेछ ।</w:t>
      </w:r>
    </w:p>
    <w:p>
      <w:pPr>
        <w:spacing w:after="62" w:line="259" w:lineRule="auto"/>
      </w:pPr>
      <w:r>
        <w:rPr>
          <w:rFonts w:ascii="Noto Sans" w:hAnsi="Noto Sans" w:cs="Noto Sans Devanagari" w:eastAsia="Noto Sans Devanagari"/>
          <w:b w:val="0"/>
          <w:i w:val="0"/>
          <w:sz w:val="20"/>
        </w:rPr>
        <w:t>(३) विदेशस्थित रोजगारदाताबाट रोजगारी दिने सम्बन्धमा प्राप्त आधिकारिक कागजातको प्रतिलिपि</w:t>
      </w:r>
    </w:p>
    <w:p>
      <w:pPr>
        <w:spacing w:after="62" w:line="259" w:lineRule="auto"/>
      </w:pPr>
      <w:r>
        <w:rPr>
          <w:rFonts w:ascii="Noto Sans" w:hAnsi="Noto Sans" w:cs="Noto Sans Devanagari" w:eastAsia="Noto Sans Devanagari"/>
          <w:b w:val="0"/>
          <w:i w:val="0"/>
          <w:sz w:val="20"/>
        </w:rPr>
        <w:t>पेश गर्नु पर्नेछ ।</w:t>
      </w:r>
    </w:p>
    <w:p>
      <w:pPr>
        <w:spacing w:after="62" w:line="259" w:lineRule="auto"/>
      </w:pPr>
      <w:r>
        <w:rPr>
          <w:rFonts w:ascii="Noto Sans" w:hAnsi="Noto Sans" w:cs="Noto Sans Devanagari" w:eastAsia="Noto Sans Devanagari"/>
          <w:b w:val="0"/>
          <w:i w:val="0"/>
          <w:sz w:val="20"/>
        </w:rPr>
        <w:t>(४) यस व्यवस्था बमोजिम सटही सुविधा उपलव्ध गराउने विदेशी मुद्रा भिसा दस्तुर तिर्ने प्रयोजनको</w:t>
      </w:r>
    </w:p>
    <w:p>
      <w:pPr>
        <w:spacing w:after="62" w:line="259" w:lineRule="auto"/>
      </w:pPr>
      <w:r>
        <w:rPr>
          <w:rFonts w:ascii="Noto Sans" w:hAnsi="Noto Sans" w:cs="Noto Sans Devanagari" w:eastAsia="Noto Sans Devanagari"/>
          <w:b w:val="0"/>
          <w:i w:val="0"/>
          <w:sz w:val="20"/>
        </w:rPr>
        <w:t>लागि मात्र उपयोग हुने सुनिश्चित गर्नु पर्नेछ ।</w:t>
      </w:r>
    </w:p>
    <w:p>
      <w:pPr>
        <w:spacing w:after="62" w:line="259" w:lineRule="auto"/>
      </w:pPr>
      <w:r>
        <w:rPr>
          <w:rFonts w:ascii="Noto Sans" w:hAnsi="Noto Sans" w:cs="Noto Sans Devanagari" w:eastAsia="Noto Sans Devanagari"/>
          <w:b w:val="0"/>
          <w:i w:val="0"/>
          <w:sz w:val="20"/>
        </w:rPr>
        <w:t>(५) भिसा दस्तुर रकम सम्बन्धित मुलुकको भिसा प्रदान गर्ने आधिकारिक निकायको नाममा मात्र</w:t>
      </w:r>
    </w:p>
    <w:p>
      <w:pPr>
        <w:spacing w:after="62" w:line="259" w:lineRule="auto"/>
      </w:pPr>
      <w:r>
        <w:rPr>
          <w:rFonts w:ascii="Noto Sans" w:hAnsi="Noto Sans" w:cs="Noto Sans Devanagari" w:eastAsia="Noto Sans Devanagari"/>
          <w:b w:val="0"/>
          <w:i w:val="0"/>
          <w:sz w:val="20"/>
        </w:rPr>
        <w:t>उपलव्ध गराउनु पर्नेछ ।</w:t>
      </w:r>
    </w:p>
    <w:p>
      <w:pPr>
        <w:spacing w:after="62" w:line="259" w:lineRule="auto"/>
      </w:pPr>
      <w:r>
        <w:rPr>
          <w:rFonts w:ascii="Noto Sans" w:hAnsi="Noto Sans" w:cs="Noto Sans Devanagari" w:eastAsia="Noto Sans Devanagari"/>
          <w:b w:val="0"/>
          <w:i w:val="0"/>
          <w:sz w:val="20"/>
        </w:rPr>
        <w:t>(६) यस्तो रकम सम्बन्धित मुलुकले व्यवस्था गरेको वेवसाइट प्रयोग गरी इण्टरनेट मार्फत</w:t>
      </w:r>
    </w:p>
    <w:p>
      <w:pPr>
        <w:spacing w:after="62" w:line="259" w:lineRule="auto"/>
      </w:pPr>
      <w:r>
        <w:rPr>
          <w:rFonts w:ascii="Noto Sans" w:hAnsi="Noto Sans" w:cs="Noto Sans Devanagari" w:eastAsia="Noto Sans Devanagari"/>
          <w:b w:val="0"/>
          <w:i w:val="0"/>
          <w:sz w:val="20"/>
        </w:rPr>
        <w:t>इलेक्ट्रोनिक पेमेण्ट कार्ड प्रयोग गरेर समेत भुक्तानी गर्न सकिनेछ । यसरी गरिएको प्रत्येक</w:t>
      </w:r>
    </w:p>
    <w:p>
      <w:pPr>
        <w:spacing w:after="62" w:line="259" w:lineRule="auto"/>
      </w:pPr>
      <w:r>
        <w:rPr>
          <w:rFonts w:ascii="Noto Sans" w:hAnsi="Noto Sans" w:cs="Noto Sans Devanagari" w:eastAsia="Noto Sans Devanagari"/>
          <w:b w:val="0"/>
          <w:i w:val="0"/>
          <w:sz w:val="20"/>
        </w:rPr>
        <w:t>भुक्तानीको Receipt सो वेवसाइटबाट प्रिण्ट गरी अभिलेखको लागि सुरक्षित राख्नु पर्नेछ ।</w:t>
      </w:r>
    </w:p>
    <w:p>
      <w:pPr>
        <w:spacing w:after="62" w:line="259" w:lineRule="auto"/>
      </w:pPr>
      <w:r>
        <w:rPr>
          <w:rFonts w:ascii="Noto Sans" w:hAnsi="Noto Sans" w:cs="Noto Sans Devanagari" w:eastAsia="Noto Sans Devanagari"/>
          <w:b w:val="0"/>
          <w:i w:val="0"/>
          <w:sz w:val="20"/>
        </w:rPr>
        <w:t>(७) वेवसाइट मार्फत गरिने भुक्तानी वैदेशिक रोजगार व्यवसायी आफैले इन्टरनेट मार्फत गर्न</w:t>
      </w:r>
    </w:p>
    <w:p>
      <w:pPr>
        <w:spacing w:after="62" w:line="259" w:lineRule="auto"/>
      </w:pPr>
      <w:r>
        <w:rPr>
          <w:rFonts w:ascii="Noto Sans" w:hAnsi="Noto Sans" w:cs="Noto Sans Devanagari" w:eastAsia="Noto Sans Devanagari"/>
          <w:b w:val="0"/>
          <w:i w:val="0"/>
          <w:sz w:val="20"/>
        </w:rPr>
        <w:t>चाहेमा माथि खण्ड (१),(२) र (३) मा उल्लेख गरिएका कागजात र खण्ड (४),(५) र (६) मा</w:t>
      </w:r>
    </w:p>
    <w:p>
      <w:pPr>
        <w:spacing w:after="62" w:line="259" w:lineRule="auto"/>
      </w:pPr>
      <w:r>
        <w:rPr>
          <w:rFonts w:ascii="Noto Sans" w:hAnsi="Noto Sans" w:cs="Noto Sans Devanagari" w:eastAsia="Noto Sans Devanagari"/>
          <w:b w:val="0"/>
          <w:i w:val="0"/>
          <w:sz w:val="20"/>
        </w:rPr>
        <w:t>गरिएको व्यवस्था पालना हुनु पर्ने शर्तमा प्रति कामदार लाग्ने भिसा शुल्कको दरले हुने कुल</w:t>
      </w:r>
    </w:p>
    <w:p>
      <w:pPr>
        <w:spacing w:after="62" w:line="259" w:lineRule="auto"/>
      </w:pPr>
      <w:r>
        <w:rPr>
          <w:rFonts w:ascii="Noto Sans" w:hAnsi="Noto Sans" w:cs="Noto Sans Devanagari" w:eastAsia="Noto Sans Devanagari"/>
          <w:b w:val="0"/>
          <w:i w:val="0"/>
          <w:sz w:val="20"/>
        </w:rPr>
        <w:t>विदेशी मुद्राको सटही प्रदान गरी सोही सटही रकमको सीमा भित्र रही यस बैंकबाट जारी</w:t>
      </w:r>
    </w:p>
    <w:p>
      <w:pPr>
        <w:spacing w:after="62" w:line="259" w:lineRule="auto"/>
      </w:pPr>
      <w:r>
        <w:rPr>
          <w:rFonts w:ascii="Noto Sans" w:hAnsi="Noto Sans" w:cs="Noto Sans Devanagari" w:eastAsia="Noto Sans Devanagari"/>
          <w:b w:val="0"/>
          <w:i w:val="0"/>
          <w:sz w:val="20"/>
        </w:rPr>
        <w:t>एकीकृत परिपत्रको इ.प्रा.परिपत्र संख्याः १४ मा भएको व्यवस्था र आफ्नो आन्तरिक व्यवस्था</w:t>
      </w:r>
    </w:p>
    <w:p>
      <w:pPr>
        <w:spacing w:after="62" w:line="259" w:lineRule="auto"/>
      </w:pPr>
      <w:r>
        <w:rPr>
          <w:rFonts w:ascii="Noto Sans" w:hAnsi="Noto Sans" w:cs="Noto Sans Devanagari" w:eastAsia="Noto Sans Devanagari"/>
          <w:b w:val="0"/>
          <w:i w:val="0"/>
          <w:sz w:val="20"/>
        </w:rPr>
        <w:t>बमोजिम सम्बन्धित रोजगार व्यवसायीको संस्थागत नाममा विदेशी मुद्राको</w:t>
      </w:r>
    </w:p>
    <w:p>
      <w:pPr>
        <w:spacing w:after="62" w:line="259" w:lineRule="auto"/>
      </w:pPr>
      <w:r>
        <w:rPr>
          <w:rFonts w:ascii="Noto Sans" w:hAnsi="Noto Sans" w:cs="Noto Sans Devanagari" w:eastAsia="Noto Sans Devanagari"/>
          <w:b w:val="0"/>
          <w:i w:val="0"/>
          <w:sz w:val="20"/>
        </w:rPr>
        <w:t>क्रेडिट/डेविट/प्रिपेड कार्ड जारी गर्न सकिनेछ ।</w:t>
      </w:r>
    </w:p>
    <w:p>
      <w:pPr>
        <w:spacing w:after="62" w:line="259" w:lineRule="auto"/>
        <w:ind w:left="115"/>
      </w:pPr>
      <w:r>
        <w:rPr>
          <w:rFonts w:ascii="Noto Sans" w:hAnsi="Noto Sans" w:cs="Noto Sans Devanagari" w:eastAsia="Noto Sans Devanagari"/>
          <w:b w:val="0"/>
          <w:i w:val="0"/>
          <w:sz w:val="20"/>
        </w:rPr>
        <w:t>(ख) वैदेशिक रोजगार व्यवसायीले नेपाली नागरिकलाई विदेशमा रोजगारको अवसर दिलाए बापत विदेशी</w:t>
      </w:r>
    </w:p>
    <w:p>
      <w:pPr>
        <w:spacing w:after="62" w:line="259" w:lineRule="auto"/>
      </w:pPr>
      <w:r>
        <w:rPr>
          <w:rFonts w:ascii="Noto Sans" w:hAnsi="Noto Sans" w:cs="Noto Sans Devanagari" w:eastAsia="Noto Sans Devanagari"/>
          <w:b w:val="0"/>
          <w:i w:val="0"/>
          <w:sz w:val="20"/>
        </w:rPr>
        <w:t>पक्षलाई कुनै कमिसन, शुल्क आदि तिर्नु पर्ने भएमा सो प्रयोजनको लागि आवश्यक पर्ने विदेशी मुद्राको</w:t>
      </w:r>
    </w:p>
    <w:p>
      <w:pPr>
        <w:spacing w:after="62" w:line="259" w:lineRule="auto"/>
      </w:pPr>
      <w:r>
        <w:rPr>
          <w:rFonts w:ascii="Noto Sans" w:hAnsi="Noto Sans" w:cs="Noto Sans Devanagari" w:eastAsia="Noto Sans Devanagari"/>
          <w:b w:val="0"/>
          <w:i w:val="0"/>
          <w:sz w:val="20"/>
        </w:rPr>
        <w:t>सटही सुविधा देहायका प्रकृया पूरा गरी प्रदान गर्न सकिनेछ ः–</w:t>
      </w:r>
    </w:p>
    <w:p>
      <w:pPr>
        <w:spacing w:after="62" w:line="259" w:lineRule="auto"/>
      </w:pPr>
      <w:r>
        <w:rPr>
          <w:rFonts w:ascii="Noto Sans" w:hAnsi="Noto Sans" w:cs="Noto Sans Devanagari" w:eastAsia="Noto Sans Devanagari"/>
          <w:b w:val="0"/>
          <w:i w:val="0"/>
          <w:sz w:val="20"/>
        </w:rPr>
        <w:t>(१) यस्तो शुल्क लिने दिने सम्बन्धमा दुई पक्ष बीच आधिकारिक सम्झौता वा लिखत भई सो</w:t>
      </w:r>
    </w:p>
    <w:p>
      <w:pPr>
        <w:spacing w:after="62" w:line="259" w:lineRule="auto"/>
      </w:pPr>
      <w:r>
        <w:rPr>
          <w:rFonts w:ascii="Noto Sans" w:hAnsi="Noto Sans" w:cs="Noto Sans Devanagari" w:eastAsia="Noto Sans Devanagari"/>
          <w:b w:val="0"/>
          <w:i w:val="0"/>
          <w:sz w:val="20"/>
        </w:rPr>
        <w:t>लिखतलाई नेपाल सरकारको सम्बन्धित निकायबाट स्वीकृति प्रदान गरिएको हुनुपर्ने छ ।</w:t>
      </w:r>
    </w:p>
    <w:p>
      <w:pPr>
        <w:spacing w:after="62" w:line="259" w:lineRule="auto"/>
      </w:pPr>
      <w:r>
        <w:rPr>
          <w:rFonts w:ascii="Noto Sans" w:hAnsi="Noto Sans" w:cs="Noto Sans Devanagari" w:eastAsia="Noto Sans Devanagari"/>
          <w:b w:val="0"/>
          <w:i w:val="0"/>
          <w:sz w:val="20"/>
        </w:rPr>
        <w:t>(२) सम्झौता गर्ने विदेशी पक्षले विदेशस्थित रोजगारदाता पक्षले यस्तो कार्य गर्न अनुमति प्रदान</w:t>
      </w:r>
    </w:p>
    <w:p>
      <w:pPr>
        <w:spacing w:after="62" w:line="259" w:lineRule="auto"/>
      </w:pPr>
      <w:r>
        <w:rPr>
          <w:rFonts w:ascii="Noto Sans" w:hAnsi="Noto Sans" w:cs="Noto Sans Devanagari" w:eastAsia="Noto Sans Devanagari"/>
          <w:b w:val="0"/>
          <w:i w:val="0"/>
          <w:sz w:val="20"/>
        </w:rPr>
        <w:t>गरेको पुष्टि हुने कागजात लिनु पर्नेछ । साथै, यस्तो पक्ष व्यक्ति विशेष भएमा सो व्यक्तिको</w:t>
      </w:r>
    </w:p>
    <w:p>
      <w:pPr>
        <w:spacing w:after="62" w:line="259" w:lineRule="auto"/>
      </w:pPr>
      <w:r>
        <w:rPr>
          <w:rFonts w:ascii="Noto Sans" w:hAnsi="Noto Sans" w:cs="Noto Sans Devanagari" w:eastAsia="Noto Sans Devanagari"/>
          <w:b w:val="0"/>
          <w:i w:val="0"/>
          <w:sz w:val="20"/>
        </w:rPr>
        <w:t>नाममा भुक्तानी पठाउन समेत नेपाल सरकारको सम्बन्धित निकायबाट स्वीकृति प्राप्त व्यक्ति</w:t>
      </w:r>
    </w:p>
    <w:p>
      <w:pPr>
        <w:spacing w:after="62" w:line="259" w:lineRule="auto"/>
      </w:pPr>
      <w:r>
        <w:rPr>
          <w:rFonts w:ascii="Noto Sans" w:hAnsi="Noto Sans" w:cs="Noto Sans Devanagari" w:eastAsia="Noto Sans Devanagari"/>
          <w:b w:val="0"/>
          <w:i w:val="0"/>
          <w:sz w:val="20"/>
        </w:rPr>
        <w:t>हुनु पर्नेछ । तर, प्राकृतिक व्यक्ति वेनेफिसियरी हुने गरी यस्तो भुक्तानी गर्न पाइने छैन ।</w:t>
      </w:r>
    </w:p>
    <w:p>
      <w:pPr>
        <w:spacing w:after="62" w:line="259" w:lineRule="auto"/>
      </w:pPr>
      <w:r>
        <w:rPr>
          <w:rFonts w:ascii="Noto Sans" w:hAnsi="Noto Sans" w:cs="Noto Sans Devanagari" w:eastAsia="Noto Sans Devanagari"/>
          <w:b w:val="0"/>
          <w:i w:val="0"/>
          <w:sz w:val="20"/>
        </w:rPr>
        <w:t>(३) यस्तो प्रयोजनको लागि उपलव्ध गराइने सटही सुविधा बैंकिङ उपकरणको माध्यमबाट मात्र</w:t>
      </w:r>
    </w:p>
    <w:p>
      <w:pPr>
        <w:spacing w:after="62" w:line="259" w:lineRule="auto"/>
      </w:pPr>
      <w:r>
        <w:rPr>
          <w:rFonts w:ascii="Noto Sans" w:hAnsi="Noto Sans" w:cs="Noto Sans Devanagari" w:eastAsia="Noto Sans Devanagari"/>
          <w:b w:val="0"/>
          <w:i w:val="0"/>
          <w:sz w:val="20"/>
        </w:rPr>
        <w:t>उपलव्ध गराउनु पर्नेछ ।</w:t>
      </w:r>
    </w:p>
    <w:p>
      <w:pPr>
        <w:spacing w:after="62" w:line="259" w:lineRule="auto"/>
      </w:pPr>
      <w:r>
        <w:rPr>
          <w:rFonts w:ascii="Noto Sans" w:hAnsi="Noto Sans" w:cs="Noto Sans Devanagari" w:eastAsia="Noto Sans Devanagari"/>
          <w:b w:val="0"/>
          <w:i w:val="0"/>
          <w:sz w:val="20"/>
        </w:rPr>
        <w:t>(४) यस्तो भुक्तानीमा प्रचलित व्यवस्था अनुसार लाग्ने कर शुल्क आदि राजस्व दाखिला गरेको</w:t>
      </w:r>
    </w:p>
    <w:p>
      <w:pPr>
        <w:spacing w:after="62" w:line="259" w:lineRule="auto"/>
      </w:pPr>
      <w:r>
        <w:rPr>
          <w:rFonts w:ascii="Noto Sans" w:hAnsi="Noto Sans" w:cs="Noto Sans Devanagari" w:eastAsia="Noto Sans Devanagari"/>
          <w:b w:val="0"/>
          <w:i w:val="0"/>
          <w:sz w:val="20"/>
        </w:rPr>
        <w:t>प्रमाण लिनु पर्नेछ ।</w:t>
      </w:r>
    </w:p>
    <w:p>
      <w:pPr>
        <w:spacing w:after="62" w:line="259" w:lineRule="auto"/>
        <w:ind w:left="115"/>
      </w:pPr>
      <w:r>
        <w:rPr>
          <w:rFonts w:ascii="Noto Sans" w:hAnsi="Noto Sans" w:cs="Noto Sans Devanagari" w:eastAsia="Noto Sans Devanagari"/>
          <w:b w:val="0"/>
          <w:i w:val="0"/>
          <w:sz w:val="20"/>
        </w:rPr>
        <w:t>(ग) वैदेशिक रोजगार व्यवसायीले विदेशी मुद्रामा भएको आर्जनको आधारमा विदेशी मुद्रा खाता खोल्न सक्ने</w:t>
      </w:r>
    </w:p>
    <w:p>
      <w:pPr>
        <w:spacing w:after="62" w:line="259" w:lineRule="auto"/>
      </w:pPr>
      <w:r>
        <w:rPr>
          <w:rFonts w:ascii="Noto Sans" w:hAnsi="Noto Sans" w:cs="Noto Sans Devanagari" w:eastAsia="Noto Sans Devanagari"/>
          <w:b w:val="0"/>
          <w:i w:val="0"/>
          <w:sz w:val="20"/>
        </w:rPr>
        <w:t>हुंदा सम्बन्धित व्यवसायीको विदेशी मुद्रा खाता खर्च हुने गरी समेत माथि दफा ७ खण्ड (क) र दफा</w:t>
      </w:r>
    </w:p>
    <w:p>
      <w:pPr>
        <w:spacing w:after="62" w:line="259" w:lineRule="auto"/>
      </w:pPr>
      <w:r>
        <w:rPr>
          <w:rFonts w:ascii="Noto Sans" w:hAnsi="Noto Sans" w:cs="Noto Sans Devanagari" w:eastAsia="Noto Sans Devanagari"/>
          <w:b w:val="0"/>
          <w:i w:val="0"/>
          <w:sz w:val="20"/>
        </w:rPr>
        <w:t>७ खण्ड (ख) मा उल्लिखित प्रकृया पूरा गरी विदेशी मुद्रा भुक्तानी गर्न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6. Exchange Facility for Foreign Employment Businesses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6. Provisions Relating to Providing Exchange Facility to Foreign Employment Businesses</w:t>
      </w:r>
    </w:p>
    <w:p>
      <w:pPr>
        <w:spacing w:after="70" w:line="259" w:lineRule="auto"/>
      </w:pPr>
      <w:r>
        <w:rPr>
          <w:rFonts w:ascii="Noto Sans" w:hAnsi="Noto Sans" w:cs="Noto Sans Devanagari" w:eastAsia="Noto Sans Devanagari"/>
          <w:b w:val="0"/>
          <w:i w:val="0"/>
          <w:color w:val="222222"/>
          <w:sz w:val="18"/>
        </w:rPr>
        <w:t>The following provisions have been made for providing foreign exchange facility required for payment of visa fees, commission, etc. to foreign employment businesses duly registered and licensed by the concerned authority of the Government of Nepal to carry on business:</w:t>
      </w:r>
    </w:p>
    <w:p>
      <w:pPr>
        <w:spacing w:after="70" w:line="259" w:lineRule="auto"/>
        <w:ind w:left="115"/>
      </w:pPr>
      <w:r>
        <w:rPr>
          <w:rFonts w:ascii="Noto Sans" w:hAnsi="Noto Sans" w:cs="Noto Sans Devanagari" w:eastAsia="Noto Sans Devanagari"/>
          <w:b w:val="0"/>
          <w:i w:val="0"/>
          <w:color w:val="222222"/>
          <w:sz w:val="18"/>
        </w:rPr>
        <w:t>(a) Foreign employment businesses may be provided exchange facility for foreign currency required for arranging visas themselves for Nepali citizens going for foreign employment, upon completion of the following procedures:</w:t>
      </w:r>
    </w:p>
    <w:p>
      <w:pPr>
        <w:spacing w:after="70" w:line="259" w:lineRule="auto"/>
      </w:pPr>
      <w:r>
        <w:rPr>
          <w:rFonts w:ascii="Noto Sans" w:hAnsi="Noto Sans" w:cs="Noto Sans Devanagari" w:eastAsia="Noto Sans Devanagari"/>
          <w:b w:val="0"/>
          <w:i w:val="0"/>
          <w:color w:val="222222"/>
          <w:sz w:val="18"/>
        </w:rPr>
        <w:t>(1) A copy of the official document evidencing approval of the concerned Government of Nepal authority to send workers for employment to the employer abroad shall be submitted.</w:t>
      </w:r>
    </w:p>
    <w:p>
      <w:pPr>
        <w:spacing w:after="70" w:line="259" w:lineRule="auto"/>
      </w:pPr>
      <w:r>
        <w:rPr>
          <w:rFonts w:ascii="Noto Sans" w:hAnsi="Noto Sans" w:cs="Noto Sans Devanagari" w:eastAsia="Noto Sans Devanagari"/>
          <w:b w:val="0"/>
          <w:i w:val="0"/>
          <w:color w:val="222222"/>
          <w:sz w:val="18"/>
        </w:rPr>
        <w:t>(2) A copy of the valid passport of the Nepali citizen approved by the concerned Government of Nepal authority to go for foreign employment shall be submitted.</w:t>
      </w:r>
    </w:p>
    <w:p>
      <w:pPr>
        <w:spacing w:after="70" w:line="259" w:lineRule="auto"/>
      </w:pPr>
      <w:r>
        <w:rPr>
          <w:rFonts w:ascii="Noto Sans" w:hAnsi="Noto Sans" w:cs="Noto Sans Devanagari" w:eastAsia="Noto Sans Devanagari"/>
          <w:b w:val="0"/>
          <w:i w:val="0"/>
          <w:color w:val="222222"/>
          <w:sz w:val="18"/>
        </w:rPr>
        <w:t>(3) A copy of the official document received from the employer abroad concerning provision of employment shall be submitted.</w:t>
      </w:r>
    </w:p>
    <w:p>
      <w:pPr>
        <w:spacing w:after="70" w:line="259" w:lineRule="auto"/>
      </w:pPr>
      <w:r>
        <w:rPr>
          <w:rFonts w:ascii="Noto Sans" w:hAnsi="Noto Sans" w:cs="Noto Sans Devanagari" w:eastAsia="Noto Sans Devanagari"/>
          <w:b w:val="0"/>
          <w:i w:val="0"/>
          <w:color w:val="222222"/>
          <w:sz w:val="18"/>
        </w:rPr>
        <w:t>(4) It shall be ensured that foreign currency provided under this provision as exchange facility is used only for payment of visa fees.</w:t>
      </w:r>
    </w:p>
    <w:p>
      <w:pPr>
        <w:spacing w:after="70" w:line="259" w:lineRule="auto"/>
      </w:pPr>
      <w:r>
        <w:rPr>
          <w:rFonts w:ascii="Noto Sans" w:hAnsi="Noto Sans" w:cs="Noto Sans Devanagari" w:eastAsia="Noto Sans Devanagari"/>
          <w:b w:val="0"/>
          <w:i w:val="0"/>
          <w:color w:val="222222"/>
          <w:sz w:val="18"/>
        </w:rPr>
        <w:t>(5) The amount of visa fee shall be provided only in the name of the official authority of the concerned country that issues the visa.</w:t>
      </w:r>
    </w:p>
    <w:p>
      <w:pPr>
        <w:spacing w:after="70" w:line="259" w:lineRule="auto"/>
      </w:pPr>
      <w:r>
        <w:rPr>
          <w:rFonts w:ascii="Noto Sans" w:hAnsi="Noto Sans" w:cs="Noto Sans Devanagari" w:eastAsia="Noto Sans Devanagari"/>
          <w:b w:val="0"/>
          <w:i w:val="0"/>
          <w:color w:val="222222"/>
          <w:sz w:val="18"/>
        </w:rPr>
        <w:t>(6) Such amount may also be paid through the internet by using an electronic payment card on the website provided by the concerned country. A receipt for each such payment shall be printed from the website and kept safely for record.</w:t>
      </w:r>
    </w:p>
    <w:p>
      <w:pPr>
        <w:spacing w:after="70" w:line="259" w:lineRule="auto"/>
      </w:pPr>
      <w:r>
        <w:rPr>
          <w:rFonts w:ascii="Noto Sans" w:hAnsi="Noto Sans" w:cs="Noto Sans Devanagari" w:eastAsia="Noto Sans Devanagari"/>
          <w:b w:val="0"/>
          <w:i w:val="0"/>
          <w:color w:val="222222"/>
          <w:sz w:val="18"/>
        </w:rPr>
        <w:t>(7) Where the foreign employment business itself wishes to make payment through the website using the internet, subject to submission of the documents referred to in points (1), (2) and (3) above and compliance with the provisions of points (4), (5) and (6), foreign exchange equivalent to the aggregate foreign currency calculated at the visa-fee rate per worker may be provided, and within the limit of such exchange amount, a foreign-currency credit/debit/prepaid card may be issued in the institutional name of the concerned employment business in accordance with the provisions of Unified F.E. Circular No. 14 issued by this Bank and the institution's internal arrangements.</w:t>
      </w:r>
    </w:p>
    <w:p>
      <w:pPr>
        <w:spacing w:after="70" w:line="259" w:lineRule="auto"/>
        <w:ind w:left="115"/>
      </w:pPr>
      <w:r>
        <w:rPr>
          <w:rFonts w:ascii="Noto Sans" w:hAnsi="Noto Sans" w:cs="Noto Sans Devanagari" w:eastAsia="Noto Sans Devanagari"/>
          <w:b w:val="0"/>
          <w:i w:val="0"/>
          <w:color w:val="222222"/>
          <w:sz w:val="18"/>
        </w:rPr>
        <w:t>(b) Where a foreign employment business is required to pay any commission, fee, etc. to a foreign party for securing employment opportunities abroad for Nepali citizens, the foreign exchange facility required for such purpose may be provided upon completion of the following procedures:</w:t>
      </w:r>
    </w:p>
    <w:p>
      <w:pPr>
        <w:spacing w:after="70" w:line="259" w:lineRule="auto"/>
      </w:pPr>
      <w:r>
        <w:rPr>
          <w:rFonts w:ascii="Noto Sans" w:hAnsi="Noto Sans" w:cs="Noto Sans Devanagari" w:eastAsia="Noto Sans Devanagari"/>
          <w:b w:val="0"/>
          <w:i w:val="0"/>
          <w:color w:val="222222"/>
          <w:sz w:val="18"/>
        </w:rPr>
        <w:t>(1) There shall be an official agreement or instrument between the two parties concerning the payment and receipt of such fee, and such instrument shall have been approved by the concerned Government of Nepal authority.</w:t>
      </w:r>
    </w:p>
    <w:p>
      <w:pPr>
        <w:spacing w:after="70" w:line="259" w:lineRule="auto"/>
      </w:pPr>
      <w:r>
        <w:rPr>
          <w:rFonts w:ascii="Noto Sans" w:hAnsi="Noto Sans" w:cs="Noto Sans Devanagari" w:eastAsia="Noto Sans Devanagari"/>
          <w:b w:val="0"/>
          <w:i w:val="0"/>
          <w:color w:val="222222"/>
          <w:sz w:val="18"/>
        </w:rPr>
        <w:t>(2) A document confirming that the employer abroad has authorised the foreign party entering into the agreement to perform such work shall be obtained. Further, where such party is an individual, the person shall be one approved by the concerned Government of Nepal authority for remittance to his/her name. Provided that no such payment may be made with a natural person as beneficiary.</w:t>
      </w:r>
    </w:p>
    <w:p>
      <w:pPr>
        <w:spacing w:after="70" w:line="259" w:lineRule="auto"/>
      </w:pPr>
      <w:r>
        <w:rPr>
          <w:rFonts w:ascii="Noto Sans" w:hAnsi="Noto Sans" w:cs="Noto Sans Devanagari" w:eastAsia="Noto Sans Devanagari"/>
          <w:b w:val="0"/>
          <w:i w:val="0"/>
          <w:color w:val="222222"/>
          <w:sz w:val="18"/>
        </w:rPr>
        <w:t>(3) Exchange facility for such purpose shall be provided only through a banking instrument.</w:t>
      </w:r>
    </w:p>
    <w:p>
      <w:pPr>
        <w:spacing w:after="70" w:line="259" w:lineRule="auto"/>
      </w:pPr>
      <w:r>
        <w:rPr>
          <w:rFonts w:ascii="Noto Sans" w:hAnsi="Noto Sans" w:cs="Noto Sans Devanagari" w:eastAsia="Noto Sans Devanagari"/>
          <w:b w:val="0"/>
          <w:i w:val="0"/>
          <w:color w:val="222222"/>
          <w:sz w:val="18"/>
        </w:rPr>
        <w:t>(4) Evidence of payment of taxes, fees and other revenue applicable to such payment under prevailing provisions shall be obtained.</w:t>
      </w:r>
    </w:p>
    <w:p>
      <w:pPr>
        <w:spacing w:after="70" w:line="259" w:lineRule="auto"/>
        <w:ind w:left="115"/>
      </w:pPr>
      <w:r>
        <w:rPr>
          <w:rFonts w:ascii="Noto Sans" w:hAnsi="Noto Sans" w:cs="Noto Sans Devanagari" w:eastAsia="Noto Sans Devanagari"/>
          <w:b w:val="0"/>
          <w:i w:val="0"/>
          <w:color w:val="222222"/>
          <w:sz w:val="18"/>
        </w:rPr>
        <w:t>(c) Since a foreign employment business may open a foreign-currency account on the basis of its foreign-currency earnings, foreign-currency payments may also be made by debiting the foreign-currency account of the concerned business after completing the procedures referred to in Clause 7(a) and Clause 7(b) above.</w:t>
      </w:r>
    </w:p>
    <w:p>
      <w:pPr>
        <w:keepNext/>
        <w:spacing w:before="200" w:after="80"/>
        <w:pBdr>
          <w:bottom w:val="single" w:sz="12" w:space="2" w:color="17365D"/>
        </w:pBdr>
      </w:pPr>
      <w:r>
        <w:rPr>
          <w:rFonts w:ascii="Noto Sans" w:hAnsi="Noto Sans" w:cs="Noto Sans Devanagari" w:eastAsia="Noto Sans Devanagari"/>
          <w:b/>
          <w:i w:val="0"/>
          <w:color w:val="17365D"/>
          <w:sz w:val="25"/>
        </w:rPr>
        <w:t>७. नेपाल समुद्रपार निकासी पैठारी संघमा</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७. नेपाल समुद्रपार निकासी पैठारी संघमा आवद्ध कम्पनी/फर्मलाई सटही सुविधा प्रदान गर्ने सम्बन्धी व्यवस्था</w:t>
      </w:r>
    </w:p>
    <w:p>
      <w:pPr>
        <w:spacing w:after="62" w:line="259" w:lineRule="auto"/>
      </w:pPr>
      <w:r>
        <w:rPr>
          <w:rFonts w:ascii="Noto Sans" w:hAnsi="Noto Sans" w:cs="Noto Sans Devanagari" w:eastAsia="Noto Sans Devanagari"/>
          <w:b w:val="0"/>
          <w:i w:val="0"/>
          <w:sz w:val="20"/>
        </w:rPr>
        <w:t>नेपाल समुद्रपार निकासी पैठारी संघले देहायमा उल्लिखित व्यवस्था तथा शर्त अनुसार सिफारिस गरेमा सो</w:t>
      </w:r>
    </w:p>
    <w:p>
      <w:pPr>
        <w:spacing w:after="62" w:line="259" w:lineRule="auto"/>
      </w:pPr>
      <w:r>
        <w:rPr>
          <w:rFonts w:ascii="Noto Sans" w:hAnsi="Noto Sans" w:cs="Noto Sans Devanagari" w:eastAsia="Noto Sans Devanagari"/>
          <w:b w:val="0"/>
          <w:i w:val="0"/>
          <w:sz w:val="20"/>
        </w:rPr>
        <w:t>संघसँग आवद्ध कम्पनी/फर्मको तर्फबाट व्यवसायिक भ्रमणमा विदेश जाने पदाधिकारीलाई देहाय बमोजिमको</w:t>
      </w:r>
    </w:p>
    <w:p>
      <w:pPr>
        <w:spacing w:after="62" w:line="259" w:lineRule="auto"/>
      </w:pPr>
      <w:r>
        <w:rPr>
          <w:rFonts w:ascii="Noto Sans" w:hAnsi="Noto Sans" w:cs="Noto Sans Devanagari" w:eastAsia="Noto Sans Devanagari"/>
          <w:b w:val="0"/>
          <w:i w:val="0"/>
          <w:sz w:val="20"/>
        </w:rPr>
        <w:t>सटही सुविधा उपलव्ध गराउन सकिने छ ।</w:t>
      </w:r>
    </w:p>
    <w:p>
      <w:pPr>
        <w:spacing w:after="62" w:line="259" w:lineRule="auto"/>
        <w:ind w:left="115"/>
      </w:pPr>
      <w:r>
        <w:rPr>
          <w:rFonts w:ascii="Noto Sans" w:hAnsi="Noto Sans" w:cs="Noto Sans Devanagari" w:eastAsia="Noto Sans Devanagari"/>
          <w:b w:val="0"/>
          <w:i w:val="0"/>
          <w:sz w:val="20"/>
        </w:rPr>
        <w:t>(क) सटही सुविधाको लागि संघबाट देहाय बमोजिमको विवरण खुलाई सिफारिस गर्नु पर्ने ।</w:t>
      </w:r>
    </w:p>
    <w:p>
      <w:pPr>
        <w:spacing w:after="62" w:line="259" w:lineRule="auto"/>
      </w:pPr>
      <w:r>
        <w:rPr>
          <w:rFonts w:ascii="Noto Sans" w:hAnsi="Noto Sans" w:cs="Noto Sans Devanagari" w:eastAsia="Noto Sans Devanagari"/>
          <w:b w:val="0"/>
          <w:i w:val="0"/>
          <w:sz w:val="20"/>
        </w:rPr>
        <w:t>(१) सटही सुविधा माग गरेको वा सो भन्दा अघिल्लो आर्थिक वर्षमा घटीमा क्रमशः रु.१० लाख, रु.५</w:t>
      </w:r>
    </w:p>
    <w:p>
      <w:pPr>
        <w:spacing w:after="62" w:line="259" w:lineRule="auto"/>
      </w:pPr>
      <w:r>
        <w:rPr>
          <w:rFonts w:ascii="Noto Sans" w:hAnsi="Noto Sans" w:cs="Noto Sans Devanagari" w:eastAsia="Noto Sans Devanagari"/>
          <w:b w:val="0"/>
          <w:i w:val="0"/>
          <w:sz w:val="20"/>
        </w:rPr>
        <w:t>लाख र रु.२ लाख ५० हजार आयकर तिरेका संघसँग आवद्ध कम्पनी/फर्मलाई क्रमशः “क”, “ख”</w:t>
      </w:r>
    </w:p>
    <w:p>
      <w:pPr>
        <w:spacing w:after="62" w:line="259" w:lineRule="auto"/>
      </w:pPr>
      <w:r>
        <w:rPr>
          <w:rFonts w:ascii="Noto Sans" w:hAnsi="Noto Sans" w:cs="Noto Sans Devanagari" w:eastAsia="Noto Sans Devanagari"/>
          <w:b w:val="0"/>
          <w:i w:val="0"/>
          <w:sz w:val="20"/>
        </w:rPr>
        <w:t>र “ग” वर्गमा वर्गीकृत गर्नु पर्ने ।</w:t>
      </w:r>
    </w:p>
    <w:p>
      <w:pPr>
        <w:spacing w:after="62" w:line="259" w:lineRule="auto"/>
      </w:pPr>
      <w:r>
        <w:rPr>
          <w:rFonts w:ascii="Noto Sans" w:hAnsi="Noto Sans" w:cs="Noto Sans Devanagari" w:eastAsia="Noto Sans Devanagari"/>
          <w:b w:val="0"/>
          <w:i w:val="0"/>
          <w:sz w:val="20"/>
        </w:rPr>
        <w:t>(२) संघसँग आवद्ध कम्पनी/फर्मको लागि वर्गीकरण अनुसार “क” वर्गको लागि १ जनाले मात्र पाउने</w:t>
      </w:r>
    </w:p>
    <w:p>
      <w:pPr>
        <w:spacing w:after="62" w:line="259" w:lineRule="auto"/>
      </w:pPr>
      <w:r>
        <w:rPr>
          <w:rFonts w:ascii="Noto Sans" w:hAnsi="Noto Sans" w:cs="Noto Sans Devanagari" w:eastAsia="Noto Sans Devanagari"/>
          <w:b w:val="0"/>
          <w:i w:val="0"/>
          <w:sz w:val="20"/>
        </w:rPr>
        <w:t>गरी बढीमा अमेरिकी डलर १०,०००।– “ख” वर्गको लागि १ जनाले मात्र पाउने गरी बढीमा अमेरिकी</w:t>
      </w:r>
    </w:p>
    <w:p>
      <w:pPr>
        <w:spacing w:after="62" w:line="259" w:lineRule="auto"/>
      </w:pPr>
      <w:r>
        <w:rPr>
          <w:rFonts w:ascii="Noto Sans" w:hAnsi="Noto Sans" w:cs="Noto Sans Devanagari" w:eastAsia="Noto Sans Devanagari"/>
          <w:b w:val="0"/>
          <w:i w:val="0"/>
          <w:sz w:val="20"/>
        </w:rPr>
        <w:t>डलर ७,०००।– र “ग” वर्गको लागि १ जनाले मात्र पाउने गरी बढीमा ५,०००।– अमेरिकी</w:t>
      </w:r>
    </w:p>
    <w:p>
      <w:pPr>
        <w:spacing w:after="62" w:line="259" w:lineRule="auto"/>
      </w:pPr>
      <w:r>
        <w:rPr>
          <w:rFonts w:ascii="Noto Sans" w:hAnsi="Noto Sans" w:cs="Noto Sans Devanagari" w:eastAsia="Noto Sans Devanagari"/>
          <w:b w:val="0"/>
          <w:i w:val="0"/>
          <w:sz w:val="20"/>
        </w:rPr>
        <w:t>डलरसम्मको सीमा भित्र रही सिफारिस गर्नु पर्ने ।</w:t>
      </w:r>
    </w:p>
    <w:p>
      <w:pPr>
        <w:spacing w:after="62" w:line="259" w:lineRule="auto"/>
      </w:pPr>
      <w:r>
        <w:rPr>
          <w:rFonts w:ascii="Noto Sans" w:hAnsi="Noto Sans" w:cs="Noto Sans Devanagari" w:eastAsia="Noto Sans Devanagari"/>
          <w:b w:val="0"/>
          <w:i w:val="0"/>
          <w:sz w:val="20"/>
        </w:rPr>
        <w:t>(३) सम्बन्धित फर्म/कम्पनीले तिरेको “आयकर रकम र आर्थिक वर्ष” उल्लेख गर्नु पर्ने ।</w:t>
      </w:r>
    </w:p>
    <w:p>
      <w:pPr>
        <w:spacing w:after="62" w:line="259" w:lineRule="auto"/>
      </w:pPr>
      <w:r>
        <w:rPr>
          <w:rFonts w:ascii="Noto Sans" w:hAnsi="Noto Sans" w:cs="Noto Sans Devanagari" w:eastAsia="Noto Sans Devanagari"/>
          <w:b w:val="0"/>
          <w:i w:val="0"/>
          <w:sz w:val="20"/>
        </w:rPr>
        <w:t>(४) आवद्व कम्पनी/फर्मको तर्फबाट देहायका पदाधिकारीहरूले मात्र सटही सुविधा उपभोग गर्न सक्ने</w:t>
      </w:r>
    </w:p>
    <w:p>
      <w:pPr>
        <w:spacing w:after="62" w:line="259" w:lineRule="auto"/>
      </w:pPr>
      <w:r>
        <w:rPr>
          <w:rFonts w:ascii="Noto Sans" w:hAnsi="Noto Sans" w:cs="Noto Sans Devanagari" w:eastAsia="Noto Sans Devanagari"/>
          <w:b w:val="0"/>
          <w:i w:val="0"/>
          <w:sz w:val="20"/>
        </w:rPr>
        <w:t>गरी पदाधिकारीको नाम, सटही स्वीकृति लिने बैंक/वित्तीय संस्थाको नाम उल्लेख गर्नु पर्ने ः</w:t>
      </w:r>
    </w:p>
    <w:p>
      <w:pPr>
        <w:spacing w:after="62" w:line="259" w:lineRule="auto"/>
        <w:ind w:left="115"/>
      </w:pPr>
      <w:r>
        <w:rPr>
          <w:rFonts w:ascii="Noto Sans" w:hAnsi="Noto Sans" w:cs="Noto Sans Devanagari" w:eastAsia="Noto Sans Devanagari"/>
          <w:b w:val="0"/>
          <w:i w:val="0"/>
          <w:sz w:val="20"/>
        </w:rPr>
        <w:t>(अ) फर्मको हकमा प्रोप्राइटर,</w:t>
      </w:r>
    </w:p>
    <w:p>
      <w:pPr>
        <w:spacing w:after="62" w:line="259" w:lineRule="auto"/>
        <w:ind w:left="115"/>
      </w:pPr>
      <w:r>
        <w:rPr>
          <w:rFonts w:ascii="Noto Sans" w:hAnsi="Noto Sans" w:cs="Noto Sans Devanagari" w:eastAsia="Noto Sans Devanagari"/>
          <w:b w:val="0"/>
          <w:i w:val="0"/>
          <w:sz w:val="20"/>
        </w:rPr>
        <w:t>(आ) साझेदारी फर्मको हकमा साझेदार,</w:t>
      </w:r>
    </w:p>
    <w:p>
      <w:pPr>
        <w:spacing w:after="62" w:line="259" w:lineRule="auto"/>
        <w:ind w:left="115"/>
      </w:pPr>
      <w:r>
        <w:rPr>
          <w:rFonts w:ascii="Noto Sans" w:hAnsi="Noto Sans" w:cs="Noto Sans Devanagari" w:eastAsia="Noto Sans Devanagari"/>
          <w:b w:val="0"/>
          <w:i w:val="0"/>
          <w:sz w:val="20"/>
        </w:rPr>
        <w:t>(इ) कम्पनीको हकमा संचालक/प्रवन्ध संचालक,</w:t>
      </w:r>
    </w:p>
    <w:p>
      <w:pPr>
        <w:spacing w:after="62" w:line="259" w:lineRule="auto"/>
      </w:pPr>
      <w:r>
        <w:rPr>
          <w:rFonts w:ascii="Noto Sans" w:hAnsi="Noto Sans" w:cs="Noto Sans Devanagari" w:eastAsia="Noto Sans Devanagari"/>
          <w:b w:val="0"/>
          <w:i w:val="0"/>
          <w:sz w:val="20"/>
        </w:rPr>
        <w:t>(५) सम्बन्धित फर्म/कम्पनीको दर्ता, आयकर दर्ता र कर तिरेको वा करको विवरण पेश गरेको</w:t>
      </w:r>
    </w:p>
    <w:p>
      <w:pPr>
        <w:spacing w:after="62" w:line="259" w:lineRule="auto"/>
      </w:pPr>
      <w:r>
        <w:rPr>
          <w:rFonts w:ascii="Noto Sans" w:hAnsi="Noto Sans" w:cs="Noto Sans Devanagari" w:eastAsia="Noto Sans Devanagari"/>
          <w:b w:val="0"/>
          <w:i w:val="0"/>
          <w:sz w:val="20"/>
        </w:rPr>
        <w:t>प्रमाण/प्रतिलिपि लिनु पर्ने ।</w:t>
      </w:r>
    </w:p>
    <w:p>
      <w:pPr>
        <w:spacing w:after="62" w:line="259" w:lineRule="auto"/>
      </w:pPr>
      <w:r>
        <w:rPr>
          <w:rFonts w:ascii="Noto Sans" w:hAnsi="Noto Sans" w:cs="Noto Sans Devanagari" w:eastAsia="Noto Sans Devanagari"/>
          <w:b w:val="0"/>
          <w:i w:val="0"/>
          <w:sz w:val="20"/>
        </w:rPr>
        <w:t>(६) आवद्ध फर्म/कम्पनीको वर्गीकरण, सटही सुविधा लगायत सम्पूर्ण अभिलेख र सो को आधारमा गरिने</w:t>
      </w:r>
    </w:p>
    <w:p>
      <w:pPr>
        <w:spacing w:after="62" w:line="259" w:lineRule="auto"/>
      </w:pPr>
      <w:r>
        <w:rPr>
          <w:rFonts w:ascii="Noto Sans" w:hAnsi="Noto Sans" w:cs="Noto Sans Devanagari" w:eastAsia="Noto Sans Devanagari"/>
          <w:b w:val="0"/>
          <w:i w:val="0"/>
          <w:sz w:val="20"/>
        </w:rPr>
        <w:t>सटही सुविधा सिफारिस सम्बन्धी सम्पूर्ण जिम्मेवारी संघको हुने व्यहोरा सिफारिसमा उल्लेख गर्नु</w:t>
      </w:r>
    </w:p>
    <w:p>
      <w:pPr>
        <w:spacing w:after="62" w:line="259" w:lineRule="auto"/>
      </w:pPr>
      <w:r>
        <w:rPr>
          <w:rFonts w:ascii="Noto Sans" w:hAnsi="Noto Sans" w:cs="Noto Sans Devanagari" w:eastAsia="Noto Sans Devanagari"/>
          <w:b w:val="0"/>
          <w:i w:val="0"/>
          <w:sz w:val="20"/>
        </w:rPr>
        <w:t>पर्ने ।</w:t>
      </w:r>
    </w:p>
    <w:p>
      <w:pPr>
        <w:spacing w:after="62" w:line="259" w:lineRule="auto"/>
        <w:ind w:left="115"/>
      </w:pPr>
      <w:r>
        <w:rPr>
          <w:rFonts w:ascii="Noto Sans" w:hAnsi="Noto Sans" w:cs="Noto Sans Devanagari" w:eastAsia="Noto Sans Devanagari"/>
          <w:b w:val="0"/>
          <w:i w:val="0"/>
          <w:sz w:val="20"/>
        </w:rPr>
        <w:t>(ख) माथि खण्ड (क) मा उल्लिखित विवरण सहित संघबाट प्राप्त सिफारिसको आधारमा बैंक तथा वित्तीय</w:t>
      </w:r>
    </w:p>
    <w:p>
      <w:pPr>
        <w:spacing w:after="62" w:line="259" w:lineRule="auto"/>
      </w:pPr>
      <w:r>
        <w:rPr>
          <w:rFonts w:ascii="Noto Sans" w:hAnsi="Noto Sans" w:cs="Noto Sans Devanagari" w:eastAsia="Noto Sans Devanagari"/>
          <w:b w:val="0"/>
          <w:i w:val="0"/>
          <w:sz w:val="20"/>
        </w:rPr>
        <w:t>संस्थाले देहाय बमोजिम सटही सुविधा प्रदान गर्नु पर्ने ।</w:t>
      </w:r>
    </w:p>
    <w:p>
      <w:pPr>
        <w:spacing w:after="62" w:line="259" w:lineRule="auto"/>
      </w:pPr>
      <w:r>
        <w:rPr>
          <w:rFonts w:ascii="Noto Sans" w:hAnsi="Noto Sans" w:cs="Noto Sans Devanagari" w:eastAsia="Noto Sans Devanagari"/>
          <w:b w:val="0"/>
          <w:i w:val="0"/>
          <w:sz w:val="20"/>
        </w:rPr>
        <w:t>(१) “क”, “ख” र “ग” वर्गमा परेका फर्म/कम्पनीलाई एक आर्थिक वर्षमा अधिकतम क्रमशः अमेरिकी</w:t>
      </w:r>
    </w:p>
    <w:p>
      <w:pPr>
        <w:spacing w:after="62" w:line="259" w:lineRule="auto"/>
      </w:pPr>
      <w:r>
        <w:rPr>
          <w:rFonts w:ascii="Noto Sans" w:hAnsi="Noto Sans" w:cs="Noto Sans Devanagari" w:eastAsia="Noto Sans Devanagari"/>
          <w:b w:val="0"/>
          <w:i w:val="0"/>
          <w:sz w:val="20"/>
        </w:rPr>
        <w:t>डलर १०,०००।–, ७,०००।– र ५,०००।– बराबर सम्मको मात्र सटही सुविधा उपलव्ध गराउनु</w:t>
      </w:r>
    </w:p>
    <w:p>
      <w:pPr>
        <w:spacing w:after="62" w:line="259" w:lineRule="auto"/>
      </w:pPr>
      <w:r>
        <w:rPr>
          <w:rFonts w:ascii="Noto Sans" w:hAnsi="Noto Sans" w:cs="Noto Sans Devanagari" w:eastAsia="Noto Sans Devanagari"/>
          <w:b w:val="0"/>
          <w:i w:val="0"/>
          <w:sz w:val="20"/>
        </w:rPr>
        <w:t>पर्ने ।</w:t>
      </w:r>
    </w:p>
    <w:p>
      <w:pPr>
        <w:spacing w:after="62" w:line="259" w:lineRule="auto"/>
      </w:pPr>
      <w:r>
        <w:rPr>
          <w:rFonts w:ascii="Noto Sans" w:hAnsi="Noto Sans" w:cs="Noto Sans Devanagari" w:eastAsia="Noto Sans Devanagari"/>
          <w:b w:val="0"/>
          <w:i w:val="0"/>
          <w:sz w:val="20"/>
        </w:rPr>
        <w:t>(२) यस्तो सटही सुविधा डेविट/क्रेडिट/प्रिपेड कार्ड जस्ता बैंकिङ उपकरणका माध्यमबाट उपलव्ध</w:t>
      </w:r>
    </w:p>
    <w:p>
      <w:pPr>
        <w:spacing w:after="62" w:line="259" w:lineRule="auto"/>
      </w:pPr>
      <w:r>
        <w:rPr>
          <w:rFonts w:ascii="Noto Sans" w:hAnsi="Noto Sans" w:cs="Noto Sans Devanagari" w:eastAsia="Noto Sans Devanagari"/>
          <w:b w:val="0"/>
          <w:i w:val="0"/>
          <w:sz w:val="20"/>
        </w:rPr>
        <w:t>गराउन सकिने ।</w:t>
      </w:r>
    </w:p>
    <w:p>
      <w:pPr>
        <w:spacing w:after="62" w:line="259" w:lineRule="auto"/>
      </w:pPr>
      <w:r>
        <w:rPr>
          <w:rFonts w:ascii="Noto Sans" w:hAnsi="Noto Sans" w:cs="Noto Sans Devanagari" w:eastAsia="Noto Sans Devanagari"/>
          <w:b w:val="0"/>
          <w:i w:val="0"/>
          <w:sz w:val="20"/>
        </w:rPr>
        <w:t>(३) क्रेडिट कार्ड मार्फत यस्तो सटही सुविधा उपलव्ध गराउंदा क्रेडिट कार्ड सम्बन्धी आफ्नो</w:t>
      </w:r>
    </w:p>
    <w:p>
      <w:pPr>
        <w:spacing w:after="62" w:line="259" w:lineRule="auto"/>
      </w:pPr>
      <w:r>
        <w:rPr>
          <w:rFonts w:ascii="Noto Sans" w:hAnsi="Noto Sans" w:cs="Noto Sans Devanagari" w:eastAsia="Noto Sans Devanagari"/>
          <w:b w:val="0"/>
          <w:i w:val="0"/>
          <w:sz w:val="20"/>
        </w:rPr>
        <w:t>कार्यविधि/प्रक्रिया पूरा गरेर मात्र उपलव्ध गराउनु पर्ने ।</w:t>
      </w:r>
    </w:p>
    <w:p>
      <w:pPr>
        <w:spacing w:after="62" w:line="259" w:lineRule="auto"/>
      </w:pPr>
      <w:r>
        <w:rPr>
          <w:rFonts w:ascii="Noto Sans" w:hAnsi="Noto Sans" w:cs="Noto Sans Devanagari" w:eastAsia="Noto Sans Devanagari"/>
          <w:b w:val="0"/>
          <w:i w:val="0"/>
          <w:sz w:val="20"/>
        </w:rPr>
        <w:t>(४) भ्रमणमा जाने पदाधिकारीको कन्फर्म हवाई टिकट, राहदानी र भिसा लिनुपर्ने भए सो समेतको</w:t>
      </w:r>
    </w:p>
    <w:p>
      <w:pPr>
        <w:spacing w:after="62" w:line="259" w:lineRule="auto"/>
      </w:pPr>
      <w:r>
        <w:rPr>
          <w:rFonts w:ascii="Noto Sans" w:hAnsi="Noto Sans" w:cs="Noto Sans Devanagari" w:eastAsia="Noto Sans Devanagari"/>
          <w:b w:val="0"/>
          <w:i w:val="0"/>
          <w:sz w:val="20"/>
        </w:rPr>
        <w:t>आधारमा मात्र यस्तो सुविधा उपलव्ध गराउनु पर्ने ।</w:t>
      </w:r>
    </w:p>
    <w:p>
      <w:pPr>
        <w:spacing w:after="62" w:line="259" w:lineRule="auto"/>
      </w:pPr>
      <w:r>
        <w:rPr>
          <w:rFonts w:ascii="Noto Sans" w:hAnsi="Noto Sans" w:cs="Noto Sans Devanagari" w:eastAsia="Noto Sans Devanagari"/>
          <w:b w:val="0"/>
          <w:i w:val="0"/>
          <w:sz w:val="20"/>
        </w:rPr>
        <w:t>(५) यस व्यवस्था अन्तर्गत प्रदान भएको सटही सुविधाको बिवरण संलग्न अनुसूची ७.७ अनुसार प्रत्येक</w:t>
      </w:r>
    </w:p>
    <w:p>
      <w:pPr>
        <w:spacing w:after="62" w:line="259" w:lineRule="auto"/>
      </w:pPr>
      <w:r>
        <w:rPr>
          <w:rFonts w:ascii="Noto Sans" w:hAnsi="Noto Sans" w:cs="Noto Sans Devanagari" w:eastAsia="Noto Sans Devanagari"/>
          <w:b w:val="0"/>
          <w:i w:val="0"/>
          <w:sz w:val="20"/>
        </w:rPr>
        <w:t>महिना व्यतित भएको १५ दिन भित्र यस विभागमा पेश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7. Exchange Facility for Companies/Firms Affiliated with Nepal Overseas Export Import Association</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7. Provisions Relating to Providing Exchange Facility to Companies/Firms Affiliated with the Nepal Overseas Export Import Association</w:t>
      </w:r>
    </w:p>
    <w:p>
      <w:pPr>
        <w:spacing w:after="70" w:line="259" w:lineRule="auto"/>
      </w:pPr>
      <w:r>
        <w:rPr>
          <w:rFonts w:ascii="Noto Sans" w:hAnsi="Noto Sans" w:cs="Noto Sans Devanagari" w:eastAsia="Noto Sans Devanagari"/>
          <w:b w:val="0"/>
          <w:i w:val="0"/>
          <w:color w:val="222222"/>
          <w:sz w:val="18"/>
        </w:rPr>
        <w:t>Where the Nepal Overseas Export Import Association recommends in accordance with the provisions and conditions stated below, the following exchange facility may be provided to an official travelling abroad on a business visit on behalf of a company/firm affiliated with the Association.</w:t>
      </w:r>
    </w:p>
    <w:p>
      <w:pPr>
        <w:spacing w:after="70" w:line="259" w:lineRule="auto"/>
        <w:ind w:left="115"/>
      </w:pPr>
      <w:r>
        <w:rPr>
          <w:rFonts w:ascii="Noto Sans" w:hAnsi="Noto Sans" w:cs="Noto Sans Devanagari" w:eastAsia="Noto Sans Devanagari"/>
          <w:b w:val="0"/>
          <w:i w:val="0"/>
          <w:color w:val="222222"/>
          <w:sz w:val="18"/>
        </w:rPr>
        <w:t>(a) The Association shall make its recommendation for exchange facility by disclosing the following particulars:</w:t>
      </w:r>
    </w:p>
    <w:p>
      <w:pPr>
        <w:spacing w:after="70" w:line="259" w:lineRule="auto"/>
      </w:pPr>
      <w:r>
        <w:rPr>
          <w:rFonts w:ascii="Noto Sans" w:hAnsi="Noto Sans" w:cs="Noto Sans Devanagari" w:eastAsia="Noto Sans Devanagari"/>
          <w:b w:val="0"/>
          <w:i w:val="0"/>
          <w:color w:val="222222"/>
          <w:sz w:val="18"/>
        </w:rPr>
        <w:t>(1) Companies/firms affiliated with the Association that have paid income tax of at least NPR 1,000,000, NPR 500,000 and NPR 250,000 respectively in the fiscal year in which the exchange facility is requested or in the immediately preceding fiscal year shall be classified as Class “A”, “B” and “C”, respectively.</w:t>
      </w:r>
    </w:p>
    <w:p>
      <w:pPr>
        <w:spacing w:after="70" w:line="259" w:lineRule="auto"/>
      </w:pPr>
      <w:r>
        <w:rPr>
          <w:rFonts w:ascii="Noto Sans" w:hAnsi="Noto Sans" w:cs="Noto Sans Devanagari" w:eastAsia="Noto Sans Devanagari"/>
          <w:b w:val="0"/>
          <w:i w:val="0"/>
          <w:color w:val="222222"/>
          <w:sz w:val="18"/>
        </w:rPr>
        <w:t>(2) According to the classification of the company/firm affiliated with the Association, the recommendation shall be within a maximum of USD 10,000 for Class “A”, available to only one person; a maximum of USD 7,000 for Class “B”, available to only one person; and a maximum of USD 5,000 for Class “C”, available to only one person.</w:t>
      </w:r>
    </w:p>
    <w:p>
      <w:pPr>
        <w:spacing w:after="70" w:line="259" w:lineRule="auto"/>
      </w:pPr>
      <w:r>
        <w:rPr>
          <w:rFonts w:ascii="Noto Sans" w:hAnsi="Noto Sans" w:cs="Noto Sans Devanagari" w:eastAsia="Noto Sans Devanagari"/>
          <w:b w:val="0"/>
          <w:i w:val="0"/>
          <w:color w:val="222222"/>
          <w:sz w:val="18"/>
        </w:rPr>
        <w:t>(3) The “amount of income tax paid and fiscal year” by the concerned firm/company shall be stated.</w:t>
      </w:r>
    </w:p>
    <w:p>
      <w:pPr>
        <w:spacing w:after="70" w:line="259" w:lineRule="auto"/>
      </w:pPr>
      <w:r>
        <w:rPr>
          <w:rFonts w:ascii="Noto Sans" w:hAnsi="Noto Sans" w:cs="Noto Sans Devanagari" w:eastAsia="Noto Sans Devanagari"/>
          <w:b w:val="0"/>
          <w:i w:val="0"/>
          <w:color w:val="222222"/>
          <w:sz w:val="18"/>
        </w:rPr>
        <w:t>(4) The name of the official and the name of the bank/financial institution from which exchange approval will be obtained shall be stated so that only the following officials may utilise the exchange facility on behalf of the affiliated company/firm:</w:t>
      </w:r>
    </w:p>
    <w:p>
      <w:pPr>
        <w:spacing w:after="70" w:line="259" w:lineRule="auto"/>
      </w:pPr>
      <w:r>
        <w:rPr>
          <w:rFonts w:ascii="Noto Sans" w:hAnsi="Noto Sans" w:cs="Noto Sans Devanagari" w:eastAsia="Noto Sans Devanagari"/>
          <w:b w:val="0"/>
          <w:i w:val="0"/>
          <w:color w:val="222222"/>
          <w:sz w:val="18"/>
        </w:rPr>
        <w:t>(A) in the case of a proprietorship firm, the proprietor;</w:t>
      </w:r>
    </w:p>
    <w:p>
      <w:pPr>
        <w:spacing w:after="70" w:line="259" w:lineRule="auto"/>
      </w:pPr>
      <w:r>
        <w:rPr>
          <w:rFonts w:ascii="Noto Sans" w:hAnsi="Noto Sans" w:cs="Noto Sans Devanagari" w:eastAsia="Noto Sans Devanagari"/>
          <w:b w:val="0"/>
          <w:i w:val="0"/>
          <w:color w:val="222222"/>
          <w:sz w:val="18"/>
        </w:rPr>
        <w:t>(B) in the case of a partnership firm, a partner;</w:t>
      </w:r>
    </w:p>
    <w:p>
      <w:pPr>
        <w:spacing w:after="70" w:line="259" w:lineRule="auto"/>
      </w:pPr>
      <w:r>
        <w:rPr>
          <w:rFonts w:ascii="Noto Sans" w:hAnsi="Noto Sans" w:cs="Noto Sans Devanagari" w:eastAsia="Noto Sans Devanagari"/>
          <w:b w:val="0"/>
          <w:i w:val="0"/>
          <w:color w:val="222222"/>
          <w:sz w:val="18"/>
        </w:rPr>
        <w:t>(C) in the case of a company, a director/managing director.</w:t>
      </w:r>
    </w:p>
    <w:p>
      <w:pPr>
        <w:spacing w:after="70" w:line="259" w:lineRule="auto"/>
      </w:pPr>
      <w:r>
        <w:rPr>
          <w:rFonts w:ascii="Noto Sans" w:hAnsi="Noto Sans" w:cs="Noto Sans Devanagari" w:eastAsia="Noto Sans Devanagari"/>
          <w:b w:val="0"/>
          <w:i w:val="0"/>
          <w:color w:val="222222"/>
          <w:sz w:val="18"/>
        </w:rPr>
        <w:t>(5) Evidence/copies of registration of the concerned firm/company, income-tax registration and payment of tax or submission of tax return shall be obtained.</w:t>
      </w:r>
    </w:p>
    <w:p>
      <w:pPr>
        <w:spacing w:after="70" w:line="259" w:lineRule="auto"/>
      </w:pPr>
      <w:r>
        <w:rPr>
          <w:rFonts w:ascii="Noto Sans" w:hAnsi="Noto Sans" w:cs="Noto Sans Devanagari" w:eastAsia="Noto Sans Devanagari"/>
          <w:b w:val="0"/>
          <w:i w:val="0"/>
          <w:color w:val="222222"/>
          <w:sz w:val="18"/>
        </w:rPr>
        <w:t>(6) The recommendation shall state that the Association shall bear full responsibility for classification of affiliated firms/companies, exchange facility, all records, and the recommendation of exchange facility made on that basis.</w:t>
      </w:r>
    </w:p>
    <w:p>
      <w:pPr>
        <w:spacing w:after="70" w:line="259" w:lineRule="auto"/>
        <w:ind w:left="115"/>
      </w:pPr>
      <w:r>
        <w:rPr>
          <w:rFonts w:ascii="Noto Sans" w:hAnsi="Noto Sans" w:cs="Noto Sans Devanagari" w:eastAsia="Noto Sans Devanagari"/>
          <w:b w:val="0"/>
          <w:i w:val="0"/>
          <w:color w:val="222222"/>
          <w:sz w:val="18"/>
        </w:rPr>
        <w:t>(b) On the basis of the recommendation received from the Association containing the particulars referred to in sub-clause (a), the bank or financial institution shall provide exchange facility as follows:</w:t>
      </w:r>
    </w:p>
    <w:p>
      <w:pPr>
        <w:spacing w:after="70" w:line="259" w:lineRule="auto"/>
      </w:pPr>
      <w:r>
        <w:rPr>
          <w:rFonts w:ascii="Noto Sans" w:hAnsi="Noto Sans" w:cs="Noto Sans Devanagari" w:eastAsia="Noto Sans Devanagari"/>
          <w:b w:val="0"/>
          <w:i w:val="0"/>
          <w:color w:val="222222"/>
          <w:sz w:val="18"/>
        </w:rPr>
        <w:t>(1) Firms/companies falling under Class “A”, “B” and “C” shall be provided exchange facility in one fiscal year only up to a maximum equivalent of USD 10,000, USD 7,000 and USD 5,000, respectively.</w:t>
      </w:r>
    </w:p>
    <w:p>
      <w:pPr>
        <w:spacing w:after="70" w:line="259" w:lineRule="auto"/>
      </w:pPr>
      <w:r>
        <w:rPr>
          <w:rFonts w:ascii="Noto Sans" w:hAnsi="Noto Sans" w:cs="Noto Sans Devanagari" w:eastAsia="Noto Sans Devanagari"/>
          <w:b w:val="0"/>
          <w:i w:val="0"/>
          <w:color w:val="222222"/>
          <w:sz w:val="18"/>
        </w:rPr>
        <w:t>(2) Such exchange facility may be provided through banking instruments such as debit/credit/prepaid cards.</w:t>
      </w:r>
    </w:p>
    <w:p>
      <w:pPr>
        <w:spacing w:after="70" w:line="259" w:lineRule="auto"/>
      </w:pPr>
      <w:r>
        <w:rPr>
          <w:rFonts w:ascii="Noto Sans" w:hAnsi="Noto Sans" w:cs="Noto Sans Devanagari" w:eastAsia="Noto Sans Devanagari"/>
          <w:b w:val="0"/>
          <w:i w:val="0"/>
          <w:color w:val="222222"/>
          <w:sz w:val="18"/>
        </w:rPr>
        <w:t>(3) Where such exchange facility is provided through a credit card, it shall be provided only after completing the institution's procedures/processes relating to credit cards.</w:t>
      </w:r>
    </w:p>
    <w:p>
      <w:pPr>
        <w:spacing w:after="70" w:line="259" w:lineRule="auto"/>
      </w:pPr>
      <w:r>
        <w:rPr>
          <w:rFonts w:ascii="Noto Sans" w:hAnsi="Noto Sans" w:cs="Noto Sans Devanagari" w:eastAsia="Noto Sans Devanagari"/>
          <w:b w:val="0"/>
          <w:i w:val="0"/>
          <w:color w:val="222222"/>
          <w:sz w:val="18"/>
        </w:rPr>
        <w:t>(4) Such facility shall be provided only on the basis of the confirmed air ticket and passport of the travelling official and, where a visa is required, the visa as well.</w:t>
      </w:r>
    </w:p>
    <w:p>
      <w:pPr>
        <w:spacing w:after="70" w:line="259" w:lineRule="auto"/>
      </w:pPr>
      <w:r>
        <w:rPr>
          <w:rFonts w:ascii="Noto Sans" w:hAnsi="Noto Sans" w:cs="Noto Sans Devanagari" w:eastAsia="Noto Sans Devanagari"/>
          <w:b w:val="0"/>
          <w:i w:val="0"/>
          <w:color w:val="222222"/>
          <w:sz w:val="18"/>
        </w:rPr>
        <w:t>(5) Details of exchange facility provided under this provision shall be submitted to this Department every month, in accordance with Schedule 7.7, within 15 days after the end of the month.</w:t>
      </w:r>
    </w:p>
    <w:p>
      <w:pPr>
        <w:keepNext/>
        <w:spacing w:before="200" w:after="80"/>
        <w:pBdr>
          <w:bottom w:val="single" w:sz="12" w:space="2" w:color="17365D"/>
        </w:pBdr>
      </w:pPr>
      <w:r>
        <w:rPr>
          <w:rFonts w:ascii="Noto Sans" w:hAnsi="Noto Sans" w:cs="Noto Sans Devanagari" w:eastAsia="Noto Sans Devanagari"/>
          <w:b/>
          <w:i w:val="0"/>
          <w:color w:val="17365D"/>
          <w:sz w:val="25"/>
        </w:rPr>
        <w:t>८. विभिन्न प्रयोजनको लागि विदेशी मुद्राको सटही</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८. विभिन्न प्रयोजनको लागि विदेशी मुद्राको सटही सम्बन्धी व्यवस्था</w:t>
      </w:r>
    </w:p>
    <w:p>
      <w:pPr>
        <w:spacing w:after="62" w:line="259" w:lineRule="auto"/>
      </w:pPr>
      <w:r>
        <w:rPr>
          <w:rFonts w:ascii="Noto Sans" w:hAnsi="Noto Sans" w:cs="Noto Sans Devanagari" w:eastAsia="Noto Sans Devanagari"/>
          <w:b w:val="0"/>
          <w:i w:val="0"/>
          <w:sz w:val="20"/>
        </w:rPr>
        <w:t>देहायका संघ, संस्था तथा इजाजतपत्रप्राप्त संस्थाहरूलाई विभिन्न प्रयोजनको लागि निम्न बमोजिम परिवर्त्य</w:t>
      </w:r>
    </w:p>
    <w:p>
      <w:pPr>
        <w:spacing w:after="62" w:line="259" w:lineRule="auto"/>
      </w:pPr>
      <w:r>
        <w:rPr>
          <w:rFonts w:ascii="Noto Sans" w:hAnsi="Noto Sans" w:cs="Noto Sans Devanagari" w:eastAsia="Noto Sans Devanagari"/>
          <w:b w:val="0"/>
          <w:i w:val="0"/>
          <w:sz w:val="20"/>
        </w:rPr>
        <w:t>विदेशी मुद्रा (भारतको हकमा भा.रु.मा मात्र) को सटही सुविधा प्रदान गर्न सकिने व्यवस्था गरिएको छ ।</w:t>
      </w:r>
    </w:p>
    <w:p>
      <w:pPr>
        <w:spacing w:after="62" w:line="259" w:lineRule="auto"/>
        <w:ind w:left="115"/>
      </w:pPr>
      <w:r>
        <w:rPr>
          <w:rFonts w:ascii="Noto Sans" w:hAnsi="Noto Sans" w:cs="Noto Sans Devanagari" w:eastAsia="Noto Sans Devanagari"/>
          <w:b w:val="0"/>
          <w:i w:val="0"/>
          <w:sz w:val="20"/>
        </w:rPr>
        <w:t>(क) नेपाल राष्ट्र बैंकबाट इजाजतप्राप्त बैंक/वित्तीय संस्थाहरूलाई आवश्यक पर्ने सेवा आयात, सदस्यता</w:t>
      </w:r>
    </w:p>
    <w:p>
      <w:pPr>
        <w:spacing w:after="62" w:line="259" w:lineRule="auto"/>
      </w:pPr>
      <w:r>
        <w:rPr>
          <w:rFonts w:ascii="Noto Sans" w:hAnsi="Noto Sans" w:cs="Noto Sans Devanagari" w:eastAsia="Noto Sans Devanagari"/>
          <w:b w:val="0"/>
          <w:i w:val="0"/>
          <w:sz w:val="20"/>
        </w:rPr>
        <w:t>शुल्क, आदि Beneficiary संस्थाको नाउँमा भुक्तानी गर्ने प्रयोजनको लागि विदेशी मुद्राको सटही</w:t>
      </w:r>
    </w:p>
    <w:p>
      <w:pPr>
        <w:spacing w:after="62" w:line="259" w:lineRule="auto"/>
      </w:pPr>
      <w:r>
        <w:rPr>
          <w:rFonts w:ascii="Noto Sans" w:hAnsi="Noto Sans" w:cs="Noto Sans Devanagari" w:eastAsia="Noto Sans Devanagari"/>
          <w:b w:val="0"/>
          <w:i w:val="0"/>
          <w:sz w:val="20"/>
        </w:rPr>
        <w:t>सुविधाको लागि यस बैंकको स्वीकृति लिनुपर्ने छैन । उपर्युक्त प्रयोजनका लागि नियमानुसार</w:t>
      </w:r>
    </w:p>
    <w:p>
      <w:pPr>
        <w:spacing w:after="62" w:line="259" w:lineRule="auto"/>
      </w:pPr>
      <w:r>
        <w:rPr>
          <w:rFonts w:ascii="Noto Sans" w:hAnsi="Noto Sans" w:cs="Noto Sans Devanagari" w:eastAsia="Noto Sans Devanagari"/>
          <w:b w:val="0"/>
          <w:i w:val="0"/>
          <w:sz w:val="20"/>
        </w:rPr>
        <w:t>भुक्तानीमा कर लाग्ने भए कर तिरेको निस्सा संलग्न गर्नु पर्नेछ । साथै, उपर्युक्त बमोजिमका सेवा</w:t>
      </w:r>
    </w:p>
    <w:p>
      <w:pPr>
        <w:spacing w:after="62" w:line="259" w:lineRule="auto"/>
      </w:pPr>
      <w:r>
        <w:rPr>
          <w:rFonts w:ascii="Noto Sans" w:hAnsi="Noto Sans" w:cs="Noto Sans Devanagari" w:eastAsia="Noto Sans Devanagari"/>
          <w:b w:val="0"/>
          <w:i w:val="0"/>
          <w:sz w:val="20"/>
        </w:rPr>
        <w:t>आयात, सदस्यता शुल्क, आदिका लागि प्रचलित व्यवस्थाबमोजिम स्वीकृति लिनुपर्ने भएमा सम्बन्धित</w:t>
      </w:r>
    </w:p>
    <w:p>
      <w:pPr>
        <w:spacing w:after="62" w:line="259" w:lineRule="auto"/>
      </w:pPr>
      <w:r>
        <w:rPr>
          <w:rFonts w:ascii="Noto Sans" w:hAnsi="Noto Sans" w:cs="Noto Sans Devanagari" w:eastAsia="Noto Sans Devanagari"/>
          <w:b w:val="0"/>
          <w:i w:val="0"/>
          <w:sz w:val="20"/>
        </w:rPr>
        <w:t>निकायको स्वीकृति लिनुपर्नेछ तथा अमेरिकी डलर तीन लाख वा सो बरावरको अन्य परिवर्त्य विदेशी</w:t>
      </w:r>
    </w:p>
    <w:p>
      <w:pPr>
        <w:spacing w:after="62" w:line="259" w:lineRule="auto"/>
      </w:pPr>
      <w:r>
        <w:rPr>
          <w:rFonts w:ascii="Noto Sans" w:hAnsi="Noto Sans" w:cs="Noto Sans Devanagari" w:eastAsia="Noto Sans Devanagari"/>
          <w:b w:val="0"/>
          <w:i w:val="0"/>
          <w:sz w:val="20"/>
        </w:rPr>
        <w:t>मुद्रा भन्दा बढी रकम भुक्तानी दायित्व सिर्जना हुने सम्झौताको हकमा त्यस्तो सम्झौता गर्नुपूर्व</w:t>
      </w:r>
    </w:p>
    <w:p>
      <w:pPr>
        <w:spacing w:after="62" w:line="259" w:lineRule="auto"/>
      </w:pPr>
      <w:r>
        <w:rPr>
          <w:rFonts w:ascii="Noto Sans" w:hAnsi="Noto Sans" w:cs="Noto Sans Devanagari" w:eastAsia="Noto Sans Devanagari"/>
          <w:b w:val="0"/>
          <w:i w:val="0"/>
          <w:sz w:val="20"/>
        </w:rPr>
        <w:t>बैंक तथा वित्तीय संस्था नियमन विभाग तथा सम्बन्धित सुपरिवेक्षण विभागलाई अनिवार्य जानकारी</w:t>
      </w:r>
    </w:p>
    <w:p>
      <w:pPr>
        <w:spacing w:after="62" w:line="259" w:lineRule="auto"/>
      </w:pPr>
      <w:r>
        <w:rPr>
          <w:rFonts w:ascii="Noto Sans" w:hAnsi="Noto Sans" w:cs="Noto Sans Devanagari" w:eastAsia="Noto Sans Devanagari"/>
          <w:b w:val="0"/>
          <w:i w:val="0"/>
          <w:sz w:val="20"/>
        </w:rPr>
        <w:t>गराउनु पर्नेछ ।</w:t>
      </w:r>
    </w:p>
    <w:p>
      <w:pPr>
        <w:spacing w:after="62" w:line="259" w:lineRule="auto"/>
        <w:ind w:left="115"/>
      </w:pPr>
      <w:r>
        <w:rPr>
          <w:rFonts w:ascii="Noto Sans" w:hAnsi="Noto Sans" w:cs="Noto Sans Devanagari" w:eastAsia="Noto Sans Devanagari"/>
          <w:b w:val="0"/>
          <w:i w:val="0"/>
          <w:sz w:val="20"/>
        </w:rPr>
        <w:t>(ख) विदेशस्थित अस्पतालमा गई औषधोपचार गराउने र आवश्यक औषधि तथा उपचारजन्य उपकरण</w:t>
      </w:r>
    </w:p>
    <w:p>
      <w:pPr>
        <w:spacing w:after="62" w:line="259" w:lineRule="auto"/>
      </w:pPr>
      <w:r>
        <w:rPr>
          <w:rFonts w:ascii="Noto Sans" w:hAnsi="Noto Sans" w:cs="Noto Sans Devanagari" w:eastAsia="Noto Sans Devanagari"/>
          <w:b w:val="0"/>
          <w:i w:val="0"/>
          <w:sz w:val="20"/>
        </w:rPr>
        <w:t>खरिद गर्ने प्रयोजनका लागि नेपाली नागरिकहरूलाई देहाय बमोजिमको प्रकृया पूरा गरी बैंक तथा</w:t>
      </w:r>
    </w:p>
    <w:p>
      <w:pPr>
        <w:spacing w:after="62" w:line="259" w:lineRule="auto"/>
      </w:pPr>
      <w:r>
        <w:rPr>
          <w:rFonts w:ascii="Noto Sans" w:hAnsi="Noto Sans" w:cs="Noto Sans Devanagari" w:eastAsia="Noto Sans Devanagari"/>
          <w:b w:val="0"/>
          <w:i w:val="0"/>
          <w:sz w:val="20"/>
        </w:rPr>
        <w:t>वित्तीय संस्थाहरूले वार्षिक अमेरिकी डलर १५ हजारसम्म सटही सुविधा प्रदान गर्न सक्नेछन् ः</w:t>
      </w:r>
    </w:p>
    <w:p>
      <w:pPr>
        <w:spacing w:after="62" w:line="259" w:lineRule="auto"/>
      </w:pPr>
      <w:r>
        <w:rPr>
          <w:rFonts w:ascii="Noto Sans" w:hAnsi="Noto Sans" w:cs="Noto Sans Devanagari" w:eastAsia="Noto Sans Devanagari"/>
          <w:b w:val="0"/>
          <w:i w:val="0"/>
          <w:sz w:val="20"/>
        </w:rPr>
        <w:t>(१) बाह्य मुलुक गई उपचार गराउन चाहने वा गर्नुपर्ने व्यक्तिले नेपालका अस्पतालमा स्वास्थ्य</w:t>
      </w:r>
    </w:p>
    <w:p>
      <w:pPr>
        <w:spacing w:after="62" w:line="259" w:lineRule="auto"/>
      </w:pPr>
      <w:r>
        <w:rPr>
          <w:rFonts w:ascii="Noto Sans" w:hAnsi="Noto Sans" w:cs="Noto Sans Devanagari" w:eastAsia="Noto Sans Devanagari"/>
          <w:b w:val="0"/>
          <w:i w:val="0"/>
          <w:sz w:val="20"/>
        </w:rPr>
        <w:t>परीक्षण गराई वाह्य मुलुक गई उपचार गराउन उपयुक्त हुने भनी स्वदेशका डाक्टरले उपलव्ध</w:t>
      </w:r>
    </w:p>
    <w:p>
      <w:pPr>
        <w:spacing w:after="62" w:line="259" w:lineRule="auto"/>
      </w:pPr>
      <w:r>
        <w:rPr>
          <w:rFonts w:ascii="Noto Sans" w:hAnsi="Noto Sans" w:cs="Noto Sans Devanagari" w:eastAsia="Noto Sans Devanagari"/>
          <w:b w:val="0"/>
          <w:i w:val="0"/>
          <w:sz w:val="20"/>
        </w:rPr>
        <w:t>गराएको सिफारिसपत्र तथा विदेशस्थित अस्पतालबाट उपचारमा लाग्ने अनुमानित खर्च उल्लेख</w:t>
      </w:r>
    </w:p>
    <w:p>
      <w:pPr>
        <w:spacing w:after="62" w:line="259" w:lineRule="auto"/>
      </w:pPr>
      <w:r>
        <w:rPr>
          <w:rFonts w:ascii="Noto Sans" w:hAnsi="Noto Sans" w:cs="Noto Sans Devanagari" w:eastAsia="Noto Sans Devanagari"/>
          <w:b w:val="0"/>
          <w:i w:val="0"/>
          <w:sz w:val="20"/>
        </w:rPr>
        <w:t>भएको कागजात पेश गर्नुपर्ने ।</w:t>
      </w:r>
    </w:p>
    <w:p>
      <w:pPr>
        <w:spacing w:after="62" w:line="259" w:lineRule="auto"/>
      </w:pPr>
      <w:r>
        <w:rPr>
          <w:rFonts w:ascii="Noto Sans" w:hAnsi="Noto Sans" w:cs="Noto Sans Devanagari" w:eastAsia="Noto Sans Devanagari"/>
          <w:b w:val="0"/>
          <w:i w:val="0"/>
          <w:sz w:val="20"/>
        </w:rPr>
        <w:t>(२) यस्तो सटही सुविधा विदेशी अस्पताल (औषधि तथा उपकरण बिक्रेता समेत) ले भुक्तानी पाउने</w:t>
      </w:r>
    </w:p>
    <w:p>
      <w:pPr>
        <w:spacing w:after="62" w:line="259" w:lineRule="auto"/>
      </w:pPr>
      <w:r>
        <w:rPr>
          <w:rFonts w:ascii="Noto Sans" w:hAnsi="Noto Sans" w:cs="Noto Sans Devanagari" w:eastAsia="Noto Sans Devanagari"/>
          <w:b w:val="0"/>
          <w:i w:val="0"/>
          <w:sz w:val="20"/>
        </w:rPr>
        <w:t>गरी पठाउनु पर्ने ।</w:t>
      </w:r>
    </w:p>
    <w:p>
      <w:pPr>
        <w:spacing w:after="62" w:line="259" w:lineRule="auto"/>
      </w:pPr>
      <w:r>
        <w:rPr>
          <w:rFonts w:ascii="Noto Sans" w:hAnsi="Noto Sans" w:cs="Noto Sans Devanagari" w:eastAsia="Noto Sans Devanagari"/>
          <w:b w:val="0"/>
          <w:i w:val="0"/>
          <w:sz w:val="20"/>
        </w:rPr>
        <w:t>(३) यस व्यवस्था अन्तर्गत सटहीबापत् लिएको रकमको खर्च विवरण उपचारबाट फर्केको १५ दिनभित्र</w:t>
      </w:r>
    </w:p>
    <w:p>
      <w:pPr>
        <w:spacing w:after="62" w:line="259" w:lineRule="auto"/>
      </w:pPr>
      <w:r>
        <w:rPr>
          <w:rFonts w:ascii="Noto Sans" w:hAnsi="Noto Sans" w:cs="Noto Sans Devanagari" w:eastAsia="Noto Sans Devanagari"/>
          <w:b w:val="0"/>
          <w:i w:val="0"/>
          <w:sz w:val="20"/>
        </w:rPr>
        <w:t>सम्बन्धित बैंक तथा वित्तीय संस्थामा बुझाउनु पर्नेछ ।</w:t>
      </w:r>
    </w:p>
    <w:p>
      <w:pPr>
        <w:spacing w:after="62" w:line="259" w:lineRule="auto"/>
      </w:pPr>
      <w:r>
        <w:rPr>
          <w:rFonts w:ascii="Noto Sans" w:hAnsi="Noto Sans" w:cs="Noto Sans Devanagari" w:eastAsia="Noto Sans Devanagari"/>
          <w:b w:val="0"/>
          <w:i w:val="0"/>
          <w:sz w:val="20"/>
        </w:rPr>
        <w:t>(४) यसरी सटही सुविधा प्रदान गरे पश्चात ऊक्त सुविधा दिइएका व्यत्तिहरूको नाम, ठेगाना, फोन</w:t>
      </w:r>
    </w:p>
    <w:p>
      <w:pPr>
        <w:spacing w:after="62" w:line="259" w:lineRule="auto"/>
      </w:pPr>
      <w:r>
        <w:rPr>
          <w:rFonts w:ascii="Noto Sans" w:hAnsi="Noto Sans" w:cs="Noto Sans Devanagari" w:eastAsia="Noto Sans Devanagari"/>
          <w:b w:val="0"/>
          <w:i w:val="0"/>
          <w:sz w:val="20"/>
        </w:rPr>
        <w:t>नम्बर, सटही लिएको मुद्रा र रकम उपचार गराउने विदेशी अस्पताल (औषधि तथा उपकरण</w:t>
      </w:r>
    </w:p>
    <w:p>
      <w:pPr>
        <w:spacing w:after="62" w:line="259" w:lineRule="auto"/>
      </w:pPr>
      <w:r>
        <w:rPr>
          <w:rFonts w:ascii="Noto Sans" w:hAnsi="Noto Sans" w:cs="Noto Sans Devanagari" w:eastAsia="Noto Sans Devanagari"/>
          <w:b w:val="0"/>
          <w:i w:val="0"/>
          <w:sz w:val="20"/>
        </w:rPr>
        <w:t>बिक्रेता समेत) को नाम, ठेगाना एवम् खर्च फछर्यौट् भए/नभएको विवरण अर्धवार्षिक रुपमा</w:t>
      </w:r>
    </w:p>
    <w:p>
      <w:pPr>
        <w:spacing w:after="62" w:line="259" w:lineRule="auto"/>
      </w:pPr>
      <w:r>
        <w:rPr>
          <w:rFonts w:ascii="Noto Sans" w:hAnsi="Noto Sans" w:cs="Noto Sans Devanagari" w:eastAsia="Noto Sans Devanagari"/>
          <w:b w:val="0"/>
          <w:i w:val="0"/>
          <w:sz w:val="20"/>
        </w:rPr>
        <w:t>अवधि समाप्त भएको मितिले १५ (पन्ध्र) दिन भित्र यस विभागमा पेश गर्नु पर्नेछ ।</w:t>
      </w:r>
    </w:p>
    <w:p>
      <w:pPr>
        <w:spacing w:after="62" w:line="259" w:lineRule="auto"/>
      </w:pPr>
      <w:r>
        <w:rPr>
          <w:rFonts w:ascii="Noto Sans" w:hAnsi="Noto Sans" w:cs="Noto Sans Devanagari" w:eastAsia="Noto Sans Devanagari"/>
          <w:b w:val="0"/>
          <w:i w:val="0"/>
          <w:sz w:val="20"/>
        </w:rPr>
        <w:t>(५) खण्ड ख(३) बमोजिमको सटही लिई सोको विवरण नबुझाउने व्यक्तिलाई पुनः त्यस्तो सुविधा</w:t>
      </w:r>
    </w:p>
    <w:p>
      <w:pPr>
        <w:spacing w:after="62" w:line="259" w:lineRule="auto"/>
      </w:pPr>
      <w:r>
        <w:rPr>
          <w:rFonts w:ascii="Noto Sans" w:hAnsi="Noto Sans" w:cs="Noto Sans Devanagari" w:eastAsia="Noto Sans Devanagari"/>
          <w:b w:val="0"/>
          <w:i w:val="0"/>
          <w:sz w:val="20"/>
        </w:rPr>
        <w:t>प्रदान गरिनेछैन ।</w:t>
      </w:r>
    </w:p>
    <w:p>
      <w:pPr>
        <w:spacing w:after="62" w:line="259" w:lineRule="auto"/>
        <w:ind w:left="115"/>
      </w:pPr>
      <w:r>
        <w:rPr>
          <w:rFonts w:ascii="Noto Sans" w:hAnsi="Noto Sans" w:cs="Noto Sans Devanagari" w:eastAsia="Noto Sans Devanagari"/>
          <w:b w:val="0"/>
          <w:i w:val="0"/>
          <w:sz w:val="20"/>
        </w:rPr>
        <w:t>(ग) दूर संचार सम्बन्धी सेवा प्रदायक नेपाली कम्पनीहरूले विदेशी सेवा प्रदायक कम्पनीहरूसँग सम्झौता</w:t>
      </w:r>
    </w:p>
    <w:p>
      <w:pPr>
        <w:spacing w:after="62" w:line="259" w:lineRule="auto"/>
      </w:pPr>
      <w:r>
        <w:rPr>
          <w:rFonts w:ascii="Noto Sans" w:hAnsi="Noto Sans" w:cs="Noto Sans Devanagari" w:eastAsia="Noto Sans Devanagari"/>
          <w:b w:val="0"/>
          <w:i w:val="0"/>
          <w:sz w:val="20"/>
        </w:rPr>
        <w:t>गरी सेटेलाइट सेवा भाडामा लिने वा प्रयोग गरेकोमा देहायका कागजात लिई भाडा बापत वार्षिक</w:t>
      </w:r>
    </w:p>
    <w:p>
      <w:pPr>
        <w:spacing w:after="62" w:line="259" w:lineRule="auto"/>
      </w:pPr>
      <w:r>
        <w:rPr>
          <w:rFonts w:ascii="Noto Sans" w:hAnsi="Noto Sans" w:cs="Noto Sans Devanagari" w:eastAsia="Noto Sans Devanagari"/>
          <w:b w:val="0"/>
          <w:i w:val="0"/>
          <w:sz w:val="20"/>
        </w:rPr>
        <w:t>अमेरिकी डलर १ लाखसम्मको भुक्तानी बैंक तथा वित्तीय सस्था स्वयम्ले गर्न सक्नेछन् ः</w:t>
      </w:r>
    </w:p>
    <w:p>
      <w:pPr>
        <w:spacing w:after="62" w:line="259" w:lineRule="auto"/>
      </w:pPr>
      <w:r>
        <w:rPr>
          <w:rFonts w:ascii="Noto Sans" w:hAnsi="Noto Sans" w:cs="Noto Sans Devanagari" w:eastAsia="Noto Sans Devanagari"/>
          <w:b w:val="0"/>
          <w:i w:val="0"/>
          <w:sz w:val="20"/>
        </w:rPr>
        <w:t>(१) सेवा प्रदायक संस्था र नेपाली कम्पनी बीच सेवा उपलव्ध गराउने सम्बन्धमा भएको</w:t>
      </w:r>
    </w:p>
    <w:p>
      <w:pPr>
        <w:spacing w:after="62" w:line="259" w:lineRule="auto"/>
      </w:pPr>
      <w:r>
        <w:rPr>
          <w:rFonts w:ascii="Noto Sans" w:hAnsi="Noto Sans" w:cs="Noto Sans Devanagari" w:eastAsia="Noto Sans Devanagari"/>
          <w:b w:val="0"/>
          <w:i w:val="0"/>
          <w:sz w:val="20"/>
        </w:rPr>
        <w:t>सम्झौता ।</w:t>
      </w:r>
    </w:p>
    <w:p>
      <w:pPr>
        <w:spacing w:after="62" w:line="259" w:lineRule="auto"/>
      </w:pPr>
      <w:r>
        <w:rPr>
          <w:rFonts w:ascii="Noto Sans" w:hAnsi="Noto Sans" w:cs="Noto Sans Devanagari" w:eastAsia="Noto Sans Devanagari"/>
          <w:b w:val="0"/>
          <w:i w:val="0"/>
          <w:sz w:val="20"/>
        </w:rPr>
        <w:t>(२) सम्बन्धित नियमनकारी निकाय (सूचना तथा सञ्चार मन्त्रालय) को सिफारिस ।</w:t>
      </w:r>
    </w:p>
    <w:p>
      <w:pPr>
        <w:spacing w:after="62" w:line="259" w:lineRule="auto"/>
      </w:pPr>
      <w:r>
        <w:rPr>
          <w:rFonts w:ascii="Noto Sans" w:hAnsi="Noto Sans" w:cs="Noto Sans Devanagari" w:eastAsia="Noto Sans Devanagari"/>
          <w:b w:val="0"/>
          <w:i w:val="0"/>
          <w:sz w:val="20"/>
        </w:rPr>
        <w:t>(३) विदेशस्थित सेवा प्रदायक कम्पनी/संस्थाले जारी गरेको इन्भ्वाइस ।</w:t>
      </w:r>
    </w:p>
    <w:p>
      <w:pPr>
        <w:spacing w:after="62" w:line="259" w:lineRule="auto"/>
      </w:pPr>
      <w:r>
        <w:rPr>
          <w:rFonts w:ascii="Noto Sans" w:hAnsi="Noto Sans" w:cs="Noto Sans Devanagari" w:eastAsia="Noto Sans Devanagari"/>
          <w:b w:val="0"/>
          <w:i w:val="0"/>
          <w:sz w:val="20"/>
        </w:rPr>
        <w:t>(४) नियमानुसार लाग्ने कर तिरेको निस्सा ।</w:t>
      </w:r>
    </w:p>
    <w:p>
      <w:pPr>
        <w:spacing w:after="62" w:line="259" w:lineRule="auto"/>
        <w:ind w:left="115"/>
      </w:pPr>
      <w:r>
        <w:rPr>
          <w:rFonts w:ascii="Noto Sans" w:hAnsi="Noto Sans" w:cs="Noto Sans Devanagari" w:eastAsia="Noto Sans Devanagari"/>
          <w:b w:val="0"/>
          <w:i w:val="0"/>
          <w:sz w:val="20"/>
        </w:rPr>
        <w:t>(घ) अन्तराष्ट्रिय उडान अनुमति प्राप्त नेपाली वायुसेवा कम्पनीहरूले हवाई जहाजका इन्धन खरिद</w:t>
      </w:r>
    </w:p>
    <w:p>
      <w:pPr>
        <w:spacing w:after="62" w:line="259" w:lineRule="auto"/>
      </w:pPr>
      <w:r>
        <w:rPr>
          <w:rFonts w:ascii="Noto Sans" w:hAnsi="Noto Sans" w:cs="Noto Sans Devanagari" w:eastAsia="Noto Sans Devanagari"/>
          <w:b w:val="0"/>
          <w:i w:val="0"/>
          <w:sz w:val="20"/>
        </w:rPr>
        <w:t>प्रयोजनका लागि देहाय बमोजिमका कागजातका आधारमा प्रचलित व्यवस्था अन्तर्गत रही अमेरिकी</w:t>
      </w:r>
    </w:p>
    <w:p>
      <w:pPr>
        <w:spacing w:after="62" w:line="259" w:lineRule="auto"/>
      </w:pPr>
      <w:r>
        <w:rPr>
          <w:rFonts w:ascii="Noto Sans" w:hAnsi="Noto Sans" w:cs="Noto Sans Devanagari" w:eastAsia="Noto Sans Devanagari"/>
          <w:b w:val="0"/>
          <w:i w:val="0"/>
          <w:sz w:val="20"/>
        </w:rPr>
        <w:t>डलर १ लाखको सीमा सम्म परिवर्त्य विदेशी मुद्रा बैंक तथा वित्तीय संस्था स्वयम्ले</w:t>
      </w:r>
    </w:p>
    <w:p>
      <w:pPr>
        <w:spacing w:after="62" w:line="259" w:lineRule="auto"/>
      </w:pPr>
      <w:r>
        <w:rPr>
          <w:rFonts w:ascii="Noto Sans" w:hAnsi="Noto Sans" w:cs="Noto Sans Devanagari" w:eastAsia="Noto Sans Devanagari"/>
          <w:b w:val="0"/>
          <w:i w:val="0"/>
          <w:sz w:val="20"/>
        </w:rPr>
        <w:t>ड्राफ्ट/टी.टी./स्वीफ्ट मार्फत् पठाउन सक्नेछन् ः</w:t>
      </w:r>
    </w:p>
    <w:p>
      <w:pPr>
        <w:spacing w:after="62" w:line="259" w:lineRule="auto"/>
      </w:pPr>
      <w:r>
        <w:rPr>
          <w:rFonts w:ascii="Noto Sans" w:hAnsi="Noto Sans" w:cs="Noto Sans Devanagari" w:eastAsia="Noto Sans Devanagari"/>
          <w:b w:val="0"/>
          <w:i w:val="0"/>
          <w:sz w:val="20"/>
        </w:rPr>
        <w:t>(१) सम्बन्धित नियमनकारी निकाय (नेपाल नागरिक उडड्यन प्राधिकरण) को सिफारिस ।</w:t>
      </w:r>
    </w:p>
    <w:p>
      <w:pPr>
        <w:spacing w:after="62" w:line="259" w:lineRule="auto"/>
      </w:pPr>
      <w:r>
        <w:rPr>
          <w:rFonts w:ascii="Noto Sans" w:hAnsi="Noto Sans" w:cs="Noto Sans Devanagari" w:eastAsia="Noto Sans Devanagari"/>
          <w:b w:val="0"/>
          <w:i w:val="0"/>
          <w:sz w:val="20"/>
        </w:rPr>
        <w:t>(२) विमानस्थलमा इन्धन आपूर्ति प्रदायक संस्था (विमानस्थलमा इन्धन आपूर्ति गर्ने संस्था खुल्ने</w:t>
      </w:r>
    </w:p>
    <w:p>
      <w:pPr>
        <w:spacing w:after="62" w:line="259" w:lineRule="auto"/>
      </w:pPr>
      <w:r>
        <w:rPr>
          <w:rFonts w:ascii="Noto Sans" w:hAnsi="Noto Sans" w:cs="Noto Sans Devanagari" w:eastAsia="Noto Sans Devanagari"/>
          <w:b w:val="0"/>
          <w:i w:val="0"/>
          <w:sz w:val="20"/>
        </w:rPr>
        <w:t>कागजात) वा सोसँग भएको सम्झौता ।</w:t>
      </w:r>
    </w:p>
    <w:p>
      <w:pPr>
        <w:spacing w:after="62" w:line="259" w:lineRule="auto"/>
      </w:pPr>
      <w:r>
        <w:rPr>
          <w:rFonts w:ascii="Noto Sans" w:hAnsi="Noto Sans" w:cs="Noto Sans Devanagari" w:eastAsia="Noto Sans Devanagari"/>
          <w:b w:val="0"/>
          <w:i w:val="0"/>
          <w:sz w:val="20"/>
        </w:rPr>
        <w:t>(३) विदेशस्थित सेवा प्रदायक कम्पनी/संस्थाले जारी गरेको इन्भ्वाइस ।</w:t>
      </w:r>
    </w:p>
    <w:p>
      <w:pPr>
        <w:keepNext/>
        <w:spacing w:before="200" w:after="80"/>
        <w:pBdr>
          <w:bottom w:val="single" w:sz="12" w:space="2" w:color="2F5597"/>
        </w:pBdr>
      </w:pPr>
      <w:r>
        <w:rPr>
          <w:rFonts w:ascii="Noto Sans" w:hAnsi="Noto Sans" w:cs="Noto Sans Devanagari" w:eastAsia="Noto Sans Devanagari"/>
          <w:b/>
          <w:i w:val="0"/>
          <w:color w:val="2F5597"/>
          <w:sz w:val="24"/>
        </w:rPr>
        <w:t>8. Foreign Currency Exchange for Various Purposes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8. Provisions Relating to Foreign Currency Exchange for Various Purposes</w:t>
      </w:r>
    </w:p>
    <w:p>
      <w:pPr>
        <w:spacing w:after="70" w:line="259" w:lineRule="auto"/>
      </w:pPr>
      <w:r>
        <w:rPr>
          <w:rFonts w:ascii="Noto Sans" w:hAnsi="Noto Sans" w:cs="Noto Sans Devanagari" w:eastAsia="Noto Sans Devanagari"/>
          <w:b w:val="0"/>
          <w:i w:val="0"/>
          <w:color w:val="222222"/>
          <w:sz w:val="18"/>
        </w:rPr>
        <w:t>The following associations, institutions and licensed entities may be provided exchange facility in convertible foreign currency (in the case of India, only in Indian rupees) for various purposes as follows:</w:t>
      </w:r>
    </w:p>
    <w:p>
      <w:pPr>
        <w:spacing w:after="70" w:line="259" w:lineRule="auto"/>
        <w:ind w:left="115"/>
      </w:pPr>
      <w:r>
        <w:rPr>
          <w:rFonts w:ascii="Noto Sans" w:hAnsi="Noto Sans" w:cs="Noto Sans Devanagari" w:eastAsia="Noto Sans Devanagari"/>
          <w:b w:val="0"/>
          <w:i w:val="0"/>
          <w:color w:val="222222"/>
          <w:sz w:val="18"/>
        </w:rPr>
        <w:t>(a) No approval of this Bank shall be required for licensed banks/financial institutions to obtain foreign exchange facility for the purpose of making payment in the name of the beneficiary institution for import of services required by them, membership fees, etc. Where tax is applicable to payments for the aforesaid purposes under the rules, evidence of tax payment shall be attached. Further, where approval is required under prevailing provisions for the aforesaid import of services, membership fees, etc., approval of the concerned authority shall be obtained; and, in the case of an agreement creating payment liability exceeding USD 300,000 or equivalent other convertible foreign currency, the Banks and Financial Institutions Regulation Department and the concerned Supervision Department shall mandatorily be informed before entering into such agreement.</w:t>
      </w:r>
    </w:p>
    <w:p>
      <w:pPr>
        <w:spacing w:after="70" w:line="259" w:lineRule="auto"/>
        <w:ind w:left="115"/>
      </w:pPr>
      <w:r>
        <w:rPr>
          <w:rFonts w:ascii="Noto Sans" w:hAnsi="Noto Sans" w:cs="Noto Sans Devanagari" w:eastAsia="Noto Sans Devanagari"/>
          <w:b w:val="0"/>
          <w:i w:val="0"/>
          <w:color w:val="222222"/>
          <w:sz w:val="18"/>
        </w:rPr>
        <w:t>(b) Banks and financial institutions may provide Nepali citizens with exchange facility up to USD 15,000 annually for the purpose of obtaining medical treatment at a hospital abroad and purchasing necessary medicines and treatment-related equipment, upon completion of the following procedures:</w:t>
      </w:r>
    </w:p>
    <w:p>
      <w:pPr>
        <w:spacing w:after="70" w:line="259" w:lineRule="auto"/>
      </w:pPr>
      <w:r>
        <w:rPr>
          <w:rFonts w:ascii="Noto Sans" w:hAnsi="Noto Sans" w:cs="Noto Sans Devanagari" w:eastAsia="Noto Sans Devanagari"/>
          <w:b w:val="0"/>
          <w:i w:val="0"/>
          <w:color w:val="222222"/>
          <w:sz w:val="18"/>
        </w:rPr>
        <w:t>(1) A person wishing or required to obtain treatment abroad shall undergo medical examination at a hospital in Nepal and submit a recommendation letter issued by a doctor in Nepal stating that treatment abroad is appropriate, together with a document from the hospital abroad stating the estimated cost of treatment.</w:t>
      </w:r>
    </w:p>
    <w:p>
      <w:pPr>
        <w:spacing w:after="70" w:line="259" w:lineRule="auto"/>
      </w:pPr>
      <w:r>
        <w:rPr>
          <w:rFonts w:ascii="Noto Sans" w:hAnsi="Noto Sans" w:cs="Noto Sans Devanagari" w:eastAsia="Noto Sans Devanagari"/>
          <w:b w:val="0"/>
          <w:i w:val="0"/>
          <w:color w:val="222222"/>
          <w:sz w:val="18"/>
        </w:rPr>
        <w:t>(2) Such exchange facility shall be remitted so that the foreign hospital, including the seller of medicines and equipment, receives the payment.</w:t>
      </w:r>
    </w:p>
    <w:p>
      <w:pPr>
        <w:spacing w:after="70" w:line="259" w:lineRule="auto"/>
      </w:pPr>
      <w:r>
        <w:rPr>
          <w:rFonts w:ascii="Noto Sans" w:hAnsi="Noto Sans" w:cs="Noto Sans Devanagari" w:eastAsia="Noto Sans Devanagari"/>
          <w:b w:val="0"/>
          <w:i w:val="0"/>
          <w:color w:val="222222"/>
          <w:sz w:val="18"/>
        </w:rPr>
        <w:t>(3) Details of expenditure of the amount obtained as exchange under this provision shall be submitted to the concerned bank or financial institution within 15 days after return from treatment.</w:t>
      </w:r>
    </w:p>
    <w:p>
      <w:pPr>
        <w:spacing w:after="70" w:line="259" w:lineRule="auto"/>
      </w:pPr>
      <w:r>
        <w:rPr>
          <w:rFonts w:ascii="Noto Sans" w:hAnsi="Noto Sans" w:cs="Noto Sans Devanagari" w:eastAsia="Noto Sans Devanagari"/>
          <w:b w:val="0"/>
          <w:i w:val="0"/>
          <w:color w:val="222222"/>
          <w:sz w:val="18"/>
        </w:rPr>
        <w:t>(4) After providing such exchange facility, details including the name, address and telephone number of the person to whom the facility was provided, currency and amount exchanged, name and address of the foreign hospital (including the seller of medicines and equipment), and whether the expenditure has been settled shall be submitted to this Department on a half-yearly basis within 15 (fifteen) days from the end of the period.</w:t>
      </w:r>
    </w:p>
    <w:p>
      <w:pPr>
        <w:spacing w:after="70" w:line="259" w:lineRule="auto"/>
      </w:pPr>
      <w:r>
        <w:rPr>
          <w:rFonts w:ascii="Noto Sans" w:hAnsi="Noto Sans" w:cs="Noto Sans Devanagari" w:eastAsia="Noto Sans Devanagari"/>
          <w:b w:val="0"/>
          <w:i w:val="0"/>
          <w:color w:val="222222"/>
          <w:sz w:val="18"/>
        </w:rPr>
        <w:t>(5) A person who has obtained exchange under sub-clause (b)(3) and has not submitted the required details shall not be provided such facility again.</w:t>
      </w:r>
    </w:p>
    <w:p>
      <w:pPr>
        <w:spacing w:after="70" w:line="259" w:lineRule="auto"/>
        <w:ind w:left="115"/>
      </w:pPr>
      <w:r>
        <w:rPr>
          <w:rFonts w:ascii="Noto Sans" w:hAnsi="Noto Sans" w:cs="Noto Sans Devanagari" w:eastAsia="Noto Sans Devanagari"/>
          <w:b w:val="0"/>
          <w:i w:val="0"/>
          <w:color w:val="222222"/>
          <w:sz w:val="18"/>
        </w:rPr>
        <w:t>(c) Nepali telecommunications service-provider companies that enter into an agreement with foreign service-provider companies to rent or use satellite services may, upon obtaining the following documents, have banks and financial institutions themselves make payment up to USD 100,000 annually as rental charges:</w:t>
      </w:r>
    </w:p>
    <w:p>
      <w:pPr>
        <w:spacing w:after="70" w:line="259" w:lineRule="auto"/>
      </w:pPr>
      <w:r>
        <w:rPr>
          <w:rFonts w:ascii="Noto Sans" w:hAnsi="Noto Sans" w:cs="Noto Sans Devanagari" w:eastAsia="Noto Sans Devanagari"/>
          <w:b w:val="0"/>
          <w:i w:val="0"/>
          <w:color w:val="222222"/>
          <w:sz w:val="18"/>
        </w:rPr>
        <w:t>(1) the agreement between the service-provider institution and the Nepali company concerning provision of the service;</w:t>
      </w:r>
    </w:p>
    <w:p>
      <w:pPr>
        <w:spacing w:after="70" w:line="259" w:lineRule="auto"/>
      </w:pPr>
      <w:r>
        <w:rPr>
          <w:rFonts w:ascii="Noto Sans" w:hAnsi="Noto Sans" w:cs="Noto Sans Devanagari" w:eastAsia="Noto Sans Devanagari"/>
          <w:b w:val="0"/>
          <w:i w:val="0"/>
          <w:color w:val="222222"/>
          <w:sz w:val="18"/>
        </w:rPr>
        <w:t>(2) recommendation of the concerned regulatory authority (Ministry of Information and Communications);</w:t>
      </w:r>
    </w:p>
    <w:p>
      <w:pPr>
        <w:spacing w:after="70" w:line="259" w:lineRule="auto"/>
      </w:pPr>
      <w:r>
        <w:rPr>
          <w:rFonts w:ascii="Noto Sans" w:hAnsi="Noto Sans" w:cs="Noto Sans Devanagari" w:eastAsia="Noto Sans Devanagari"/>
          <w:b w:val="0"/>
          <w:i w:val="0"/>
          <w:color w:val="222222"/>
          <w:sz w:val="18"/>
        </w:rPr>
        <w:t>(3) invoice issued by the service-provider company/institution abroad;</w:t>
      </w:r>
    </w:p>
    <w:p>
      <w:pPr>
        <w:spacing w:after="70" w:line="259" w:lineRule="auto"/>
      </w:pPr>
      <w:r>
        <w:rPr>
          <w:rFonts w:ascii="Noto Sans" w:hAnsi="Noto Sans" w:cs="Noto Sans Devanagari" w:eastAsia="Noto Sans Devanagari"/>
          <w:b w:val="0"/>
          <w:i w:val="0"/>
          <w:color w:val="222222"/>
          <w:sz w:val="18"/>
        </w:rPr>
        <w:t>(4) evidence of payment of taxes applicable under the rules.</w:t>
      </w:r>
    </w:p>
    <w:p>
      <w:pPr>
        <w:spacing w:after="70" w:line="259" w:lineRule="auto"/>
        <w:ind w:left="115"/>
      </w:pPr>
      <w:r>
        <w:rPr>
          <w:rFonts w:ascii="Noto Sans" w:hAnsi="Noto Sans" w:cs="Noto Sans Devanagari" w:eastAsia="Noto Sans Devanagari"/>
          <w:b w:val="0"/>
          <w:i w:val="0"/>
          <w:color w:val="222222"/>
          <w:sz w:val="18"/>
        </w:rPr>
        <w:t>(d) Nepali airline companies licensed for international flights may, for the purpose of purchasing aircraft fuel, on the basis of the following documents and subject to prevailing provisions, remit convertible foreign currency up to USD 100,000 through draft/T.T./SWIFT by banks and financial institutions themselves:</w:t>
      </w:r>
    </w:p>
    <w:p>
      <w:pPr>
        <w:spacing w:after="70" w:line="259" w:lineRule="auto"/>
      </w:pPr>
      <w:r>
        <w:rPr>
          <w:rFonts w:ascii="Noto Sans" w:hAnsi="Noto Sans" w:cs="Noto Sans Devanagari" w:eastAsia="Noto Sans Devanagari"/>
          <w:b w:val="0"/>
          <w:i w:val="0"/>
          <w:color w:val="222222"/>
          <w:sz w:val="18"/>
        </w:rPr>
        <w:t>(1) recommendation of the concerned regulatory authority (Civil Aviation Authority of Nepal);</w:t>
      </w:r>
    </w:p>
    <w:p>
      <w:pPr>
        <w:spacing w:after="70" w:line="259" w:lineRule="auto"/>
      </w:pPr>
      <w:r>
        <w:rPr>
          <w:rFonts w:ascii="Noto Sans" w:hAnsi="Noto Sans" w:cs="Noto Sans Devanagari" w:eastAsia="Noto Sans Devanagari"/>
          <w:b w:val="0"/>
          <w:i w:val="0"/>
          <w:color w:val="222222"/>
          <w:sz w:val="18"/>
        </w:rPr>
        <w:t>(2) document identifying the fuel-supply entity at the airport or an agreement with such entity;</w:t>
      </w:r>
    </w:p>
    <w:p>
      <w:pPr>
        <w:spacing w:after="70" w:line="259" w:lineRule="auto"/>
      </w:pPr>
      <w:r>
        <w:rPr>
          <w:rFonts w:ascii="Noto Sans" w:hAnsi="Noto Sans" w:cs="Noto Sans Devanagari" w:eastAsia="Noto Sans Devanagari"/>
          <w:b w:val="0"/>
          <w:i w:val="0"/>
          <w:color w:val="222222"/>
          <w:sz w:val="18"/>
        </w:rPr>
        <w:t>(3) invoice issued by the service-provider company/institution abroad.</w:t>
      </w:r>
    </w:p>
    <w:p>
      <w:pPr>
        <w:keepNext/>
        <w:spacing w:before="200" w:after="80"/>
        <w:pBdr>
          <w:bottom w:val="single" w:sz="12" w:space="2" w:color="17365D"/>
        </w:pBdr>
      </w:pPr>
      <w:r>
        <w:rPr>
          <w:rFonts w:ascii="Noto Sans" w:hAnsi="Noto Sans" w:cs="Noto Sans Devanagari" w:eastAsia="Noto Sans Devanagari"/>
          <w:b/>
          <w:i w:val="0"/>
          <w:color w:val="17365D"/>
          <w:sz w:val="25"/>
        </w:rPr>
        <w:t>९. मेशिनरी तथा औजारहरू भाडामा</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९. मेशिनरी तथा औजारहरू भाडामा प्रयोग गरे बापतको सटही सुविधा सम्बन्धमा</w:t>
      </w:r>
    </w:p>
    <w:p>
      <w:pPr>
        <w:spacing w:after="62" w:line="259" w:lineRule="auto"/>
      </w:pPr>
      <w:r>
        <w:rPr>
          <w:rFonts w:ascii="Noto Sans" w:hAnsi="Noto Sans" w:cs="Noto Sans Devanagari" w:eastAsia="Noto Sans Devanagari"/>
          <w:b w:val="0"/>
          <w:i w:val="0"/>
          <w:sz w:val="20"/>
        </w:rPr>
        <w:t>नेपाली उद्योगहरूले भारतबाट मेशिनरी तथा औजारहरू भाडामा लिई प्रयोग गरे बापत भुक्तानी गर्नु पर्ने</w:t>
      </w:r>
    </w:p>
    <w:p>
      <w:pPr>
        <w:spacing w:after="62" w:line="259" w:lineRule="auto"/>
      </w:pPr>
      <w:r>
        <w:rPr>
          <w:rFonts w:ascii="Noto Sans" w:hAnsi="Noto Sans" w:cs="Noto Sans Devanagari" w:eastAsia="Noto Sans Devanagari"/>
          <w:b w:val="0"/>
          <w:i w:val="0"/>
          <w:sz w:val="20"/>
        </w:rPr>
        <w:t>रकम देहायका आधारमा वार्षिक भा.रु.१० लाखसम्मको भुक्तानी बैंक तथा वित्तीय संस्था आफैले पठाउन</w:t>
      </w:r>
    </w:p>
    <w:p>
      <w:pPr>
        <w:spacing w:after="62" w:line="259" w:lineRule="auto"/>
      </w:pPr>
      <w:r>
        <w:rPr>
          <w:rFonts w:ascii="Noto Sans" w:hAnsi="Noto Sans" w:cs="Noto Sans Devanagari" w:eastAsia="Noto Sans Devanagari"/>
          <w:b w:val="0"/>
          <w:i w:val="0"/>
          <w:sz w:val="20"/>
        </w:rPr>
        <w:t>सक्ने छन् ः</w:t>
      </w:r>
    </w:p>
    <w:p>
      <w:pPr>
        <w:spacing w:after="62" w:line="259" w:lineRule="auto"/>
        <w:ind w:left="115"/>
      </w:pPr>
      <w:r>
        <w:rPr>
          <w:rFonts w:ascii="Noto Sans" w:hAnsi="Noto Sans" w:cs="Noto Sans Devanagari" w:eastAsia="Noto Sans Devanagari"/>
          <w:b w:val="0"/>
          <w:i w:val="0"/>
          <w:sz w:val="20"/>
        </w:rPr>
        <w:t>(क) उद्योगले सटहीको लागि बैंक समक्ष निवेदन दिनु पर्नेछ ।</w:t>
      </w:r>
    </w:p>
    <w:p>
      <w:pPr>
        <w:spacing w:after="62" w:line="259" w:lineRule="auto"/>
        <w:ind w:left="115"/>
      </w:pPr>
      <w:r>
        <w:rPr>
          <w:rFonts w:ascii="Noto Sans" w:hAnsi="Noto Sans" w:cs="Noto Sans Devanagari" w:eastAsia="Noto Sans Devanagari"/>
          <w:b w:val="0"/>
          <w:i w:val="0"/>
          <w:sz w:val="20"/>
        </w:rPr>
        <w:t>(ख) नेपाली उद्योग र भारतीय मेशिनरी सामान आपूर्तिकर्ता बीच सामान भाडामा लिने दिने सम्बन्धमा</w:t>
      </w:r>
    </w:p>
    <w:p>
      <w:pPr>
        <w:spacing w:after="62" w:line="259" w:lineRule="auto"/>
      </w:pPr>
      <w:r>
        <w:rPr>
          <w:rFonts w:ascii="Noto Sans" w:hAnsi="Noto Sans" w:cs="Noto Sans Devanagari" w:eastAsia="Noto Sans Devanagari"/>
          <w:b w:val="0"/>
          <w:i w:val="0"/>
          <w:sz w:val="20"/>
        </w:rPr>
        <w:t>भएको सम्झौता वा आपूर्तिकर्ताले जारी गरेको Invoice को प्रमाणित प्रतिलिपि संलग्न हुनुपर्ने छ ।</w:t>
      </w:r>
    </w:p>
    <w:p>
      <w:pPr>
        <w:spacing w:after="62" w:line="259" w:lineRule="auto"/>
        <w:ind w:left="115"/>
      </w:pPr>
      <w:r>
        <w:rPr>
          <w:rFonts w:ascii="Noto Sans" w:hAnsi="Noto Sans" w:cs="Noto Sans Devanagari" w:eastAsia="Noto Sans Devanagari"/>
          <w:b w:val="0"/>
          <w:i w:val="0"/>
          <w:sz w:val="20"/>
        </w:rPr>
        <w:t>(ग) सामान भाडामा प्रयोग गर्ने गरी धरौटीमा आयात भएको भन्सार प्रज्ञापनपत्रको प्रतिलिपि संलग्न</w:t>
      </w:r>
    </w:p>
    <w:p>
      <w:pPr>
        <w:spacing w:after="62" w:line="259" w:lineRule="auto"/>
      </w:pPr>
      <w:r>
        <w:rPr>
          <w:rFonts w:ascii="Noto Sans" w:hAnsi="Noto Sans" w:cs="Noto Sans Devanagari" w:eastAsia="Noto Sans Devanagari"/>
          <w:b w:val="0"/>
          <w:i w:val="0"/>
          <w:sz w:val="20"/>
        </w:rPr>
        <w:t>हुनु पर्नेछ ।</w:t>
      </w:r>
    </w:p>
    <w:p>
      <w:pPr>
        <w:spacing w:after="62" w:line="259" w:lineRule="auto"/>
        <w:ind w:left="115"/>
      </w:pPr>
      <w:r>
        <w:rPr>
          <w:rFonts w:ascii="Noto Sans" w:hAnsi="Noto Sans" w:cs="Noto Sans Devanagari" w:eastAsia="Noto Sans Devanagari"/>
          <w:b w:val="0"/>
          <w:i w:val="0"/>
          <w:sz w:val="20"/>
        </w:rPr>
        <w:t>(घ) नियमानुसार लाग्ने कर तिरेको प्रमाणित निस्सा पेश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9. Exchange Facility for Use of Machinery and Equipment on Hire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9. Exchange Facility for Use of Machinery and Equipment on Hire</w:t>
      </w:r>
    </w:p>
    <w:p>
      <w:pPr>
        <w:spacing w:after="70" w:line="259" w:lineRule="auto"/>
      </w:pPr>
      <w:r>
        <w:rPr>
          <w:rFonts w:ascii="Noto Sans" w:hAnsi="Noto Sans" w:cs="Noto Sans Devanagari" w:eastAsia="Noto Sans Devanagari"/>
          <w:b w:val="0"/>
          <w:i w:val="0"/>
          <w:color w:val="222222"/>
          <w:sz w:val="18"/>
        </w:rPr>
        <w:t>Banks and financial institutions themselves may remit up to INR 1,000,000 annually as amounts payable by Nepali industries for machinery and equipment hired from India and used by them, on the following basis:</w:t>
      </w:r>
    </w:p>
    <w:p>
      <w:pPr>
        <w:spacing w:after="70" w:line="259" w:lineRule="auto"/>
        <w:ind w:left="115"/>
      </w:pPr>
      <w:r>
        <w:rPr>
          <w:rFonts w:ascii="Noto Sans" w:hAnsi="Noto Sans" w:cs="Noto Sans Devanagari" w:eastAsia="Noto Sans Devanagari"/>
          <w:b w:val="0"/>
          <w:i w:val="0"/>
          <w:color w:val="222222"/>
          <w:sz w:val="18"/>
        </w:rPr>
        <w:t>(a) The industry shall submit an application to the bank for foreign exchange.</w:t>
      </w:r>
    </w:p>
    <w:p>
      <w:pPr>
        <w:spacing w:after="70" w:line="259" w:lineRule="auto"/>
        <w:ind w:left="115"/>
      </w:pPr>
      <w:r>
        <w:rPr>
          <w:rFonts w:ascii="Noto Sans" w:hAnsi="Noto Sans" w:cs="Noto Sans Devanagari" w:eastAsia="Noto Sans Devanagari"/>
          <w:b w:val="0"/>
          <w:i w:val="0"/>
          <w:color w:val="222222"/>
          <w:sz w:val="18"/>
        </w:rPr>
        <w:t>(b) A certified copy of the agreement between the Nepali industry and the Indian machinery supplier regarding the hiring and letting of the goods, or the invoice issued by the supplier, shall be attached.</w:t>
      </w:r>
    </w:p>
    <w:p>
      <w:pPr>
        <w:spacing w:after="70" w:line="259" w:lineRule="auto"/>
        <w:ind w:left="115"/>
      </w:pPr>
      <w:r>
        <w:rPr>
          <w:rFonts w:ascii="Noto Sans" w:hAnsi="Noto Sans" w:cs="Noto Sans Devanagari" w:eastAsia="Noto Sans Devanagari"/>
          <w:b w:val="0"/>
          <w:i w:val="0"/>
          <w:color w:val="222222"/>
          <w:sz w:val="18"/>
        </w:rPr>
        <w:t>(c) A copy of the customs declaration showing that the goods were imported against a deposit for use on hire shall be attached.</w:t>
      </w:r>
    </w:p>
    <w:p>
      <w:pPr>
        <w:spacing w:after="70" w:line="259" w:lineRule="auto"/>
        <w:ind w:left="115"/>
      </w:pPr>
      <w:r>
        <w:rPr>
          <w:rFonts w:ascii="Noto Sans" w:hAnsi="Noto Sans" w:cs="Noto Sans Devanagari" w:eastAsia="Noto Sans Devanagari"/>
          <w:b w:val="0"/>
          <w:i w:val="0"/>
          <w:color w:val="222222"/>
          <w:sz w:val="18"/>
        </w:rPr>
        <w:t>(d) Certified evidence of payment of tax applicable under the rules shall be submitted.</w:t>
      </w:r>
    </w:p>
    <w:p>
      <w:pPr>
        <w:keepNext/>
        <w:spacing w:before="200" w:after="80"/>
        <w:pBdr>
          <w:bottom w:val="single" w:sz="12" w:space="2" w:color="17365D"/>
        </w:pBdr>
      </w:pPr>
      <w:r>
        <w:rPr>
          <w:rFonts w:ascii="Noto Sans" w:hAnsi="Noto Sans" w:cs="Noto Sans Devanagari" w:eastAsia="Noto Sans Devanagari"/>
          <w:b/>
          <w:i w:val="0"/>
          <w:color w:val="17365D"/>
          <w:sz w:val="25"/>
        </w:rPr>
        <w:t>१०. विविध कार्यक्रमहरू सञ्चालन गर्ने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१०. विविध कार्यक्रमहरू सञ्चालन गर्ने संस्थालाई उपलब्ध हुने सटही व्यवस्थाः</w:t>
      </w:r>
    </w:p>
    <w:p>
      <w:pPr>
        <w:spacing w:after="62" w:line="259" w:lineRule="auto"/>
      </w:pPr>
      <w:r>
        <w:rPr>
          <w:rFonts w:ascii="Noto Sans" w:hAnsi="Noto Sans" w:cs="Noto Sans Devanagari" w:eastAsia="Noto Sans Devanagari"/>
          <w:b w:val="0"/>
          <w:i w:val="0"/>
          <w:sz w:val="20"/>
        </w:rPr>
        <w:t>प्रचलित कानुनबमोजिम नेपालमा संस्थापित संस्था, नेपालका विश्वविद्यालय, सरकारी अनुदान तथा सहयोगमा</w:t>
      </w:r>
    </w:p>
    <w:p>
      <w:pPr>
        <w:spacing w:after="62" w:line="259" w:lineRule="auto"/>
      </w:pPr>
      <w:r>
        <w:rPr>
          <w:rFonts w:ascii="Noto Sans" w:hAnsi="Noto Sans" w:cs="Noto Sans Devanagari" w:eastAsia="Noto Sans Devanagari"/>
          <w:b w:val="0"/>
          <w:i w:val="0"/>
          <w:sz w:val="20"/>
        </w:rPr>
        <w:t>संचालित संघ/संस्था वा अन्तर्राष्ट्रिय गैर सरकारी संघ संस्थाहरूले विदेशस्थित सरकार वा संघ संस्थाहरूबाट</w:t>
      </w:r>
    </w:p>
    <w:p>
      <w:pPr>
        <w:spacing w:after="62" w:line="259" w:lineRule="auto"/>
      </w:pPr>
      <w:r>
        <w:rPr>
          <w:rFonts w:ascii="Noto Sans" w:hAnsi="Noto Sans" w:cs="Noto Sans Devanagari" w:eastAsia="Noto Sans Devanagari"/>
          <w:b w:val="0"/>
          <w:i w:val="0"/>
          <w:sz w:val="20"/>
        </w:rPr>
        <w:t>विदेशी मुद्रामा आर्थिक सहयोग प्राप्त गरीे नेपाल सहित अन्य मुलुकका लागि कार्यक्रम सञ्चालन गरेको</w:t>
      </w:r>
    </w:p>
    <w:p>
      <w:pPr>
        <w:spacing w:after="62" w:line="259" w:lineRule="auto"/>
      </w:pPr>
      <w:r>
        <w:rPr>
          <w:rFonts w:ascii="Noto Sans" w:hAnsi="Noto Sans" w:cs="Noto Sans Devanagari" w:eastAsia="Noto Sans Devanagari"/>
          <w:b w:val="0"/>
          <w:i w:val="0"/>
          <w:sz w:val="20"/>
        </w:rPr>
        <w:t>भएमा कुल विदेशी मुद्रा नेपाल भित्रिएको प्रमाण, सम्बन्धित नियामक निकायको सिफारिस र सम्बन्धित</w:t>
      </w:r>
    </w:p>
    <w:p>
      <w:pPr>
        <w:spacing w:after="62" w:line="259" w:lineRule="auto"/>
      </w:pPr>
      <w:r>
        <w:rPr>
          <w:rFonts w:ascii="Noto Sans" w:hAnsi="Noto Sans" w:cs="Noto Sans Devanagari" w:eastAsia="Noto Sans Devanagari"/>
          <w:b w:val="0"/>
          <w:i w:val="0"/>
          <w:sz w:val="20"/>
        </w:rPr>
        <w:t>पक्षहरू वीच रकम समेत उल्लेख भएको सम्झौताका आधारमा नेपालका लागि प्राप्त रकम कट्टा गरी बाँकी</w:t>
      </w:r>
    </w:p>
    <w:p>
      <w:pPr>
        <w:spacing w:after="62" w:line="259" w:lineRule="auto"/>
      </w:pPr>
      <w:r>
        <w:rPr>
          <w:rFonts w:ascii="Noto Sans" w:hAnsi="Noto Sans" w:cs="Noto Sans Devanagari" w:eastAsia="Noto Sans Devanagari"/>
          <w:b w:val="0"/>
          <w:i w:val="0"/>
          <w:sz w:val="20"/>
        </w:rPr>
        <w:t>विदेशी मुद्रा रकम प्राप्त गर्ने सम्बन्धित वाणिज्य बैंकहरूमार्फत् कार्यक्रम सञ्चालन हुने अन्य मुलुकमा</w:t>
      </w:r>
    </w:p>
    <w:p>
      <w:pPr>
        <w:spacing w:after="62" w:line="259" w:lineRule="auto"/>
      </w:pPr>
      <w:r>
        <w:rPr>
          <w:rFonts w:ascii="Noto Sans" w:hAnsi="Noto Sans" w:cs="Noto Sans Devanagari" w:eastAsia="Noto Sans Devanagari"/>
          <w:b w:val="0"/>
          <w:i w:val="0"/>
          <w:sz w:val="20"/>
        </w:rPr>
        <w:t>पठाउन वा फिर्ता पठाउन सक्नेछन् ।</w:t>
      </w:r>
    </w:p>
    <w:p>
      <w:pPr>
        <w:spacing w:after="62" w:line="259" w:lineRule="auto"/>
      </w:pPr>
      <w:r>
        <w:rPr>
          <w:rFonts w:ascii="Noto Sans" w:hAnsi="Noto Sans" w:cs="Noto Sans Devanagari" w:eastAsia="Noto Sans Devanagari"/>
          <w:b w:val="0"/>
          <w:i w:val="0"/>
          <w:sz w:val="20"/>
        </w:rPr>
        <w:t>नियामक निकाय नहुने प्रकृतिका संस्थाको हकमा सोही व्यहोरा उल्लेख गरी अन्यथा पर्न गएमा सम्पूर्ण</w:t>
      </w:r>
    </w:p>
    <w:p>
      <w:pPr>
        <w:spacing w:after="62" w:line="259" w:lineRule="auto"/>
      </w:pPr>
      <w:r>
        <w:rPr>
          <w:rFonts w:ascii="Noto Sans" w:hAnsi="Noto Sans" w:cs="Noto Sans Devanagari" w:eastAsia="Noto Sans Devanagari"/>
          <w:b w:val="0"/>
          <w:i w:val="0"/>
          <w:sz w:val="20"/>
        </w:rPr>
        <w:t>जिम्मेवारी वहन गर्ने स्वःघोषणा अख्तियारप्राप्त अधिकारीबाट पेश भएमा समेत सम्झौता बमोजिमको रकम</w:t>
      </w:r>
    </w:p>
    <w:p>
      <w:pPr>
        <w:spacing w:after="62" w:line="259" w:lineRule="auto"/>
      </w:pPr>
      <w:r>
        <w:rPr>
          <w:rFonts w:ascii="Noto Sans" w:hAnsi="Noto Sans" w:cs="Noto Sans Devanagari" w:eastAsia="Noto Sans Devanagari"/>
          <w:b w:val="0"/>
          <w:i w:val="0"/>
          <w:sz w:val="20"/>
        </w:rPr>
        <w:t>फिर्ता/भुक्तानी पठाउन सकिनेछ । यस व्यवस्था अन्तर्गत परिवर्त्य विदेशी मुद्रा प्राप्त भएमा भारतमा समेत</w:t>
      </w:r>
    </w:p>
    <w:p>
      <w:pPr>
        <w:spacing w:after="62" w:line="259" w:lineRule="auto"/>
      </w:pPr>
      <w:r>
        <w:rPr>
          <w:rFonts w:ascii="Noto Sans" w:hAnsi="Noto Sans" w:cs="Noto Sans Devanagari" w:eastAsia="Noto Sans Devanagari"/>
          <w:b w:val="0"/>
          <w:i w:val="0"/>
          <w:sz w:val="20"/>
        </w:rPr>
        <w:t>परिवर्त्य विदेशी मुद्रा पठाउन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10. Exchange Arrangement for Institutions Operating Various Programmes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10. Exchange Arrangement Available to Institutions Operating Various Programmes</w:t>
      </w:r>
    </w:p>
    <w:p>
      <w:pPr>
        <w:spacing w:after="70" w:line="259" w:lineRule="auto"/>
      </w:pPr>
      <w:r>
        <w:rPr>
          <w:rFonts w:ascii="Noto Sans" w:hAnsi="Noto Sans" w:cs="Noto Sans Devanagari" w:eastAsia="Noto Sans Devanagari"/>
          <w:b w:val="0"/>
          <w:i w:val="0"/>
          <w:color w:val="222222"/>
          <w:sz w:val="18"/>
        </w:rPr>
        <w:t>Where an institution established in Nepal under prevailing law, a university of Nepal, an association/institution operated with government grants and assistance, or an international non-governmental organisation receives financial assistance in foreign currency from a government or association/institution abroad and operates programmes for Nepal as well as other countries, it may, on the basis of proof that the total foreign currency was brought into Nepal, recommendation of the concerned regulatory authority, and an agreement between the concerned parties specifying the amount, deduct the amount received for Nepal and remit or return the remaining foreign-currency amount through the concerned commercial bank receiving the amount to the other countries where the programme is to be operated.</w:t>
      </w:r>
    </w:p>
    <w:p>
      <w:pPr>
        <w:spacing w:after="70" w:line="259" w:lineRule="auto"/>
      </w:pPr>
      <w:r>
        <w:rPr>
          <w:rFonts w:ascii="Noto Sans" w:hAnsi="Noto Sans" w:cs="Noto Sans Devanagari" w:eastAsia="Noto Sans Devanagari"/>
          <w:b w:val="0"/>
          <w:i w:val="0"/>
          <w:color w:val="222222"/>
          <w:sz w:val="18"/>
        </w:rPr>
        <w:t>In the case of an institution of a nature that does not have a regulatory authority, the amount under the agreement may also be returned/remitted where the authorised officer submits a self-declaration stating that fact and undertaking full responsibility if otherwise found. Where convertible foreign currency has been received under this provision, convertible foreign currency may also be remitted to India.</w:t>
      </w:r>
    </w:p>
    <w:p>
      <w:pPr>
        <w:keepNext/>
        <w:spacing w:before="200" w:after="80"/>
        <w:pBdr>
          <w:bottom w:val="single" w:sz="12" w:space="2" w:color="17365D"/>
        </w:pBdr>
      </w:pPr>
      <w:r>
        <w:rPr>
          <w:rFonts w:ascii="Noto Sans" w:hAnsi="Noto Sans" w:cs="Noto Sans Devanagari" w:eastAsia="Noto Sans Devanagari"/>
          <w:b/>
          <w:i w:val="0"/>
          <w:color w:val="17365D"/>
          <w:sz w:val="25"/>
        </w:rPr>
        <w:t>११. प्याकेज टुर सम्बन्धी काम गर्ने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११. प्याकेज टुर सम्बन्धी काम गर्ने टुर अपरेटरहरूलाई प्रदान गर्ने सटही सम्बन्धी व्यवस्था</w:t>
      </w:r>
    </w:p>
    <w:p>
      <w:pPr>
        <w:spacing w:after="62" w:line="259" w:lineRule="auto"/>
      </w:pPr>
      <w:r>
        <w:rPr>
          <w:rFonts w:ascii="Noto Sans" w:hAnsi="Noto Sans" w:cs="Noto Sans Devanagari" w:eastAsia="Noto Sans Devanagari"/>
          <w:b w:val="0"/>
          <w:i w:val="0"/>
          <w:sz w:val="20"/>
        </w:rPr>
        <w:t>यस बैंकबाट विदेशी विनिमयको कारोबार गर्न इजाजत प्राप्त गरेका नेपाली ट्राभल्स/टुर्स कम्पनीहरूले विदेश</w:t>
      </w:r>
    </w:p>
    <w:p>
      <w:pPr>
        <w:spacing w:after="62" w:line="259" w:lineRule="auto"/>
      </w:pPr>
      <w:r>
        <w:rPr>
          <w:rFonts w:ascii="Noto Sans" w:hAnsi="Noto Sans" w:cs="Noto Sans Devanagari" w:eastAsia="Noto Sans Devanagari"/>
          <w:b w:val="0"/>
          <w:i w:val="0"/>
          <w:sz w:val="20"/>
        </w:rPr>
        <w:t>भ्रमणका लागि स्वयम्ले वा विदेशस्थित एजेन्सीसँग सहकार्य गरी विभिन्न टुर प्याकेज सम्बन्धी सेवा दिई</w:t>
      </w:r>
    </w:p>
    <w:p>
      <w:pPr>
        <w:spacing w:after="62" w:line="259" w:lineRule="auto"/>
      </w:pPr>
      <w:r>
        <w:rPr>
          <w:rFonts w:ascii="Noto Sans" w:hAnsi="Noto Sans" w:cs="Noto Sans Devanagari" w:eastAsia="Noto Sans Devanagari"/>
          <w:b w:val="0"/>
          <w:i w:val="0"/>
          <w:sz w:val="20"/>
        </w:rPr>
        <w:t>सोको लागि विदेशस्थित टुर अपरेटरलाई भुक्तानी पठाउन विदेशी मुद्रा आवश्यक परेमा विदेश स्थित</w:t>
      </w:r>
    </w:p>
    <w:p>
      <w:pPr>
        <w:spacing w:after="62" w:line="259" w:lineRule="auto"/>
      </w:pPr>
      <w:r>
        <w:rPr>
          <w:rFonts w:ascii="Noto Sans" w:hAnsi="Noto Sans" w:cs="Noto Sans Devanagari" w:eastAsia="Noto Sans Devanagari"/>
          <w:b w:val="0"/>
          <w:i w:val="0"/>
          <w:sz w:val="20"/>
        </w:rPr>
        <w:t>कम्पनी/संस्थाका नाउँमा जम्मा हुने गरी बैंक तथा वित्तीय संस्थाले भुक्तानी पठाउन तथा मानसरोवर</w:t>
      </w:r>
    </w:p>
    <w:p>
      <w:pPr>
        <w:spacing w:after="62" w:line="259" w:lineRule="auto"/>
      </w:pPr>
      <w:r>
        <w:rPr>
          <w:rFonts w:ascii="Noto Sans" w:hAnsi="Noto Sans" w:cs="Noto Sans Devanagari" w:eastAsia="Noto Sans Devanagari"/>
          <w:b w:val="0"/>
          <w:i w:val="0"/>
          <w:sz w:val="20"/>
        </w:rPr>
        <w:t>कैलासको प्याकेज अन्तर्गत भारतीय पर्यटकलाई सेवा प्रदान गर्ने नेपाली टुर अपरेटरहरूबाट भारतीय पर्यटकले</w:t>
      </w:r>
    </w:p>
    <w:p>
      <w:pPr>
        <w:spacing w:after="62" w:line="259" w:lineRule="auto"/>
      </w:pPr>
      <w:r>
        <w:rPr>
          <w:rFonts w:ascii="Noto Sans" w:hAnsi="Noto Sans" w:cs="Noto Sans Devanagari" w:eastAsia="Noto Sans Devanagari"/>
          <w:b w:val="0"/>
          <w:i w:val="0"/>
          <w:sz w:val="20"/>
        </w:rPr>
        <w:t>नेपालमा विदेशी मुद्रामा गरेको खर्चको आधारमा सटही माग गरेको अवस्थामा देहाय बमोजिम सटही दिन</w:t>
      </w:r>
    </w:p>
    <w:p>
      <w:pPr>
        <w:spacing w:after="62" w:line="259" w:lineRule="auto"/>
      </w:pPr>
      <w:r>
        <w:rPr>
          <w:rFonts w:ascii="Noto Sans" w:hAnsi="Noto Sans" w:cs="Noto Sans Devanagari" w:eastAsia="Noto Sans Devanagari"/>
          <w:b w:val="0"/>
          <w:i w:val="0"/>
          <w:sz w:val="20"/>
        </w:rPr>
        <w:t>सकिने छ ।</w:t>
      </w:r>
    </w:p>
    <w:p>
      <w:pPr>
        <w:spacing w:after="62" w:line="259" w:lineRule="auto"/>
      </w:pPr>
      <w:r>
        <w:rPr>
          <w:rFonts w:ascii="Noto Sans" w:hAnsi="Noto Sans" w:cs="Noto Sans Devanagari" w:eastAsia="Noto Sans Devanagari"/>
          <w:b w:val="0"/>
          <w:i w:val="0"/>
          <w:sz w:val="20"/>
        </w:rPr>
        <w:t>क. नेपाली नागरिकहरूलाई विदेश भ्रमणका लागि प्रति व्यक्ति अमेरिकी डलर १,०००।– सम्म राहदानी</w:t>
      </w:r>
    </w:p>
    <w:p>
      <w:pPr>
        <w:spacing w:after="62" w:line="259" w:lineRule="auto"/>
      </w:pPr>
      <w:r>
        <w:rPr>
          <w:rFonts w:ascii="Noto Sans" w:hAnsi="Noto Sans" w:cs="Noto Sans Devanagari" w:eastAsia="Noto Sans Devanagari"/>
          <w:b w:val="0"/>
          <w:i w:val="0"/>
          <w:sz w:val="20"/>
        </w:rPr>
        <w:t>सुविधाबापत प्राप्त हुने विदेशी मुद्राको सीमा अन्तर्गत रही देहायका आधारमा भुक्तानी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pPr>
      <w:r>
        <w:rPr>
          <w:rFonts w:ascii="Noto Sans" w:hAnsi="Noto Sans" w:cs="Noto Sans Devanagari" w:eastAsia="Noto Sans Devanagari"/>
          <w:b w:val="0"/>
          <w:i w:val="0"/>
          <w:sz w:val="20"/>
        </w:rPr>
        <w:t>(१) सटही माग गर्ने ट्राभल/टुर कम्पनीले आफ्नो कारोबार भएको बैंक समक्ष निवेदन दिनुपर्ने</w:t>
      </w:r>
    </w:p>
    <w:p>
      <w:pPr>
        <w:spacing w:after="62" w:line="259" w:lineRule="auto"/>
      </w:pPr>
      <w:r>
        <w:rPr>
          <w:rFonts w:ascii="Noto Sans" w:hAnsi="Noto Sans" w:cs="Noto Sans Devanagari" w:eastAsia="Noto Sans Devanagari"/>
          <w:b w:val="0"/>
          <w:i w:val="0"/>
          <w:sz w:val="20"/>
        </w:rPr>
        <w:t>छ ।</w:t>
      </w:r>
    </w:p>
    <w:p>
      <w:pPr>
        <w:spacing w:after="62" w:line="259" w:lineRule="auto"/>
      </w:pPr>
      <w:r>
        <w:rPr>
          <w:rFonts w:ascii="Noto Sans" w:hAnsi="Noto Sans" w:cs="Noto Sans Devanagari" w:eastAsia="Noto Sans Devanagari"/>
          <w:b w:val="0"/>
          <w:i w:val="0"/>
          <w:sz w:val="20"/>
        </w:rPr>
        <w:t>(२) विदेशस्थित टुर प्याकेज सञ्चालन गर्ने सम्बन्धित कम्पनी/संस्थाले जारी गरेको यात्रु संख्या</w:t>
      </w:r>
    </w:p>
    <w:p>
      <w:pPr>
        <w:spacing w:after="62" w:line="259" w:lineRule="auto"/>
      </w:pPr>
      <w:r>
        <w:rPr>
          <w:rFonts w:ascii="Noto Sans" w:hAnsi="Noto Sans" w:cs="Noto Sans Devanagari" w:eastAsia="Noto Sans Devanagari"/>
          <w:b w:val="0"/>
          <w:i w:val="0"/>
          <w:sz w:val="20"/>
        </w:rPr>
        <w:t>र दर उल्लेख भएको इन्भ्वाइस संलग्न हुनुपर्ने छ ।</w:t>
      </w:r>
    </w:p>
    <w:p>
      <w:pPr>
        <w:spacing w:after="62" w:line="259" w:lineRule="auto"/>
      </w:pPr>
      <w:r>
        <w:rPr>
          <w:rFonts w:ascii="Noto Sans" w:hAnsi="Noto Sans" w:cs="Noto Sans Devanagari" w:eastAsia="Noto Sans Devanagari"/>
          <w:b w:val="0"/>
          <w:i w:val="0"/>
          <w:sz w:val="20"/>
        </w:rPr>
        <w:t>(३) विदेशस्थित टुर अपरेटरलाई भुक्तानी पठाउँदा विदेशको टुर अपरेटर/कम्पनी/संस्थाले नै</w:t>
      </w:r>
    </w:p>
    <w:p>
      <w:pPr>
        <w:spacing w:after="62" w:line="259" w:lineRule="auto"/>
      </w:pPr>
      <w:r>
        <w:rPr>
          <w:rFonts w:ascii="Noto Sans" w:hAnsi="Noto Sans" w:cs="Noto Sans Devanagari" w:eastAsia="Noto Sans Devanagari"/>
          <w:b w:val="0"/>
          <w:i w:val="0"/>
          <w:sz w:val="20"/>
        </w:rPr>
        <w:t>भुक्तानी पाउने गरी पठाउनु पर्नेछ ।</w:t>
      </w:r>
    </w:p>
    <w:p>
      <w:pPr>
        <w:spacing w:after="62" w:line="259" w:lineRule="auto"/>
      </w:pPr>
      <w:r>
        <w:rPr>
          <w:rFonts w:ascii="Noto Sans" w:hAnsi="Noto Sans" w:cs="Noto Sans Devanagari" w:eastAsia="Noto Sans Devanagari"/>
          <w:b w:val="0"/>
          <w:i w:val="0"/>
          <w:sz w:val="20"/>
        </w:rPr>
        <w:t>(४) भ्रमणमा जाने नेपाली नागरिकको राहदानी, कन्फर्म हवाई टिकट भिसा लिनुपर्ने भए सो</w:t>
      </w:r>
    </w:p>
    <w:p>
      <w:pPr>
        <w:spacing w:after="62" w:line="259" w:lineRule="auto"/>
      </w:pPr>
      <w:r>
        <w:rPr>
          <w:rFonts w:ascii="Noto Sans" w:hAnsi="Noto Sans" w:cs="Noto Sans Devanagari" w:eastAsia="Noto Sans Devanagari"/>
          <w:b w:val="0"/>
          <w:i w:val="0"/>
          <w:sz w:val="20"/>
        </w:rPr>
        <w:t>समेतको प्रतिलिपि संग्लन हुनुपर्ने छ ।</w:t>
      </w:r>
    </w:p>
    <w:p>
      <w:pPr>
        <w:spacing w:after="62" w:line="259" w:lineRule="auto"/>
      </w:pPr>
      <w:r>
        <w:rPr>
          <w:rFonts w:ascii="Noto Sans" w:hAnsi="Noto Sans" w:cs="Noto Sans Devanagari" w:eastAsia="Noto Sans Devanagari"/>
          <w:b w:val="0"/>
          <w:i w:val="0"/>
          <w:sz w:val="20"/>
        </w:rPr>
        <w:t>(५) उपर्युक्त रकमबाट नपुग भएको खण्डमा भ्रमण गर्ने व्यक्तिले राहदानी सुविधा अन्तर्गत प्राप्त</w:t>
      </w:r>
    </w:p>
    <w:p>
      <w:pPr>
        <w:spacing w:after="62" w:line="259" w:lineRule="auto"/>
      </w:pPr>
      <w:r>
        <w:rPr>
          <w:rFonts w:ascii="Noto Sans" w:hAnsi="Noto Sans" w:cs="Noto Sans Devanagari" w:eastAsia="Noto Sans Devanagari"/>
          <w:b w:val="0"/>
          <w:i w:val="0"/>
          <w:sz w:val="20"/>
        </w:rPr>
        <w:t>गर्ने विदेशी मुद्राको सीमाबाट कट्टा गरी राहदानीमा भुक्तानी दिएको छाप लगाई मात्र सटही</w:t>
      </w:r>
    </w:p>
    <w:p>
      <w:pPr>
        <w:spacing w:after="62" w:line="259" w:lineRule="auto"/>
      </w:pPr>
      <w:r>
        <w:rPr>
          <w:rFonts w:ascii="Noto Sans" w:hAnsi="Noto Sans" w:cs="Noto Sans Devanagari" w:eastAsia="Noto Sans Devanagari"/>
          <w:b w:val="0"/>
          <w:i w:val="0"/>
          <w:sz w:val="20"/>
        </w:rPr>
        <w:t>दिनु पर्नेछ ।</w:t>
      </w:r>
    </w:p>
    <w:p>
      <w:pPr>
        <w:spacing w:after="62" w:line="259" w:lineRule="auto"/>
      </w:pPr>
      <w:r>
        <w:rPr>
          <w:rFonts w:ascii="Noto Sans" w:hAnsi="Noto Sans" w:cs="Noto Sans Devanagari" w:eastAsia="Noto Sans Devanagari"/>
          <w:b w:val="0"/>
          <w:i w:val="0"/>
          <w:sz w:val="20"/>
        </w:rPr>
        <w:t>(६) कथम्कदाचित भ्रमण कार्यक्रम रद्द भएमा पठाएको रकम फिर्ता गर्ने जिम्मेवारी सटहीको</w:t>
      </w:r>
    </w:p>
    <w:p>
      <w:pPr>
        <w:spacing w:after="62" w:line="259" w:lineRule="auto"/>
      </w:pPr>
      <w:r>
        <w:rPr>
          <w:rFonts w:ascii="Noto Sans" w:hAnsi="Noto Sans" w:cs="Noto Sans Devanagari" w:eastAsia="Noto Sans Devanagari"/>
          <w:b w:val="0"/>
          <w:i w:val="0"/>
          <w:sz w:val="20"/>
        </w:rPr>
        <w:t>लागि अनुरोध गर्ने ट्राभल टुर एजेन्सीको हुनेछ ।</w:t>
      </w:r>
    </w:p>
    <w:p>
      <w:pPr>
        <w:spacing w:after="62" w:line="259" w:lineRule="auto"/>
      </w:pPr>
      <w:r>
        <w:rPr>
          <w:rFonts w:ascii="Noto Sans" w:hAnsi="Noto Sans" w:cs="Noto Sans Devanagari" w:eastAsia="Noto Sans Devanagari"/>
          <w:b w:val="0"/>
          <w:i w:val="0"/>
          <w:sz w:val="20"/>
        </w:rPr>
        <w:t>(७) यसरी फिर्ता भएको विदेशी मुद्रा बापत सम्बन्धित बैंकले ट्राभल्स तथा टुर अपरेटरलाई</w:t>
      </w:r>
    </w:p>
    <w:p>
      <w:pPr>
        <w:spacing w:after="62" w:line="259" w:lineRule="auto"/>
      </w:pPr>
      <w:r>
        <w:rPr>
          <w:rFonts w:ascii="Noto Sans" w:hAnsi="Noto Sans" w:cs="Noto Sans Devanagari" w:eastAsia="Noto Sans Devanagari"/>
          <w:b w:val="0"/>
          <w:i w:val="0"/>
          <w:sz w:val="20"/>
        </w:rPr>
        <w:t>नेपाली रुपैयाँमा सटही दिनु पर्नेछ । साथै, इजाजतपत्रप्राप्त ट्राभल तथा टुर एजेन्सीहरूले</w:t>
      </w:r>
    </w:p>
    <w:p>
      <w:pPr>
        <w:spacing w:after="62" w:line="259" w:lineRule="auto"/>
      </w:pPr>
      <w:r>
        <w:rPr>
          <w:rFonts w:ascii="Noto Sans" w:hAnsi="Noto Sans" w:cs="Noto Sans Devanagari" w:eastAsia="Noto Sans Devanagari"/>
          <w:b w:val="0"/>
          <w:i w:val="0"/>
          <w:sz w:val="20"/>
        </w:rPr>
        <w:t>यसरी सटही लिई रकम पठाएको र भ्रमण रद्द भई रकम फिर्ता भएको विवरण यसै साथ</w:t>
      </w:r>
    </w:p>
    <w:p>
      <w:pPr>
        <w:spacing w:after="62" w:line="259" w:lineRule="auto"/>
      </w:pPr>
      <w:r>
        <w:rPr>
          <w:rFonts w:ascii="Noto Sans" w:hAnsi="Noto Sans" w:cs="Noto Sans Devanagari" w:eastAsia="Noto Sans Devanagari"/>
          <w:b w:val="0"/>
          <w:i w:val="0"/>
          <w:sz w:val="20"/>
        </w:rPr>
        <w:t>संलग्न बमोजिमको फाराम भरी मासिक रुपमा यस विभागमा पेश गर्नुपर्ने छ ।</w:t>
      </w:r>
    </w:p>
    <w:p>
      <w:pPr>
        <w:spacing w:after="62" w:line="259" w:lineRule="auto"/>
      </w:pPr>
      <w:r>
        <w:rPr>
          <w:rFonts w:ascii="Noto Sans" w:hAnsi="Noto Sans" w:cs="Noto Sans Devanagari" w:eastAsia="Noto Sans Devanagari"/>
          <w:b w:val="0"/>
          <w:i w:val="0"/>
          <w:sz w:val="20"/>
        </w:rPr>
        <w:t>(८) यस व्यवस्था अन्तर्गतको सटही सुविधा प्रदान गर्दा राहदानीमा दरपीठ गर्नु पर्नेछ ।</w:t>
      </w:r>
    </w:p>
    <w:p>
      <w:pPr>
        <w:spacing w:after="62" w:line="259" w:lineRule="auto"/>
      </w:pPr>
      <w:r>
        <w:rPr>
          <w:rFonts w:ascii="Noto Sans" w:hAnsi="Noto Sans" w:cs="Noto Sans Devanagari" w:eastAsia="Noto Sans Devanagari"/>
          <w:b w:val="0"/>
          <w:i w:val="0"/>
          <w:sz w:val="20"/>
        </w:rPr>
        <w:t>ख. नेपाली टुर अपरेटर मार्फत कैलाश मानसरोवर, तिब्बत जाने भारतीय पर्यटकलाई नेपाली टुर</w:t>
      </w:r>
    </w:p>
    <w:p>
      <w:pPr>
        <w:spacing w:after="62" w:line="259" w:lineRule="auto"/>
      </w:pPr>
      <w:r>
        <w:rPr>
          <w:rFonts w:ascii="Noto Sans" w:hAnsi="Noto Sans" w:cs="Noto Sans Devanagari" w:eastAsia="Noto Sans Devanagari"/>
          <w:b w:val="0"/>
          <w:i w:val="0"/>
          <w:sz w:val="20"/>
        </w:rPr>
        <w:t>अपरेटरले बिक्री गरेको कैलाश जाने टुर प्याकेजलाई व्यवस्थापन गर्ने सम्बन्धमा तिब्बतस्थित</w:t>
      </w:r>
    </w:p>
    <w:p>
      <w:pPr>
        <w:spacing w:after="62" w:line="259" w:lineRule="auto"/>
      </w:pPr>
      <w:r>
        <w:rPr>
          <w:rFonts w:ascii="Noto Sans" w:hAnsi="Noto Sans" w:cs="Noto Sans Devanagari" w:eastAsia="Noto Sans Devanagari"/>
          <w:b w:val="0"/>
          <w:i w:val="0"/>
          <w:sz w:val="20"/>
        </w:rPr>
        <w:t>सम्बन्धित निकायमा जम्मा गर्नुपर्ने रकमको लागि टुर अपरेटरले सटही सुबिधा माग गरेमा देहायका</w:t>
      </w:r>
    </w:p>
    <w:p>
      <w:pPr>
        <w:spacing w:after="62" w:line="259" w:lineRule="auto"/>
      </w:pPr>
      <w:r>
        <w:rPr>
          <w:rFonts w:ascii="Noto Sans" w:hAnsi="Noto Sans" w:cs="Noto Sans Devanagari" w:eastAsia="Noto Sans Devanagari"/>
          <w:b w:val="0"/>
          <w:i w:val="0"/>
          <w:sz w:val="20"/>
        </w:rPr>
        <w:t>आधारमा सटही सुविधा उपलब्ध गराउन सकिने छ ।</w:t>
      </w:r>
    </w:p>
    <w:p>
      <w:pPr>
        <w:spacing w:after="62" w:line="259" w:lineRule="auto"/>
        <w:ind w:left="115"/>
      </w:pPr>
      <w:r>
        <w:rPr>
          <w:rFonts w:ascii="Noto Sans" w:hAnsi="Noto Sans" w:cs="Noto Sans Devanagari" w:eastAsia="Noto Sans Devanagari"/>
          <w:b w:val="0"/>
          <w:i w:val="0"/>
          <w:sz w:val="20"/>
        </w:rPr>
        <w:t>1. टुर अपरेटरले नियमानुसार नेपाल राष्ट्र बैंकबाट विदेशी विनिमय कारोबारको इजाजत पत्र</w:t>
      </w:r>
    </w:p>
    <w:p>
      <w:pPr>
        <w:spacing w:after="62" w:line="259" w:lineRule="auto"/>
      </w:pPr>
      <w:r>
        <w:rPr>
          <w:rFonts w:ascii="Noto Sans" w:hAnsi="Noto Sans" w:cs="Noto Sans Devanagari" w:eastAsia="Noto Sans Devanagari"/>
          <w:b w:val="0"/>
          <w:i w:val="0"/>
          <w:sz w:val="20"/>
        </w:rPr>
        <w:t>लिएको हुनु पर्नेछ ।</w:t>
      </w:r>
    </w:p>
    <w:p>
      <w:pPr>
        <w:spacing w:after="62" w:line="259" w:lineRule="auto"/>
        <w:ind w:left="115"/>
      </w:pPr>
      <w:r>
        <w:rPr>
          <w:rFonts w:ascii="Noto Sans" w:hAnsi="Noto Sans" w:cs="Noto Sans Devanagari" w:eastAsia="Noto Sans Devanagari"/>
          <w:b w:val="0"/>
          <w:i w:val="0"/>
          <w:sz w:val="20"/>
        </w:rPr>
        <w:t>2. प्राप्त भएको प्याकेजबापतको रकमको टुर अपरेटरले Tax Invoice जारी गरेको हुनु पर्नेछ ।</w:t>
      </w:r>
    </w:p>
    <w:p>
      <w:pPr>
        <w:spacing w:after="62" w:line="259" w:lineRule="auto"/>
        <w:ind w:left="115"/>
      </w:pPr>
      <w:r>
        <w:rPr>
          <w:rFonts w:ascii="Noto Sans" w:hAnsi="Noto Sans" w:cs="Noto Sans Devanagari" w:eastAsia="Noto Sans Devanagari"/>
          <w:b w:val="0"/>
          <w:i w:val="0"/>
          <w:sz w:val="20"/>
        </w:rPr>
        <w:t>3. टुर प्याकेजको रकम पठाउँदा तिब्बतस्थित निकायले जारी गरेको यात्रु संख्या र दर उल्लेख</w:t>
      </w:r>
    </w:p>
    <w:p>
      <w:pPr>
        <w:spacing w:after="62" w:line="259" w:lineRule="auto"/>
      </w:pPr>
      <w:r>
        <w:rPr>
          <w:rFonts w:ascii="Noto Sans" w:hAnsi="Noto Sans" w:cs="Noto Sans Devanagari" w:eastAsia="Noto Sans Devanagari"/>
          <w:b w:val="0"/>
          <w:i w:val="0"/>
          <w:sz w:val="20"/>
        </w:rPr>
        <w:t>भएको इन्भ्वाइस प्राप्त गरेको हुनु पर्नेछ । Credit Invoice पेश भएको अवस्थामा खर्च भएको</w:t>
      </w:r>
    </w:p>
    <w:p>
      <w:pPr>
        <w:spacing w:after="62" w:line="259" w:lineRule="auto"/>
      </w:pPr>
      <w:r>
        <w:rPr>
          <w:rFonts w:ascii="Noto Sans" w:hAnsi="Noto Sans" w:cs="Noto Sans Devanagari" w:eastAsia="Noto Sans Devanagari"/>
          <w:b w:val="0"/>
          <w:i w:val="0"/>
          <w:sz w:val="20"/>
        </w:rPr>
        <w:t>Invoice पेश गर्न लगाई बैंकले फाइल अद्यावधिक गर्नु पर्नेछ ।</w:t>
      </w:r>
    </w:p>
    <w:p>
      <w:pPr>
        <w:spacing w:after="62" w:line="259" w:lineRule="auto"/>
        <w:ind w:left="115"/>
      </w:pPr>
      <w:r>
        <w:rPr>
          <w:rFonts w:ascii="Noto Sans" w:hAnsi="Noto Sans" w:cs="Noto Sans Devanagari" w:eastAsia="Noto Sans Devanagari"/>
          <w:b w:val="0"/>
          <w:i w:val="0"/>
          <w:sz w:val="20"/>
        </w:rPr>
        <w:t>4. भ्रमणमा जाने भारतीय नागरिकको राहदानी तथा भिसाको प्रतिलिपि संग्लन हुनुपर्ने छ ।</w:t>
      </w:r>
    </w:p>
    <w:p>
      <w:pPr>
        <w:spacing w:after="62" w:line="259" w:lineRule="auto"/>
        <w:ind w:left="115"/>
      </w:pPr>
      <w:r>
        <w:rPr>
          <w:rFonts w:ascii="Noto Sans" w:hAnsi="Noto Sans" w:cs="Noto Sans Devanagari" w:eastAsia="Noto Sans Devanagari"/>
          <w:b w:val="0"/>
          <w:i w:val="0"/>
          <w:sz w:val="20"/>
        </w:rPr>
        <w:t>5. सटही प्राप्त गर्न नेपालको टुर अपरेटरले बनाएको टुर प्याकेज भारतीय नागरीकले खरिद गरेको</w:t>
      </w:r>
    </w:p>
    <w:p>
      <w:pPr>
        <w:spacing w:after="62" w:line="259" w:lineRule="auto"/>
      </w:pPr>
      <w:r>
        <w:rPr>
          <w:rFonts w:ascii="Noto Sans" w:hAnsi="Noto Sans" w:cs="Noto Sans Devanagari" w:eastAsia="Noto Sans Devanagari"/>
          <w:b w:val="0"/>
          <w:i w:val="0"/>
          <w:sz w:val="20"/>
        </w:rPr>
        <w:t>हुनु पर्नेछ ।</w:t>
      </w:r>
    </w:p>
    <w:p>
      <w:pPr>
        <w:spacing w:after="62" w:line="259" w:lineRule="auto"/>
        <w:ind w:left="115"/>
      </w:pPr>
      <w:r>
        <w:rPr>
          <w:rFonts w:ascii="Noto Sans" w:hAnsi="Noto Sans" w:cs="Noto Sans Devanagari" w:eastAsia="Noto Sans Devanagari"/>
          <w:b w:val="0"/>
          <w:i w:val="0"/>
          <w:sz w:val="20"/>
        </w:rPr>
        <w:t>6. टुर अपरेटरले भारतीय पर्यटकबाट रकम प्राप्त गर्दा निम्न बमोजिम गरेको हुनु पर्नेछ ः</w:t>
      </w:r>
    </w:p>
    <w:p>
      <w:pPr>
        <w:spacing w:after="62" w:line="259" w:lineRule="auto"/>
        <w:ind w:left="115"/>
      </w:pPr>
      <w:r>
        <w:rPr>
          <w:rFonts w:ascii="Noto Sans" w:hAnsi="Noto Sans" w:cs="Noto Sans Devanagari" w:eastAsia="Noto Sans Devanagari"/>
          <w:b w:val="0"/>
          <w:i w:val="0"/>
          <w:sz w:val="20"/>
        </w:rPr>
        <w:t>(क) भारतीय पर्यटकले नियमानुसार साटेको अमेरिकी डलरको निस्साको आधारमा नेपालको</w:t>
      </w:r>
    </w:p>
    <w:p>
      <w:pPr>
        <w:spacing w:after="62" w:line="259" w:lineRule="auto"/>
      </w:pPr>
      <w:r>
        <w:rPr>
          <w:rFonts w:ascii="Noto Sans" w:hAnsi="Noto Sans" w:cs="Noto Sans Devanagari" w:eastAsia="Noto Sans Devanagari"/>
          <w:b w:val="0"/>
          <w:i w:val="0"/>
          <w:sz w:val="20"/>
        </w:rPr>
        <w:t>टुर अपरेटरको डलर खातामा अमेरिकी डलर जम्मा गर्न सकिने छ ।</w:t>
      </w:r>
    </w:p>
    <w:p>
      <w:pPr>
        <w:spacing w:after="62" w:line="259" w:lineRule="auto"/>
        <w:ind w:left="115"/>
      </w:pPr>
      <w:r>
        <w:rPr>
          <w:rFonts w:ascii="Noto Sans" w:hAnsi="Noto Sans" w:cs="Noto Sans Devanagari" w:eastAsia="Noto Sans Devanagari"/>
          <w:b w:val="0"/>
          <w:i w:val="0"/>
          <w:sz w:val="20"/>
        </w:rPr>
        <w:t>(ख) यसरी नगद अमेरिकी डलर स्वीकार गर्दा नियमानुसार FEER जारी गरेको हुनु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(ग) भारतीय पर्यटकले भारतको बैंक/वित्तीय संस्थामार्फत् टुर अपरेटरको नेपाली खातामा</w:t>
      </w:r>
    </w:p>
    <w:p>
      <w:pPr>
        <w:spacing w:after="62" w:line="259" w:lineRule="auto"/>
      </w:pPr>
      <w:r>
        <w:rPr>
          <w:rFonts w:ascii="Noto Sans" w:hAnsi="Noto Sans" w:cs="Noto Sans Devanagari" w:eastAsia="Noto Sans Devanagari"/>
          <w:b w:val="0"/>
          <w:i w:val="0"/>
          <w:sz w:val="20"/>
        </w:rPr>
        <w:t>भा.रु. समेत रकमान्तर गर्न सक्ने छन् ।</w:t>
      </w:r>
    </w:p>
    <w:p>
      <w:pPr>
        <w:spacing w:after="62" w:line="259" w:lineRule="auto"/>
        <w:ind w:left="115"/>
      </w:pPr>
      <w:r>
        <w:rPr>
          <w:rFonts w:ascii="Noto Sans" w:hAnsi="Noto Sans" w:cs="Noto Sans Devanagari" w:eastAsia="Noto Sans Devanagari"/>
          <w:b w:val="0"/>
          <w:i w:val="0"/>
          <w:sz w:val="20"/>
        </w:rPr>
        <w:t>(घ) नेपाल राष्ट्र बैकले भारतीय मुद्रा सटही सम्बन्धमा जारी गरेको निर्देशनको अधिनमा रही</w:t>
      </w:r>
    </w:p>
    <w:p>
      <w:pPr>
        <w:spacing w:after="62" w:line="259" w:lineRule="auto"/>
      </w:pPr>
      <w:r>
        <w:rPr>
          <w:rFonts w:ascii="Noto Sans" w:hAnsi="Noto Sans" w:cs="Noto Sans Devanagari" w:eastAsia="Noto Sans Devanagari"/>
          <w:b w:val="0"/>
          <w:i w:val="0"/>
          <w:sz w:val="20"/>
        </w:rPr>
        <w:t>भारतीय पर्यटकले ल्याएको भारतीय मुद्रा टुर अपरेटरले स्वीकार गरी बैंकमा जम्मा</w:t>
      </w:r>
    </w:p>
    <w:p>
      <w:pPr>
        <w:spacing w:after="62" w:line="259" w:lineRule="auto"/>
      </w:pPr>
      <w:r>
        <w:rPr>
          <w:rFonts w:ascii="Noto Sans" w:hAnsi="Noto Sans" w:cs="Noto Sans Devanagari" w:eastAsia="Noto Sans Devanagari"/>
          <w:b w:val="0"/>
          <w:i w:val="0"/>
          <w:sz w:val="20"/>
        </w:rPr>
        <w:t>गरेको हुनुपर्नेछ ।</w:t>
      </w:r>
    </w:p>
    <w:p>
      <w:pPr>
        <w:spacing w:after="62" w:line="259" w:lineRule="auto"/>
        <w:ind w:left="115"/>
      </w:pPr>
      <w:r>
        <w:rPr>
          <w:rFonts w:ascii="Noto Sans" w:hAnsi="Noto Sans" w:cs="Noto Sans Devanagari" w:eastAsia="Noto Sans Devanagari"/>
          <w:b w:val="0"/>
          <w:i w:val="0"/>
          <w:sz w:val="20"/>
        </w:rPr>
        <w:t>7. उपरोक्त बमोजिम जम्मा भएको तथा प्राप्त हुन आएको रकमबाट तातोपानी वा केरुङको मार्ग</w:t>
      </w:r>
    </w:p>
    <w:p>
      <w:pPr>
        <w:spacing w:after="62" w:line="259" w:lineRule="auto"/>
      </w:pPr>
      <w:r>
        <w:rPr>
          <w:rFonts w:ascii="Noto Sans" w:hAnsi="Noto Sans" w:cs="Noto Sans Devanagari" w:eastAsia="Noto Sans Devanagari"/>
          <w:b w:val="0"/>
          <w:i w:val="0"/>
          <w:sz w:val="20"/>
        </w:rPr>
        <w:t>भई जाने पर्यटकको हकमा पर्यटकबाट प्याकेज बापत प्राप्त भएको रकमको प्रचलित दरमा</w:t>
      </w:r>
    </w:p>
    <w:p>
      <w:pPr>
        <w:spacing w:after="62" w:line="259" w:lineRule="auto"/>
      </w:pPr>
      <w:r>
        <w:rPr>
          <w:rFonts w:ascii="Noto Sans" w:hAnsi="Noto Sans" w:cs="Noto Sans Devanagari" w:eastAsia="Noto Sans Devanagari"/>
          <w:b w:val="0"/>
          <w:i w:val="0"/>
          <w:sz w:val="20"/>
        </w:rPr>
        <w:t>युयान वा अमेरिकी डलर चीनको स्वशासित क्षेत्र तिब्बतको ल्हासास्थित सरकारी निकाय,</w:t>
      </w:r>
    </w:p>
    <w:p>
      <w:pPr>
        <w:spacing w:after="62" w:line="259" w:lineRule="auto"/>
      </w:pPr>
      <w:r>
        <w:rPr>
          <w:rFonts w:ascii="Noto Sans" w:hAnsi="Noto Sans" w:cs="Noto Sans Devanagari" w:eastAsia="Noto Sans Devanagari"/>
          <w:b w:val="0"/>
          <w:i w:val="0"/>
          <w:sz w:val="20"/>
        </w:rPr>
        <w:t>Foreign Exchange Center वा Center ले तोकेको बैंक एवम् सम्बन्धित निकायको खातामा</w:t>
      </w:r>
    </w:p>
    <w:p>
      <w:pPr>
        <w:spacing w:after="62" w:line="259" w:lineRule="auto"/>
      </w:pPr>
      <w:r>
        <w:rPr>
          <w:rFonts w:ascii="Noto Sans" w:hAnsi="Noto Sans" w:cs="Noto Sans Devanagari" w:eastAsia="Noto Sans Devanagari"/>
          <w:b w:val="0"/>
          <w:i w:val="0"/>
          <w:sz w:val="20"/>
        </w:rPr>
        <w:t>जम्मा रकमको ७०% सम्म पठाउन सकिने छ ।</w:t>
      </w:r>
    </w:p>
    <w:p>
      <w:pPr>
        <w:spacing w:after="62" w:line="259" w:lineRule="auto"/>
        <w:ind w:left="115"/>
      </w:pPr>
      <w:r>
        <w:rPr>
          <w:rFonts w:ascii="Noto Sans" w:hAnsi="Noto Sans" w:cs="Noto Sans Devanagari" w:eastAsia="Noto Sans Devanagari"/>
          <w:b w:val="0"/>
          <w:i w:val="0"/>
          <w:sz w:val="20"/>
        </w:rPr>
        <w:t>8. तातोपानी वा केरुङ नाका बाहेक अन्य नाकाबाट कैलाश मानसरोवर तिर्थयात्रामा जाने भारतीय</w:t>
      </w:r>
    </w:p>
    <w:p>
      <w:pPr>
        <w:spacing w:after="62" w:line="259" w:lineRule="auto"/>
      </w:pPr>
      <w:r>
        <w:rPr>
          <w:rFonts w:ascii="Noto Sans" w:hAnsi="Noto Sans" w:cs="Noto Sans Devanagari" w:eastAsia="Noto Sans Devanagari"/>
          <w:b w:val="0"/>
          <w:i w:val="0"/>
          <w:sz w:val="20"/>
        </w:rPr>
        <w:t>पर्यटकहरूको लागि पर्यटकबाट प्याकेज बापत प्राप्त भएको विदेशी मुद्राको बढीमा ५०%</w:t>
      </w:r>
    </w:p>
    <w:p>
      <w:pPr>
        <w:spacing w:after="62" w:line="259" w:lineRule="auto"/>
      </w:pPr>
      <w:r>
        <w:rPr>
          <w:rFonts w:ascii="Noto Sans" w:hAnsi="Noto Sans" w:cs="Noto Sans Devanagari" w:eastAsia="Noto Sans Devanagari"/>
          <w:b w:val="0"/>
          <w:i w:val="0"/>
          <w:sz w:val="20"/>
        </w:rPr>
        <w:t>रकमसम्म तिब्बतको सम्बन्धित निकायलाई पठाउन सकिने छ ।</w:t>
      </w:r>
    </w:p>
    <w:p>
      <w:pPr>
        <w:spacing w:after="62" w:line="259" w:lineRule="auto"/>
        <w:ind w:left="115"/>
      </w:pPr>
      <w:r>
        <w:rPr>
          <w:rFonts w:ascii="Noto Sans" w:hAnsi="Noto Sans" w:cs="Noto Sans Devanagari" w:eastAsia="Noto Sans Devanagari"/>
          <w:b w:val="0"/>
          <w:i w:val="0"/>
          <w:sz w:val="20"/>
        </w:rPr>
        <w:t>9. भ्रमण कार्यक्रम रद्द भएमा पठाएको रकम फिर्ता गर्ने जिम्मेवारी सटहीको लागि अनुरोध गर्ने</w:t>
      </w:r>
    </w:p>
    <w:p>
      <w:pPr>
        <w:spacing w:after="62" w:line="259" w:lineRule="auto"/>
      </w:pPr>
      <w:r>
        <w:rPr>
          <w:rFonts w:ascii="Noto Sans" w:hAnsi="Noto Sans" w:cs="Noto Sans Devanagari" w:eastAsia="Noto Sans Devanagari"/>
          <w:b w:val="0"/>
          <w:i w:val="0"/>
          <w:sz w:val="20"/>
        </w:rPr>
        <w:t>टुर अपरेटरको हुनेछ ।</w:t>
      </w:r>
    </w:p>
    <w:p>
      <w:pPr>
        <w:spacing w:after="62" w:line="259" w:lineRule="auto"/>
        <w:ind w:left="115"/>
      </w:pPr>
      <w:r>
        <w:rPr>
          <w:rFonts w:ascii="Noto Sans" w:hAnsi="Noto Sans" w:cs="Noto Sans Devanagari" w:eastAsia="Noto Sans Devanagari"/>
          <w:b w:val="0"/>
          <w:i w:val="0"/>
          <w:sz w:val="20"/>
        </w:rPr>
        <w:t>10. माथि खण्ड (ख) को (९) बमोजिम फिर्ता भएको विदेशी मुद्रा बापत सम्बन्धित बैंकले ट्राभल्स</w:t>
      </w:r>
    </w:p>
    <w:p>
      <w:pPr>
        <w:spacing w:after="62" w:line="259" w:lineRule="auto"/>
      </w:pPr>
      <w:r>
        <w:rPr>
          <w:rFonts w:ascii="Noto Sans" w:hAnsi="Noto Sans" w:cs="Noto Sans Devanagari" w:eastAsia="Noto Sans Devanagari"/>
          <w:b w:val="0"/>
          <w:i w:val="0"/>
          <w:sz w:val="20"/>
        </w:rPr>
        <w:t>तथा टुर अपरेटरलाई नेपाली रुपैयाँमा सटही दिनु पर्नेछ । यसरी प्राप्त नेपाली रुपैयाँमा सम्बन्धित</w:t>
      </w:r>
    </w:p>
    <w:p>
      <w:pPr>
        <w:spacing w:after="62" w:line="259" w:lineRule="auto"/>
      </w:pPr>
      <w:r>
        <w:rPr>
          <w:rFonts w:ascii="Noto Sans" w:hAnsi="Noto Sans" w:cs="Noto Sans Devanagari" w:eastAsia="Noto Sans Devanagari"/>
          <w:b w:val="0"/>
          <w:i w:val="0"/>
          <w:sz w:val="20"/>
        </w:rPr>
        <w:t>पर्यटकले भारत पठाउन चाहेमा बैंकले ड्राफ्ट, टीटी आदि बैकिङ्घ उपकरणको माध्यमबाट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ind w:left="115"/>
      </w:pPr>
      <w:r>
        <w:rPr>
          <w:rFonts w:ascii="Noto Sans" w:hAnsi="Noto Sans" w:cs="Noto Sans Devanagari" w:eastAsia="Noto Sans Devanagari"/>
          <w:b w:val="0"/>
          <w:i w:val="0"/>
          <w:sz w:val="20"/>
        </w:rPr>
        <w:t>11. इजाजतपत्रप्राप्त टुर अपरेटरहरूले यसरी सटही लिई रकम पठाएको र भ्रमण रद्द भई रकम</w:t>
      </w:r>
    </w:p>
    <w:p>
      <w:pPr>
        <w:spacing w:after="62" w:line="259" w:lineRule="auto"/>
      </w:pPr>
      <w:r>
        <w:rPr>
          <w:rFonts w:ascii="Noto Sans" w:hAnsi="Noto Sans" w:cs="Noto Sans Devanagari" w:eastAsia="Noto Sans Devanagari"/>
          <w:b w:val="0"/>
          <w:i w:val="0"/>
          <w:sz w:val="20"/>
        </w:rPr>
        <w:t>फिर्ता भएको विवरण मासिक रुपमा यस विभागमा पेश गर्नुपर्ने छ ।</w:t>
      </w:r>
    </w:p>
    <w:p>
      <w:pPr>
        <w:keepNext/>
        <w:spacing w:before="200" w:after="80"/>
        <w:pBdr>
          <w:bottom w:val="single" w:sz="12" w:space="2" w:color="2F5597"/>
        </w:pBdr>
      </w:pPr>
      <w:r>
        <w:rPr>
          <w:rFonts w:ascii="Noto Sans" w:hAnsi="Noto Sans" w:cs="Noto Sans Devanagari" w:eastAsia="Noto Sans Devanagari"/>
          <w:b/>
          <w:i w:val="0"/>
          <w:color w:val="2F5597"/>
          <w:sz w:val="24"/>
        </w:rPr>
        <w:t>11. Foreign Exchange for Tour Operators Engaged in Package Tours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11. Provisions Relating to Foreign Exchange Provided to Tour Operators Engaged in Package Tours</w:t>
      </w:r>
    </w:p>
    <w:p>
      <w:pPr>
        <w:spacing w:after="70" w:line="259" w:lineRule="auto"/>
      </w:pPr>
      <w:r>
        <w:rPr>
          <w:rFonts w:ascii="Noto Sans" w:hAnsi="Noto Sans" w:cs="Noto Sans Devanagari" w:eastAsia="Noto Sans Devanagari"/>
          <w:b w:val="0"/>
          <w:i w:val="0"/>
          <w:color w:val="222222"/>
          <w:sz w:val="18"/>
        </w:rPr>
        <w:t>Where Nepali travel/tour companies licensed by this Bank to conduct foreign exchange transactions themselves provide, or cooperate with agencies abroad to provide, various tour-package services for foreign travel and require foreign currency to remit payment to a tour operator abroad, banks and financial institutions may remit payment so that it is credited in the name of the company/institution abroad. Further, where a Nepali tour operator providing services to Indian tourists under a Mansarovar Kailash package requests exchange on the basis of foreign-currency expenditure made in Nepal by the Indian tourists, exchange may be provided as follows:</w:t>
      </w:r>
    </w:p>
    <w:p>
      <w:pPr>
        <w:spacing w:after="70" w:line="259" w:lineRule="auto"/>
      </w:pPr>
      <w:r>
        <w:rPr>
          <w:rFonts w:ascii="Noto Sans" w:hAnsi="Noto Sans" w:cs="Noto Sans Devanagari" w:eastAsia="Noto Sans Devanagari"/>
          <w:b w:val="0"/>
          <w:i w:val="0"/>
          <w:color w:val="222222"/>
          <w:sz w:val="18"/>
        </w:rPr>
        <w:t>A. For Nepali citizens travelling abroad, payment may be remitted within the foreign-currency limit of up to USD 1,000 per person available under the passport facility, on the following basis:</w:t>
      </w:r>
    </w:p>
    <w:p>
      <w:pPr>
        <w:spacing w:after="70" w:line="259" w:lineRule="auto"/>
      </w:pPr>
      <w:r>
        <w:rPr>
          <w:rFonts w:ascii="Noto Sans" w:hAnsi="Noto Sans" w:cs="Noto Sans Devanagari" w:eastAsia="Noto Sans Devanagari"/>
          <w:b w:val="0"/>
          <w:i w:val="0"/>
          <w:color w:val="222222"/>
          <w:sz w:val="18"/>
        </w:rPr>
        <w:t>(1) The travel/tour company requesting exchange shall submit an application to the bank with which it conducts its transactions.</w:t>
      </w:r>
    </w:p>
    <w:p>
      <w:pPr>
        <w:spacing w:after="70" w:line="259" w:lineRule="auto"/>
      </w:pPr>
      <w:r>
        <w:rPr>
          <w:rFonts w:ascii="Noto Sans" w:hAnsi="Noto Sans" w:cs="Noto Sans Devanagari" w:eastAsia="Noto Sans Devanagari"/>
          <w:b w:val="0"/>
          <w:i w:val="0"/>
          <w:color w:val="222222"/>
          <w:sz w:val="18"/>
        </w:rPr>
        <w:t>(2) An invoice issued by the concerned company/institution operating the tour package abroad, stating the number of passengers and the rate, shall be attached.</w:t>
      </w:r>
    </w:p>
    <w:p>
      <w:pPr>
        <w:spacing w:after="70" w:line="259" w:lineRule="auto"/>
      </w:pPr>
      <w:r>
        <w:rPr>
          <w:rFonts w:ascii="Noto Sans" w:hAnsi="Noto Sans" w:cs="Noto Sans Devanagari" w:eastAsia="Noto Sans Devanagari"/>
          <w:b w:val="0"/>
          <w:i w:val="0"/>
          <w:color w:val="222222"/>
          <w:sz w:val="18"/>
        </w:rPr>
        <w:t>(3) When remitting payment to the tour operator abroad, the payment shall be remitted so that the tour operator/company/institution abroad receives it.</w:t>
      </w:r>
    </w:p>
    <w:p>
      <w:pPr>
        <w:spacing w:after="70" w:line="259" w:lineRule="auto"/>
      </w:pPr>
      <w:r>
        <w:rPr>
          <w:rFonts w:ascii="Noto Sans" w:hAnsi="Noto Sans" w:cs="Noto Sans Devanagari" w:eastAsia="Noto Sans Devanagari"/>
          <w:b w:val="0"/>
          <w:i w:val="0"/>
          <w:color w:val="222222"/>
          <w:sz w:val="18"/>
        </w:rPr>
        <w:t>(4) Copies of the passport, confirmed air ticket and, where a visa is required, the visa of the Nepali citizen travelling shall be attached.</w:t>
      </w:r>
    </w:p>
    <w:p>
      <w:pPr>
        <w:spacing w:after="70" w:line="259" w:lineRule="auto"/>
      </w:pPr>
      <w:r>
        <w:rPr>
          <w:rFonts w:ascii="Noto Sans" w:hAnsi="Noto Sans" w:cs="Noto Sans Devanagari" w:eastAsia="Noto Sans Devanagari"/>
          <w:b w:val="0"/>
          <w:i w:val="0"/>
          <w:color w:val="222222"/>
          <w:sz w:val="18"/>
        </w:rPr>
        <w:t>(5) Where the aforesaid amount is insufficient, exchange shall be provided only after deducting the required amount from the foreign-currency limit available to the traveller under the passport facility and endorsing the payment in the passport.</w:t>
      </w:r>
    </w:p>
    <w:p>
      <w:pPr>
        <w:spacing w:after="70" w:line="259" w:lineRule="auto"/>
      </w:pPr>
      <w:r>
        <w:rPr>
          <w:rFonts w:ascii="Noto Sans" w:hAnsi="Noto Sans" w:cs="Noto Sans Devanagari" w:eastAsia="Noto Sans Devanagari"/>
          <w:b w:val="0"/>
          <w:i w:val="0"/>
          <w:color w:val="222222"/>
          <w:sz w:val="18"/>
        </w:rPr>
        <w:t>(6) If the tour programme is cancelled, the travel/tour agency requesting exchange shall be responsible for refund of the amount remitted.</w:t>
      </w:r>
    </w:p>
    <w:p>
      <w:pPr>
        <w:spacing w:after="70" w:line="259" w:lineRule="auto"/>
      </w:pPr>
      <w:r>
        <w:rPr>
          <w:rFonts w:ascii="Noto Sans" w:hAnsi="Noto Sans" w:cs="Noto Sans Devanagari" w:eastAsia="Noto Sans Devanagari"/>
          <w:b w:val="0"/>
          <w:i w:val="0"/>
          <w:color w:val="222222"/>
          <w:sz w:val="18"/>
        </w:rPr>
        <w:t>(7) For foreign currency so refunded, the concerned bank shall provide the travel and tour operator exchange in Nepali rupees. Licensed travel and tour agencies shall also complete the attached form and submit monthly to this Department details of amounts remitted after obtaining exchange and amounts refunded due to cancellation of tours.</w:t>
      </w:r>
    </w:p>
    <w:p>
      <w:pPr>
        <w:spacing w:after="70" w:line="259" w:lineRule="auto"/>
      </w:pPr>
      <w:r>
        <w:rPr>
          <w:rFonts w:ascii="Noto Sans" w:hAnsi="Noto Sans" w:cs="Noto Sans Devanagari" w:eastAsia="Noto Sans Devanagari"/>
          <w:b w:val="0"/>
          <w:i w:val="0"/>
          <w:color w:val="222222"/>
          <w:sz w:val="18"/>
        </w:rPr>
        <w:t>(8) Exchange facility provided under this provision shall be endorsed in the passport.</w:t>
      </w:r>
    </w:p>
    <w:p>
      <w:pPr>
        <w:spacing w:after="70" w:line="259" w:lineRule="auto"/>
      </w:pPr>
      <w:r>
        <w:rPr>
          <w:rFonts w:ascii="Noto Sans" w:hAnsi="Noto Sans" w:cs="Noto Sans Devanagari" w:eastAsia="Noto Sans Devanagari"/>
          <w:b w:val="0"/>
          <w:i w:val="0"/>
          <w:color w:val="222222"/>
          <w:sz w:val="18"/>
        </w:rPr>
        <w:t>B. Where a Nepali tour operator requests exchange facility for the amount required to be deposited with the concerned entity in Tibet for management of a Kailash tour package sold by the Nepali tour operator to Indian tourists travelling to Kailash Mansarovar, Tibet through the Nepali tour operator, exchange facility may be provided on the following basis:</w:t>
      </w:r>
    </w:p>
    <w:p>
      <w:pPr>
        <w:spacing w:after="70" w:line="259" w:lineRule="auto"/>
        <w:ind w:left="115"/>
      </w:pPr>
      <w:r>
        <w:rPr>
          <w:rFonts w:ascii="Noto Sans" w:hAnsi="Noto Sans" w:cs="Noto Sans Devanagari" w:eastAsia="Noto Sans Devanagari"/>
          <w:b w:val="0"/>
          <w:i w:val="0"/>
          <w:color w:val="222222"/>
          <w:sz w:val="18"/>
        </w:rPr>
        <w:t>1. The tour operator shall have duly obtained a licence from Nepal Rastra Bank to conduct foreign exchange transactions.</w:t>
      </w:r>
    </w:p>
    <w:p>
      <w:pPr>
        <w:spacing w:after="70" w:line="259" w:lineRule="auto"/>
        <w:ind w:left="115"/>
      </w:pPr>
      <w:r>
        <w:rPr>
          <w:rFonts w:ascii="Noto Sans" w:hAnsi="Noto Sans" w:cs="Noto Sans Devanagari" w:eastAsia="Noto Sans Devanagari"/>
          <w:b w:val="0"/>
          <w:i w:val="0"/>
          <w:color w:val="222222"/>
          <w:sz w:val="18"/>
        </w:rPr>
        <w:t>2. The tour operator shall have issued a Tax Invoice for the amount received for the package.</w:t>
      </w:r>
    </w:p>
    <w:p>
      <w:pPr>
        <w:spacing w:after="70" w:line="259" w:lineRule="auto"/>
        <w:ind w:left="115"/>
      </w:pPr>
      <w:r>
        <w:rPr>
          <w:rFonts w:ascii="Noto Sans" w:hAnsi="Noto Sans" w:cs="Noto Sans Devanagari" w:eastAsia="Noto Sans Devanagari"/>
          <w:b w:val="0"/>
          <w:i w:val="0"/>
          <w:color w:val="222222"/>
          <w:sz w:val="18"/>
        </w:rPr>
        <w:t>3. For remittance of the tour-package amount, an invoice issued by the entity in Tibet specifying the number of passengers and rate shall have been obtained. Where a Credit Invoice is submitted, the bank shall require submission of the invoice evidencing the actual expenditure and update the file.</w:t>
      </w:r>
    </w:p>
    <w:p>
      <w:pPr>
        <w:spacing w:after="70" w:line="259" w:lineRule="auto"/>
        <w:ind w:left="115"/>
      </w:pPr>
      <w:r>
        <w:rPr>
          <w:rFonts w:ascii="Noto Sans" w:hAnsi="Noto Sans" w:cs="Noto Sans Devanagari" w:eastAsia="Noto Sans Devanagari"/>
          <w:b w:val="0"/>
          <w:i w:val="0"/>
          <w:color w:val="222222"/>
          <w:sz w:val="18"/>
        </w:rPr>
        <w:t>4. Copies of the passports and visas of the Indian citizens travelling shall be attached.</w:t>
      </w:r>
    </w:p>
    <w:p>
      <w:pPr>
        <w:spacing w:after="70" w:line="259" w:lineRule="auto"/>
        <w:ind w:left="115"/>
      </w:pPr>
      <w:r>
        <w:rPr>
          <w:rFonts w:ascii="Noto Sans" w:hAnsi="Noto Sans" w:cs="Noto Sans Devanagari" w:eastAsia="Noto Sans Devanagari"/>
          <w:b w:val="0"/>
          <w:i w:val="0"/>
          <w:color w:val="222222"/>
          <w:sz w:val="18"/>
        </w:rPr>
        <w:t>5. To obtain foreign exchange, the tour package prepared by the Nepali tour operator shall have been purchased by the Indian citizen.</w:t>
      </w:r>
    </w:p>
    <w:p>
      <w:pPr>
        <w:spacing w:after="70" w:line="259" w:lineRule="auto"/>
        <w:ind w:left="115"/>
      </w:pPr>
      <w:r>
        <w:rPr>
          <w:rFonts w:ascii="Noto Sans" w:hAnsi="Noto Sans" w:cs="Noto Sans Devanagari" w:eastAsia="Noto Sans Devanagari"/>
          <w:b w:val="0"/>
          <w:i w:val="0"/>
          <w:color w:val="222222"/>
          <w:sz w:val="18"/>
        </w:rPr>
        <w:t>6. When receiving amounts from Indian tourists, the tour operator shall have done the following:</w:t>
      </w:r>
    </w:p>
    <w:p>
      <w:pPr>
        <w:spacing w:after="70" w:line="259" w:lineRule="auto"/>
        <w:ind w:left="115"/>
      </w:pPr>
      <w:r>
        <w:rPr>
          <w:rFonts w:ascii="Noto Sans" w:hAnsi="Noto Sans" w:cs="Noto Sans Devanagari" w:eastAsia="Noto Sans Devanagari"/>
          <w:b w:val="0"/>
          <w:i w:val="0"/>
          <w:color w:val="222222"/>
          <w:sz w:val="18"/>
        </w:rPr>
        <w:t>(a) On the basis of evidence that the Indian tourist exchanged US dollars in accordance with the rules, US dollars may be deposited in the dollar account of the Nepali tour operator.</w:t>
      </w:r>
    </w:p>
    <w:p>
      <w:pPr>
        <w:spacing w:after="70" w:line="259" w:lineRule="auto"/>
        <w:ind w:left="115"/>
      </w:pPr>
      <w:r>
        <w:rPr>
          <w:rFonts w:ascii="Noto Sans" w:hAnsi="Noto Sans" w:cs="Noto Sans Devanagari" w:eastAsia="Noto Sans Devanagari"/>
          <w:b w:val="0"/>
          <w:i w:val="0"/>
          <w:color w:val="222222"/>
          <w:sz w:val="18"/>
        </w:rPr>
        <w:t>(b) When cash US dollars are accepted in this manner, an FEER shall have been issued in accordance with the rules.</w:t>
      </w:r>
    </w:p>
    <w:p>
      <w:pPr>
        <w:spacing w:after="70" w:line="259" w:lineRule="auto"/>
        <w:ind w:left="115"/>
      </w:pPr>
      <w:r>
        <w:rPr>
          <w:rFonts w:ascii="Noto Sans" w:hAnsi="Noto Sans" w:cs="Noto Sans Devanagari" w:eastAsia="Noto Sans Devanagari"/>
          <w:b w:val="0"/>
          <w:i w:val="0"/>
          <w:color w:val="222222"/>
          <w:sz w:val="18"/>
        </w:rPr>
        <w:t>(c) An Indian tourist may also transfer Indian rupees through a bank/financial institution in India to the Nepali account of the tour operator.</w:t>
      </w:r>
    </w:p>
    <w:p>
      <w:pPr>
        <w:spacing w:after="70" w:line="259" w:lineRule="auto"/>
        <w:ind w:left="115"/>
      </w:pPr>
      <w:r>
        <w:rPr>
          <w:rFonts w:ascii="Noto Sans" w:hAnsi="Noto Sans" w:cs="Noto Sans Devanagari" w:eastAsia="Noto Sans Devanagari"/>
          <w:b w:val="0"/>
          <w:i w:val="0"/>
          <w:color w:val="222222"/>
          <w:sz w:val="18"/>
        </w:rPr>
        <w:t>(d) Subject to the directions issued by Nepal Rastra Bank concerning exchange of Indian currency, Indian currency brought by Indian tourists shall have been accepted by the tour operator and deposited with the bank.</w:t>
      </w:r>
    </w:p>
    <w:p>
      <w:pPr>
        <w:spacing w:after="70" w:line="259" w:lineRule="auto"/>
        <w:ind w:left="115"/>
      </w:pPr>
      <w:r>
        <w:rPr>
          <w:rFonts w:ascii="Noto Sans" w:hAnsi="Noto Sans" w:cs="Noto Sans Devanagari" w:eastAsia="Noto Sans Devanagari"/>
          <w:b w:val="0"/>
          <w:i w:val="0"/>
          <w:color w:val="222222"/>
          <w:sz w:val="18"/>
        </w:rPr>
        <w:t>7. From amounts deposited and received as above, in the case of tourists travelling through Tatopani or Kerung, up to 70% of the amount received from tourists for the package may be remitted, at the prevailing exchange rate in yuan or US dollars, to the governmental body, Foreign Exchange Center, a bank designated by the Center, or the account of the concerned entity in Lhasa, Tibet Autonomous Region of China.</w:t>
      </w:r>
    </w:p>
    <w:p>
      <w:pPr>
        <w:spacing w:after="70" w:line="259" w:lineRule="auto"/>
        <w:ind w:left="115"/>
      </w:pPr>
      <w:r>
        <w:rPr>
          <w:rFonts w:ascii="Noto Sans" w:hAnsi="Noto Sans" w:cs="Noto Sans Devanagari" w:eastAsia="Noto Sans Devanagari"/>
          <w:b w:val="0"/>
          <w:i w:val="0"/>
          <w:color w:val="222222"/>
          <w:sz w:val="18"/>
        </w:rPr>
        <w:t>8. For Indian tourists going on the Kailash Mansarovar pilgrimage through checkpoints other than Tatopani or Kerung, up to 50% of the foreign currency received from the tourists for the package may be remitted to the concerned entity in Tibet.</w:t>
      </w:r>
    </w:p>
    <w:p>
      <w:pPr>
        <w:spacing w:after="70" w:line="259" w:lineRule="auto"/>
        <w:ind w:left="115"/>
      </w:pPr>
      <w:r>
        <w:rPr>
          <w:rFonts w:ascii="Noto Sans" w:hAnsi="Noto Sans" w:cs="Noto Sans Devanagari" w:eastAsia="Noto Sans Devanagari"/>
          <w:b w:val="0"/>
          <w:i w:val="0"/>
          <w:color w:val="222222"/>
          <w:sz w:val="18"/>
        </w:rPr>
        <w:t>9. If the tour programme is cancelled, the tour operator requesting exchange shall be responsible for refund of the amount remitted.</w:t>
      </w:r>
    </w:p>
    <w:p>
      <w:pPr>
        <w:spacing w:after="70" w:line="259" w:lineRule="auto"/>
        <w:ind w:left="115"/>
      </w:pPr>
      <w:r>
        <w:rPr>
          <w:rFonts w:ascii="Noto Sans" w:hAnsi="Noto Sans" w:cs="Noto Sans Devanagari" w:eastAsia="Noto Sans Devanagari"/>
          <w:b w:val="0"/>
          <w:i w:val="0"/>
          <w:color w:val="222222"/>
          <w:sz w:val="18"/>
        </w:rPr>
        <w:t>10. For foreign currency refunded pursuant to point (9) of sub-clause (B), the concerned bank shall provide the travel and tour operator exchange in Nepali rupees. Where the concerned tourist wishes to remit the Nepali rupees so received to India, the bank may remit the amount through banking instruments such as draft or T.T.</w:t>
      </w:r>
    </w:p>
    <w:p>
      <w:pPr>
        <w:spacing w:after="70" w:line="259" w:lineRule="auto"/>
        <w:ind w:left="115"/>
      </w:pPr>
      <w:r>
        <w:rPr>
          <w:rFonts w:ascii="Noto Sans" w:hAnsi="Noto Sans" w:cs="Noto Sans Devanagari" w:eastAsia="Noto Sans Devanagari"/>
          <w:b w:val="0"/>
          <w:i w:val="0"/>
          <w:color w:val="222222"/>
          <w:sz w:val="18"/>
        </w:rPr>
        <w:t>11. Licensed tour operators shall submit monthly to this Department details of amounts remitted after obtaining exchange and amounts refunded due to cancellation of tours.</w:t>
      </w:r>
    </w:p>
    <w:p>
      <w:pPr>
        <w:keepNext/>
        <w:spacing w:before="200" w:after="80"/>
        <w:pBdr>
          <w:bottom w:val="single" w:sz="12" w:space="2" w:color="17365D"/>
        </w:pBdr>
      </w:pPr>
      <w:r>
        <w:rPr>
          <w:rFonts w:ascii="Noto Sans" w:hAnsi="Noto Sans" w:cs="Noto Sans Devanagari" w:eastAsia="Noto Sans Devanagari"/>
          <w:b/>
          <w:i w:val="0"/>
          <w:color w:val="17365D"/>
          <w:sz w:val="25"/>
        </w:rPr>
        <w:t>१२. अमेरिकी डलरको सटही सुविधा अन्य परिवर्त्य विदेशी मुद्रामा समेत</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१२. यस परिपत्र बमोजिमको अमेरिकी डलरमा प्रदान गरिने सटही सुविधा आवश्यकतानुसार सो बराबरको अन्य</w:t>
      </w:r>
    </w:p>
    <w:p>
      <w:pPr>
        <w:spacing w:after="62" w:line="259" w:lineRule="auto"/>
      </w:pPr>
      <w:r>
        <w:rPr>
          <w:rFonts w:ascii="Noto Sans" w:hAnsi="Noto Sans" w:cs="Noto Sans Devanagari" w:eastAsia="Noto Sans Devanagari"/>
          <w:b w:val="0"/>
          <w:i w:val="0"/>
          <w:sz w:val="20"/>
        </w:rPr>
        <w:t>परिवर्त्य विदेशी मुद्रामा समेत प्रदान गर्न सकिने छ ।</w:t>
      </w:r>
    </w:p>
    <w:p>
      <w:pPr>
        <w:keepNext/>
        <w:spacing w:before="200" w:after="80"/>
        <w:pBdr>
          <w:bottom w:val="single" w:sz="12" w:space="2" w:color="2F5597"/>
        </w:pBdr>
      </w:pPr>
      <w:r>
        <w:rPr>
          <w:rFonts w:ascii="Noto Sans" w:hAnsi="Noto Sans" w:cs="Noto Sans Devanagari" w:eastAsia="Noto Sans Devanagari"/>
          <w:b/>
          <w:i w:val="0"/>
          <w:color w:val="2F5597"/>
          <w:sz w:val="24"/>
        </w:rPr>
        <w:t>12. USD Exchange Facility May Be Provided in Other Convertible Currency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12. Exchange facility specified in US dollars under this Circular may, as required, also be provided in an equivalent amount of another convertible foreign currency.</w:t>
      </w:r>
    </w:p>
    <w:p>
      <w:pPr>
        <w:keepNext/>
        <w:spacing w:before="200" w:after="80"/>
        <w:pBdr>
          <w:bottom w:val="single" w:sz="12" w:space="2" w:color="17365D"/>
        </w:pBdr>
      </w:pPr>
      <w:r>
        <w:rPr>
          <w:rFonts w:ascii="Noto Sans" w:hAnsi="Noto Sans" w:cs="Noto Sans Devanagari" w:eastAsia="Noto Sans Devanagari"/>
          <w:b/>
          <w:i w:val="0"/>
          <w:color w:val="17365D"/>
          <w:sz w:val="25"/>
        </w:rPr>
        <w:t>१३. तेस्रो मुलुकबाट लिएको सेवाको भुक्तानीमा लाग्ने कर</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१३. परिवर्त्य विदेशी मुद्रामा भुक्तानी हुनेगरी तेस्रो मुलुकबाट लिएको सेवाको सटही स्वीकृति प्रदान गर्दा नेपाल</w:t>
      </w:r>
    </w:p>
    <w:p>
      <w:pPr>
        <w:spacing w:after="62" w:line="259" w:lineRule="auto"/>
      </w:pPr>
      <w:r>
        <w:rPr>
          <w:rFonts w:ascii="Noto Sans" w:hAnsi="Noto Sans" w:cs="Noto Sans Devanagari" w:eastAsia="Noto Sans Devanagari"/>
          <w:b w:val="0"/>
          <w:i w:val="0"/>
          <w:sz w:val="20"/>
        </w:rPr>
        <w:t>सरकारलाई भुक्तानी गर्नुपर्ने अग्रिम आयकर (TDS) लगायतका नियमानुसार लाग्ने कर यस बैंकले प्रकाशन</w:t>
      </w:r>
    </w:p>
    <w:p>
      <w:pPr>
        <w:spacing w:after="62" w:line="259" w:lineRule="auto"/>
      </w:pPr>
      <w:r>
        <w:rPr>
          <w:rFonts w:ascii="Noto Sans" w:hAnsi="Noto Sans" w:cs="Noto Sans Devanagari" w:eastAsia="Noto Sans Devanagari"/>
          <w:b w:val="0"/>
          <w:i w:val="0"/>
          <w:sz w:val="20"/>
        </w:rPr>
        <w:t>गरेको परिवर्त्य विदेशी मुद्राको बिक्रीदरको आधारमा गणना गरी दाखिला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13. Taxes on Payment for Services Obtained from Third Countries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13. When approving foreign exchange for payment in convertible foreign currency for services obtained from a third country, advance income tax (TDS) and other taxes payable to the Government of Nepal under the rules shall be calculated and deposited on the basis of the selling rate of the convertible foreign currency published by this Bank.</w:t>
      </w:r>
    </w:p>
    <w:p>
      <w:pPr>
        <w:keepNext/>
        <w:spacing w:before="200" w:after="80"/>
        <w:pBdr>
          <w:bottom w:val="single" w:sz="12" w:space="2" w:color="17365D"/>
        </w:pBdr>
      </w:pPr>
      <w:r>
        <w:rPr>
          <w:rFonts w:ascii="Noto Sans" w:hAnsi="Noto Sans" w:cs="Noto Sans Devanagari" w:eastAsia="Noto Sans Devanagari"/>
          <w:b/>
          <w:i w:val="0"/>
          <w:color w:val="17365D"/>
          <w:sz w:val="25"/>
        </w:rPr>
        <w:t>१४. विदेशी मुद्रा फिर्ता पठाउनेसम्बन्धी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१४. विदेशी मुद्रा फिर्ता पठाउनेसम्बन्धी व्यवस्था</w:t>
      </w:r>
    </w:p>
    <w:p>
      <w:pPr>
        <w:spacing w:after="62" w:line="259" w:lineRule="auto"/>
        <w:ind w:left="115"/>
      </w:pPr>
      <w:r>
        <w:rPr>
          <w:rFonts w:ascii="Noto Sans" w:hAnsi="Noto Sans" w:cs="Noto Sans Devanagari" w:eastAsia="Noto Sans Devanagari"/>
          <w:b w:val="0"/>
          <w:i w:val="0"/>
          <w:sz w:val="20"/>
        </w:rPr>
        <w:t>(क) विदेशबाट विभिन्न प्रयोजनको लागि प्राप्त भएको विदेशी मुद्रा जुन प्रयोजनको लागि भित्रिएको हो</w:t>
      </w:r>
    </w:p>
    <w:p>
      <w:pPr>
        <w:spacing w:after="62" w:line="259" w:lineRule="auto"/>
      </w:pPr>
      <w:r>
        <w:rPr>
          <w:rFonts w:ascii="Noto Sans" w:hAnsi="Noto Sans" w:cs="Noto Sans Devanagari" w:eastAsia="Noto Sans Devanagari"/>
          <w:b w:val="0"/>
          <w:i w:val="0"/>
          <w:sz w:val="20"/>
        </w:rPr>
        <w:t>सोअनुरुप खर्च नहुने भएमा सम्बन्धित बेनेफिसियरी (नेपालमा रकम प्रापक) को सहमति लिई प्राप्त</w:t>
      </w:r>
    </w:p>
    <w:p>
      <w:pPr>
        <w:spacing w:after="62" w:line="259" w:lineRule="auto"/>
      </w:pPr>
      <w:r>
        <w:rPr>
          <w:rFonts w:ascii="Noto Sans" w:hAnsi="Noto Sans" w:cs="Noto Sans Devanagari" w:eastAsia="Noto Sans Devanagari"/>
          <w:b w:val="0"/>
          <w:i w:val="0"/>
          <w:sz w:val="20"/>
        </w:rPr>
        <w:t>भएको विदेशी मुद्राको सीमा ननाघ्ने गरी अमेरिकी डलर १० हजारसम्म वा सो बराबरको विदेशी मुद्रा</w:t>
      </w:r>
    </w:p>
    <w:p>
      <w:pPr>
        <w:spacing w:after="62" w:line="259" w:lineRule="auto"/>
      </w:pPr>
      <w:r>
        <w:rPr>
          <w:rFonts w:ascii="Noto Sans" w:hAnsi="Noto Sans" w:cs="Noto Sans Devanagari" w:eastAsia="Noto Sans Devanagari"/>
          <w:b w:val="0"/>
          <w:i w:val="0"/>
          <w:sz w:val="20"/>
        </w:rPr>
        <w:t>आवश्यक कागजातका आधारमा सम्पक्ति शुद्धीकरण तथा आतंकवादी त्रियाकलापमा वित्तीय लगानी</w:t>
      </w:r>
    </w:p>
    <w:p>
      <w:pPr>
        <w:spacing w:after="62" w:line="259" w:lineRule="auto"/>
      </w:pPr>
      <w:r>
        <w:rPr>
          <w:rFonts w:ascii="Noto Sans" w:hAnsi="Noto Sans" w:cs="Noto Sans Devanagari" w:eastAsia="Noto Sans Devanagari"/>
          <w:b w:val="0"/>
          <w:i w:val="0"/>
          <w:sz w:val="20"/>
        </w:rPr>
        <w:t>निवारणसम्बन्धी प्रचलित राष्ट्रिय तथा अन्तर्राष्ट्रिय कानुनी व्यवस्थाको पूर्ण पालना हुने गरी</w:t>
      </w:r>
    </w:p>
    <w:p>
      <w:pPr>
        <w:spacing w:after="62" w:line="259" w:lineRule="auto"/>
      </w:pPr>
      <w:r>
        <w:rPr>
          <w:rFonts w:ascii="Noto Sans" w:hAnsi="Noto Sans" w:cs="Noto Sans Devanagari" w:eastAsia="Noto Sans Devanagari"/>
          <w:b w:val="0"/>
          <w:i w:val="0"/>
          <w:sz w:val="20"/>
        </w:rPr>
        <w:t>बेनेफिसियरीको खातामा जम्मा भएको ६० दिनभित्र फिर्ता पठाउन सक्नेछ ।</w:t>
      </w:r>
    </w:p>
    <w:p>
      <w:pPr>
        <w:spacing w:after="62" w:line="259" w:lineRule="auto"/>
      </w:pPr>
      <w:r>
        <w:rPr>
          <w:rFonts w:ascii="Noto Sans" w:hAnsi="Noto Sans" w:cs="Noto Sans Devanagari" w:eastAsia="Noto Sans Devanagari"/>
          <w:b w:val="0"/>
          <w:i w:val="0"/>
          <w:sz w:val="20"/>
        </w:rPr>
        <w:t>बेनेफिसियरीको खातामा जम्मा नभई सम्बन्धित बैंकको एजेन्सी वा नोस्ट्रो खातामा जम्मा भएको रकम</w:t>
      </w:r>
    </w:p>
    <w:p>
      <w:pPr>
        <w:spacing w:after="62" w:line="259" w:lineRule="auto"/>
      </w:pPr>
      <w:r>
        <w:rPr>
          <w:rFonts w:ascii="Noto Sans" w:hAnsi="Noto Sans" w:cs="Noto Sans Devanagari" w:eastAsia="Noto Sans Devanagari"/>
          <w:b w:val="0"/>
          <w:i w:val="0"/>
          <w:sz w:val="20"/>
        </w:rPr>
        <w:t>बैंक तथा वित्तीय संस्था आफैँले फिर्ता पठाउन सक्नेछ ।</w:t>
      </w:r>
    </w:p>
    <w:p>
      <w:pPr>
        <w:spacing w:after="62" w:line="259" w:lineRule="auto"/>
      </w:pPr>
      <w:r>
        <w:rPr>
          <w:rFonts w:ascii="Noto Sans" w:hAnsi="Noto Sans" w:cs="Noto Sans Devanagari" w:eastAsia="Noto Sans Devanagari"/>
          <w:b w:val="0"/>
          <w:i w:val="0"/>
          <w:sz w:val="20"/>
        </w:rPr>
        <w:t>तर, त्यस्तो रकम अवैधानिक तथा अपराधिक प्रकृतिको भएमा वा शंकास्पद देखिएमा फिर्ता पठाउन</w:t>
      </w:r>
    </w:p>
    <w:p>
      <w:pPr>
        <w:spacing w:after="62" w:line="259" w:lineRule="auto"/>
      </w:pPr>
      <w:r>
        <w:rPr>
          <w:rFonts w:ascii="Noto Sans" w:hAnsi="Noto Sans" w:cs="Noto Sans Devanagari" w:eastAsia="Noto Sans Devanagari"/>
          <w:b w:val="0"/>
          <w:i w:val="0"/>
          <w:sz w:val="20"/>
        </w:rPr>
        <w:t>मिल्ने छैन ।</w:t>
      </w:r>
    </w:p>
    <w:p>
      <w:pPr>
        <w:spacing w:after="62" w:line="259" w:lineRule="auto"/>
      </w:pPr>
      <w:r>
        <w:rPr>
          <w:rFonts w:ascii="Noto Sans" w:hAnsi="Noto Sans" w:cs="Noto Sans Devanagari" w:eastAsia="Noto Sans Devanagari"/>
          <w:b w:val="0"/>
          <w:i w:val="0"/>
          <w:sz w:val="20"/>
        </w:rPr>
        <w:t>यसरी फिर्ता गरिएको फेहरिस्त मासिक रुपमा महिना व्यतीत भएको १५ दिनभित्र यस विभागमा पठाउनु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(ख) विदेशी पक्षबाट ट्रेकिङ, टुर प्याकेजको लागि पठाएको अग्रिम भुक्तानी रकम कुनै कारणवश त्यस्तो</w:t>
      </w:r>
    </w:p>
    <w:p>
      <w:pPr>
        <w:spacing w:after="62" w:line="259" w:lineRule="auto"/>
      </w:pPr>
      <w:r>
        <w:rPr>
          <w:rFonts w:ascii="Noto Sans" w:hAnsi="Noto Sans" w:cs="Noto Sans Devanagari" w:eastAsia="Noto Sans Devanagari"/>
          <w:b w:val="0"/>
          <w:i w:val="0"/>
          <w:sz w:val="20"/>
        </w:rPr>
        <w:t>प्याकेज (आंशिक रद्द समेत) रद्द भई रकम पठाउने व्यक्ति वा संस्थाबाट फिर्ता माग भएमा विदेशबाट</w:t>
      </w:r>
    </w:p>
    <w:p>
      <w:pPr>
        <w:spacing w:after="62" w:line="259" w:lineRule="auto"/>
      </w:pPr>
      <w:r>
        <w:rPr>
          <w:rFonts w:ascii="Noto Sans" w:hAnsi="Noto Sans" w:cs="Noto Sans Devanagari" w:eastAsia="Noto Sans Devanagari"/>
          <w:b w:val="0"/>
          <w:i w:val="0"/>
          <w:sz w:val="20"/>
        </w:rPr>
        <w:t>रकम आएको प्रमाण तथा रकम प्राप्त गर्ने ट्राभल कम्पनीको अनुरोधको आधारमा दुई पक्ष बीचको</w:t>
      </w:r>
    </w:p>
    <w:p>
      <w:pPr>
        <w:spacing w:after="62" w:line="259" w:lineRule="auto"/>
      </w:pPr>
      <w:r>
        <w:rPr>
          <w:rFonts w:ascii="Noto Sans" w:hAnsi="Noto Sans" w:cs="Noto Sans Devanagari" w:eastAsia="Noto Sans Devanagari"/>
          <w:b w:val="0"/>
          <w:i w:val="0"/>
          <w:sz w:val="20"/>
        </w:rPr>
        <w:t>सहमति वा सम्बन्धित ट्राभल कम्पनीको नीतिबमोजिम आंशिक वा पूरै रकम अमेरिकी डलर १०,०००</w:t>
      </w:r>
    </w:p>
    <w:p>
      <w:pPr>
        <w:spacing w:after="62" w:line="259" w:lineRule="auto"/>
      </w:pPr>
      <w:r>
        <w:rPr>
          <w:rFonts w:ascii="Noto Sans" w:hAnsi="Noto Sans" w:cs="Noto Sans Devanagari" w:eastAsia="Noto Sans Devanagari"/>
          <w:b w:val="0"/>
          <w:i w:val="0"/>
          <w:sz w:val="20"/>
        </w:rPr>
        <w:t>सम्म बैंकहरुबाट नै फिर्ता गर्न सकिनेछ । यसरी रकम फिर्ता गर्दा रकम पठाउने विदेशी बैंकबाट Fund</w:t>
      </w:r>
    </w:p>
    <w:p>
      <w:pPr>
        <w:spacing w:after="62" w:line="259" w:lineRule="auto"/>
      </w:pPr>
      <w:r>
        <w:rPr>
          <w:rFonts w:ascii="Noto Sans" w:hAnsi="Noto Sans" w:cs="Noto Sans Devanagari" w:eastAsia="Noto Sans Devanagari"/>
          <w:b w:val="0"/>
          <w:i w:val="0"/>
          <w:sz w:val="20"/>
        </w:rPr>
        <w:t>Return सम्बन्धी अनुरोध आवश्यक पर्ने छैन । यस्तो रकम प्राप्त भएको मितिबाट ३६५ दिनभन्दा बढी</w:t>
      </w:r>
    </w:p>
    <w:p>
      <w:pPr>
        <w:spacing w:after="62" w:line="259" w:lineRule="auto"/>
      </w:pPr>
      <w:r>
        <w:rPr>
          <w:rFonts w:ascii="Noto Sans" w:hAnsi="Noto Sans" w:cs="Noto Sans Devanagari" w:eastAsia="Noto Sans Devanagari"/>
          <w:b w:val="0"/>
          <w:i w:val="0"/>
          <w:sz w:val="20"/>
        </w:rPr>
        <w:t>भएमा यस विभागको स्वीकृति लिएर मात्र फिर्ता गर्न सकिने छ ।</w:t>
      </w:r>
    </w:p>
    <w:p>
      <w:pPr>
        <w:spacing w:after="62" w:line="259" w:lineRule="auto"/>
        <w:ind w:left="115"/>
      </w:pPr>
      <w:r>
        <w:rPr>
          <w:rFonts w:ascii="Noto Sans" w:hAnsi="Noto Sans" w:cs="Noto Sans Devanagari" w:eastAsia="Noto Sans Devanagari"/>
          <w:b w:val="0"/>
          <w:i w:val="0"/>
          <w:sz w:val="20"/>
        </w:rPr>
        <w:t>(ग) कुनै सार्वजनिक संस्थान वा निकायहरुले अन्तर्राष्ट्रिय प्रतिस्पर्धात्मक बोलपत्र अन्तर्गत बोलपत्र आह्वान</w:t>
      </w:r>
    </w:p>
    <w:p>
      <w:pPr>
        <w:spacing w:after="62" w:line="259" w:lineRule="auto"/>
      </w:pPr>
      <w:r>
        <w:rPr>
          <w:rFonts w:ascii="Noto Sans" w:hAnsi="Noto Sans" w:cs="Noto Sans Devanagari" w:eastAsia="Noto Sans Devanagari"/>
          <w:b w:val="0"/>
          <w:i w:val="0"/>
          <w:sz w:val="20"/>
        </w:rPr>
        <w:t>गर्दा प्राप्त भएको Bid Security, Performance Security, Advance Payment Guarantee लगायतका</w:t>
      </w:r>
    </w:p>
    <w:p>
      <w:pPr>
        <w:spacing w:after="62" w:line="259" w:lineRule="auto"/>
      </w:pPr>
      <w:r>
        <w:rPr>
          <w:rFonts w:ascii="Noto Sans" w:hAnsi="Noto Sans" w:cs="Noto Sans Devanagari" w:eastAsia="Noto Sans Devanagari"/>
          <w:b w:val="0"/>
          <w:i w:val="0"/>
          <w:sz w:val="20"/>
        </w:rPr>
        <w:t>त्यस्तो बोलपत्रसम्बन्धी Guarantee बापतको रकम फिर्ता गर्न अनुरोध भई आएमा सो निकाय वा</w:t>
      </w:r>
    </w:p>
    <w:p>
      <w:pPr>
        <w:spacing w:after="62" w:line="259" w:lineRule="auto"/>
      </w:pPr>
      <w:r>
        <w:rPr>
          <w:rFonts w:ascii="Noto Sans" w:hAnsi="Noto Sans" w:cs="Noto Sans Devanagari" w:eastAsia="Noto Sans Devanagari"/>
          <w:b w:val="0"/>
          <w:i w:val="0"/>
          <w:sz w:val="20"/>
        </w:rPr>
        <w:t>संस्थानको सिफारिसपत्र, बोलपत्रमा भाग लिने विदेशी पक्षको रकम फिर्ता गर्ने अनुरोध तथा उक्त रकम</w:t>
      </w:r>
    </w:p>
    <w:p>
      <w:pPr>
        <w:spacing w:after="62" w:line="259" w:lineRule="auto"/>
      </w:pPr>
      <w:r>
        <w:rPr>
          <w:rFonts w:ascii="Noto Sans" w:hAnsi="Noto Sans" w:cs="Noto Sans Devanagari" w:eastAsia="Noto Sans Devanagari"/>
          <w:b w:val="0"/>
          <w:i w:val="0"/>
          <w:sz w:val="20"/>
        </w:rPr>
        <w:t>सम्बन्धित खातामा जम्मा भएको प्रमाणको आधारमा बैंक तथा वित्तीय संस्थाहरुबाट नै फिर्ता गर्न</w:t>
      </w:r>
    </w:p>
    <w:p>
      <w:pPr>
        <w:spacing w:after="62" w:line="259" w:lineRule="auto"/>
      </w:pPr>
      <w:r>
        <w:rPr>
          <w:rFonts w:ascii="Noto Sans" w:hAnsi="Noto Sans" w:cs="Noto Sans Devanagari" w:eastAsia="Noto Sans Devanagari"/>
          <w:b w:val="0"/>
          <w:i w:val="0"/>
          <w:sz w:val="20"/>
        </w:rPr>
        <w:t>सकिनेछ ।</w:t>
      </w:r>
    </w:p>
    <w:p>
      <w:pPr>
        <w:spacing w:after="62" w:line="259" w:lineRule="auto"/>
      </w:pPr>
      <w:r>
        <w:rPr>
          <w:rFonts w:ascii="Noto Sans" w:hAnsi="Noto Sans" w:cs="Noto Sans Devanagari" w:eastAsia="Noto Sans Devanagari"/>
          <w:b w:val="0"/>
          <w:i w:val="0"/>
          <w:sz w:val="20"/>
        </w:rPr>
        <w:t>साथै, सार्वजनिक निकाय वा नेपाल सरकार र विदेशी सरकार समेत सहभागी भई सञ्चालन हुने</w:t>
      </w:r>
    </w:p>
    <w:p>
      <w:pPr>
        <w:spacing w:after="62" w:line="259" w:lineRule="auto"/>
      </w:pPr>
      <w:r>
        <w:rPr>
          <w:rFonts w:ascii="Noto Sans" w:hAnsi="Noto Sans" w:cs="Noto Sans Devanagari" w:eastAsia="Noto Sans Devanagari"/>
          <w:b w:val="0"/>
          <w:i w:val="0"/>
          <w:sz w:val="20"/>
        </w:rPr>
        <w:t>परियोजनाका लागि वस्तु तथा सेवा आपूर्ति गर्न छनौट भएको कुनै विदेशी संस्थाको नेपालमा संस्थापित</w:t>
      </w:r>
    </w:p>
    <w:p>
      <w:pPr>
        <w:spacing w:after="62" w:line="259" w:lineRule="auto"/>
      </w:pPr>
      <w:r>
        <w:rPr>
          <w:rFonts w:ascii="Noto Sans" w:hAnsi="Noto Sans" w:cs="Noto Sans Devanagari" w:eastAsia="Noto Sans Devanagari"/>
          <w:b w:val="0"/>
          <w:i w:val="0"/>
          <w:sz w:val="20"/>
        </w:rPr>
        <w:t>शाखा, सम्पर्क कार्यालय, स्थायी संस्थापना, सहायक कम्पनी/संस्थाले नेपालबाट गरेको आयातको</w:t>
      </w:r>
    </w:p>
    <w:p>
      <w:pPr>
        <w:spacing w:after="62" w:line="259" w:lineRule="auto"/>
      </w:pPr>
      <w:r>
        <w:rPr>
          <w:rFonts w:ascii="Noto Sans" w:hAnsi="Noto Sans" w:cs="Noto Sans Devanagari" w:eastAsia="Noto Sans Devanagari"/>
          <w:b w:val="0"/>
          <w:i w:val="0"/>
          <w:sz w:val="20"/>
        </w:rPr>
        <w:t>भुक्तानीको लागि आफ्नो मुख्य संस्थाबाट रकम भित्र्याएकोमा बढी भएको रकम सम्बन्धित बैंक तथा</w:t>
      </w:r>
    </w:p>
    <w:p>
      <w:pPr>
        <w:spacing w:after="62" w:line="259" w:lineRule="auto"/>
      </w:pPr>
      <w:r>
        <w:rPr>
          <w:rFonts w:ascii="Noto Sans" w:hAnsi="Noto Sans" w:cs="Noto Sans Devanagari" w:eastAsia="Noto Sans Devanagari"/>
          <w:b w:val="0"/>
          <w:i w:val="0"/>
          <w:sz w:val="20"/>
        </w:rPr>
        <w:t>वित्तीय संस्थाले फिर्ता गर्न सक्नेछ ।</w:t>
      </w:r>
    </w:p>
    <w:p>
      <w:pPr>
        <w:spacing w:after="62" w:line="259" w:lineRule="auto"/>
      </w:pPr>
      <w:r>
        <w:rPr>
          <w:rFonts w:ascii="Noto Sans" w:hAnsi="Noto Sans" w:cs="Noto Sans Devanagari" w:eastAsia="Noto Sans Devanagari"/>
          <w:b w:val="0"/>
          <w:i w:val="0"/>
          <w:sz w:val="20"/>
        </w:rPr>
        <w:t>यसरी रकम फिर्ता गर्दा रकम पठाउने विदेशी बैंकबाट Fund Return सम्बन्धी अनुरोध आवश्यक पर्ने</w:t>
      </w:r>
    </w:p>
    <w:p>
      <w:pPr>
        <w:spacing w:after="62" w:line="259" w:lineRule="auto"/>
      </w:pPr>
      <w:r>
        <w:rPr>
          <w:rFonts w:ascii="Noto Sans" w:hAnsi="Noto Sans" w:cs="Noto Sans Devanagari" w:eastAsia="Noto Sans Devanagari"/>
          <w:b w:val="0"/>
          <w:i w:val="0"/>
          <w:sz w:val="20"/>
        </w:rPr>
        <w:t>छैन । यस्तो रकम फिर्तामा रकम सम्बन्धी सीमा लागू हुनेछैन ।</w:t>
      </w:r>
    </w:p>
    <w:p>
      <w:pPr>
        <w:spacing w:after="62" w:line="259" w:lineRule="auto"/>
        <w:ind w:left="115"/>
      </w:pPr>
      <w:r>
        <w:rPr>
          <w:rFonts w:ascii="Noto Sans" w:hAnsi="Noto Sans" w:cs="Noto Sans Devanagari" w:eastAsia="Noto Sans Devanagari"/>
          <w:b w:val="0"/>
          <w:i w:val="0"/>
          <w:sz w:val="20"/>
        </w:rPr>
        <w:t>(घ) इजाजतपत्रप्राप्त बैंक तथा वित्तीय संस्था/विप्रेषण कम्पनी र विदेशस्थित रेमिटेन्स कम्पनीबीच भएको</w:t>
      </w:r>
    </w:p>
    <w:p>
      <w:pPr>
        <w:spacing w:after="62" w:line="259" w:lineRule="auto"/>
      </w:pPr>
      <w:r>
        <w:rPr>
          <w:rFonts w:ascii="Noto Sans" w:hAnsi="Noto Sans" w:cs="Noto Sans Devanagari" w:eastAsia="Noto Sans Devanagari"/>
          <w:b w:val="0"/>
          <w:i w:val="0"/>
          <w:sz w:val="20"/>
        </w:rPr>
        <w:t>विप्रेषण कारोबारसम्बन्धी सम्झौता Termination गर्ने सहमतिको आधारमा Prefunding Basis मा प्राप्त</w:t>
      </w:r>
    </w:p>
    <w:p>
      <w:pPr>
        <w:spacing w:after="62" w:line="259" w:lineRule="auto"/>
      </w:pPr>
      <w:r>
        <w:rPr>
          <w:rFonts w:ascii="Noto Sans" w:hAnsi="Noto Sans" w:cs="Noto Sans Devanagari" w:eastAsia="Noto Sans Devanagari"/>
          <w:b w:val="0"/>
          <w:i w:val="0"/>
          <w:sz w:val="20"/>
        </w:rPr>
        <w:t>रकममध्ये खातामा बाँकी रकम फिर्ता गर्नको लागि यस विभागले प्रदान गरेको त्यस्तो विप्रेषण</w:t>
      </w:r>
    </w:p>
    <w:p>
      <w:pPr>
        <w:spacing w:after="62" w:line="259" w:lineRule="auto"/>
      </w:pPr>
      <w:r>
        <w:rPr>
          <w:rFonts w:ascii="Noto Sans" w:hAnsi="Noto Sans" w:cs="Noto Sans Devanagari" w:eastAsia="Noto Sans Devanagari"/>
          <w:b w:val="0"/>
          <w:i w:val="0"/>
          <w:sz w:val="20"/>
        </w:rPr>
        <w:t>कारोबारसम्बन्धी सम्झौताको स्वीकृति, विदेशी पक्षले रकम फिर्ता गर्न गरेको अनुरोध, सम्बन्धित खाताको</w:t>
      </w:r>
    </w:p>
    <w:p>
      <w:pPr>
        <w:spacing w:after="62" w:line="259" w:lineRule="auto"/>
      </w:pPr>
      <w:r>
        <w:rPr>
          <w:rFonts w:ascii="Noto Sans" w:hAnsi="Noto Sans" w:cs="Noto Sans Devanagari" w:eastAsia="Noto Sans Devanagari"/>
          <w:b w:val="0"/>
          <w:i w:val="0"/>
          <w:sz w:val="20"/>
        </w:rPr>
        <w:t>बैंक स्टेटमेन्ट तथा प्राप्त भएको रकमको SWIFT Message को आधारमा फिर्ता गर्न यस बैंकको</w:t>
      </w:r>
    </w:p>
    <w:p>
      <w:pPr>
        <w:spacing w:after="62" w:line="259" w:lineRule="auto"/>
      </w:pPr>
      <w:r>
        <w:rPr>
          <w:rFonts w:ascii="Noto Sans" w:hAnsi="Noto Sans" w:cs="Noto Sans Devanagari" w:eastAsia="Noto Sans Devanagari"/>
          <w:b w:val="0"/>
          <w:i w:val="0"/>
          <w:sz w:val="20"/>
        </w:rPr>
        <w:t>स्वीकृति आवश्यक पर्ने छैन ।</w:t>
      </w:r>
    </w:p>
    <w:p>
      <w:pPr>
        <w:spacing w:after="62" w:line="259" w:lineRule="auto"/>
        <w:ind w:left="115"/>
      </w:pPr>
      <w:r>
        <w:rPr>
          <w:rFonts w:ascii="Noto Sans" w:hAnsi="Noto Sans" w:cs="Noto Sans Devanagari" w:eastAsia="Noto Sans Devanagari"/>
          <w:b w:val="0"/>
          <w:i w:val="0"/>
          <w:sz w:val="20"/>
        </w:rPr>
        <w:t>(ङ) उपखण्ड (क) र (ख) मा उल्लिखित सीमाभन्दा अधिक रकम यस बैंकको स्वीकृतिको आधारमा मात्र</w:t>
      </w:r>
    </w:p>
    <w:p>
      <w:pPr>
        <w:spacing w:after="62" w:line="259" w:lineRule="auto"/>
      </w:pPr>
      <w:r>
        <w:rPr>
          <w:rFonts w:ascii="Noto Sans" w:hAnsi="Noto Sans" w:cs="Noto Sans Devanagari" w:eastAsia="Noto Sans Devanagari"/>
          <w:b w:val="0"/>
          <w:i w:val="0"/>
          <w:sz w:val="20"/>
        </w:rPr>
        <w:t>फिर्ता गर्न सकिनेछ । त्यसको लागि सम्बन्धित बैंकले रकम फिर्ता गर्नुपर्ने कारण खुलाई सम्बन्धित</w:t>
      </w:r>
    </w:p>
    <w:p>
      <w:pPr>
        <w:spacing w:after="62" w:line="259" w:lineRule="auto"/>
      </w:pPr>
      <w:r>
        <w:rPr>
          <w:rFonts w:ascii="Noto Sans" w:hAnsi="Noto Sans" w:cs="Noto Sans Devanagari" w:eastAsia="Noto Sans Devanagari"/>
          <w:b w:val="0"/>
          <w:i w:val="0"/>
          <w:sz w:val="20"/>
        </w:rPr>
        <w:t>उपखण्डमा उल्लिखित कागजात/प्रमाण सहित यस बैंकमा निवेदन पेश गर्नु पर्नेछ ।</w:t>
      </w:r>
    </w:p>
    <w:p>
      <w:pPr>
        <w:spacing w:after="62" w:line="259" w:lineRule="auto"/>
        <w:ind w:left="115"/>
      </w:pPr>
      <w:r>
        <w:rPr>
          <w:rFonts w:ascii="Noto Sans" w:hAnsi="Noto Sans" w:cs="Noto Sans Devanagari" w:eastAsia="Noto Sans Devanagari"/>
          <w:b w:val="0"/>
          <w:i w:val="0"/>
          <w:sz w:val="20"/>
        </w:rPr>
        <w:t>(च) उपखण्ड (क), (ख), (ग), (घ) र (ङ) मा उल्लिखित रकम फिर्ता गर्दा रकम प्राप्त भएकै खातामा जम्मा</w:t>
      </w:r>
    </w:p>
    <w:p>
      <w:pPr>
        <w:spacing w:after="62" w:line="259" w:lineRule="auto"/>
      </w:pPr>
      <w:r>
        <w:rPr>
          <w:rFonts w:ascii="Noto Sans" w:hAnsi="Noto Sans" w:cs="Noto Sans Devanagari" w:eastAsia="Noto Sans Devanagari"/>
          <w:b w:val="0"/>
          <w:i w:val="0"/>
          <w:sz w:val="20"/>
        </w:rPr>
        <w:t>हुने गरी फिर्ता 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14. Provisions Relating to Refund of Foreign Currency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14. Provisions Relating to Refund of Foreign Currency</w:t>
      </w:r>
    </w:p>
    <w:p>
      <w:pPr>
        <w:spacing w:after="70" w:line="259" w:lineRule="auto"/>
        <w:ind w:left="115"/>
      </w:pPr>
      <w:r>
        <w:rPr>
          <w:rFonts w:ascii="Noto Sans" w:hAnsi="Noto Sans" w:cs="Noto Sans Devanagari" w:eastAsia="Noto Sans Devanagari"/>
          <w:b w:val="0"/>
          <w:i w:val="0"/>
          <w:color w:val="222222"/>
          <w:sz w:val="18"/>
        </w:rPr>
        <w:t>(a) Where foreign currency received from abroad for any purpose is not to be utilised for the purpose for which it was brought in, with the consent of the concerned beneficiary (recipient of the amount in Nepal), foreign currency up to USD 10,000 or equivalent may be refunded, without exceeding the foreign currency received, within 60 days after the amount is credited to the beneficiary's account, on the basis of necessary documents and in full compliance with prevailing national and international legal provisions relating to prevention of money laundering and financing of terrorist activities.</w:t>
      </w:r>
    </w:p>
    <w:p>
      <w:pPr>
        <w:spacing w:after="70" w:line="259" w:lineRule="auto"/>
      </w:pPr>
      <w:r>
        <w:rPr>
          <w:rFonts w:ascii="Noto Sans" w:hAnsi="Noto Sans" w:cs="Noto Sans Devanagari" w:eastAsia="Noto Sans Devanagari"/>
          <w:b w:val="0"/>
          <w:i w:val="0"/>
          <w:color w:val="222222"/>
          <w:sz w:val="18"/>
        </w:rPr>
        <w:t>Where the amount has not been credited to the beneficiary's account but is credited to the agency or Nostro account of the concerned bank, the bank or financial institution itself may refund the amount.</w:t>
      </w:r>
    </w:p>
    <w:p>
      <w:pPr>
        <w:spacing w:after="70" w:line="259" w:lineRule="auto"/>
      </w:pPr>
      <w:r>
        <w:rPr>
          <w:rFonts w:ascii="Noto Sans" w:hAnsi="Noto Sans" w:cs="Noto Sans Devanagari" w:eastAsia="Noto Sans Devanagari"/>
          <w:b w:val="0"/>
          <w:i w:val="0"/>
          <w:color w:val="222222"/>
          <w:sz w:val="18"/>
        </w:rPr>
        <w:t>Provided that where such amount is illegal or criminal in nature or appears suspicious, it shall not be refunded.</w:t>
      </w:r>
    </w:p>
    <w:p>
      <w:pPr>
        <w:spacing w:after="70" w:line="259" w:lineRule="auto"/>
      </w:pPr>
      <w:r>
        <w:rPr>
          <w:rFonts w:ascii="Noto Sans" w:hAnsi="Noto Sans" w:cs="Noto Sans Devanagari" w:eastAsia="Noto Sans Devanagari"/>
          <w:b w:val="0"/>
          <w:i w:val="0"/>
          <w:color w:val="222222"/>
          <w:sz w:val="18"/>
        </w:rPr>
        <w:t>A list of such refunds shall be sent to this Department monthly within 15 days after the end of the month.</w:t>
      </w:r>
    </w:p>
    <w:p>
      <w:pPr>
        <w:spacing w:after="70" w:line="259" w:lineRule="auto"/>
        <w:ind w:left="115"/>
      </w:pPr>
      <w:r>
        <w:rPr>
          <w:rFonts w:ascii="Noto Sans" w:hAnsi="Noto Sans" w:cs="Noto Sans Devanagari" w:eastAsia="Noto Sans Devanagari"/>
          <w:b w:val="0"/>
          <w:i w:val="0"/>
          <w:color w:val="222222"/>
          <w:sz w:val="18"/>
        </w:rPr>
        <w:t>(b) Where an advance payment sent by a foreign party for trekking or a tour package is requested to be refunded by the person or institution that remitted it because the package has been cancelled, including partially, banks themselves may refund part or all of the amount up to USD 10,000 on the basis of proof that the amount was received from abroad and the request of the travel company receiving the amount, in accordance with the agreement between the parties or the policy of the concerned travel company. A Fund Return request from the foreign bank that remitted the amount shall not be required for such refund. Where more than 365 days have elapsed from the date the amount was received, refund may be made only with the approval of this Department.</w:t>
      </w:r>
    </w:p>
    <w:p>
      <w:pPr>
        <w:spacing w:after="70" w:line="259" w:lineRule="auto"/>
        <w:ind w:left="115"/>
      </w:pPr>
      <w:r>
        <w:rPr>
          <w:rFonts w:ascii="Noto Sans" w:hAnsi="Noto Sans" w:cs="Noto Sans Devanagari" w:eastAsia="Noto Sans Devanagari"/>
          <w:b w:val="0"/>
          <w:i w:val="0"/>
          <w:color w:val="222222"/>
          <w:sz w:val="18"/>
        </w:rPr>
        <w:t>(c) Where a public corporation or body, while inviting bids under an international competitive bidding process, receives a request to refund amounts relating to the bid such as Bid Security, Performance Security, Advance Payment Guarantee or other such Guarantee, banks and financial institutions themselves may refund the amount on the basis of a recommendation letter from that body or corporation, a refund request from the foreign party participating in the bid, and evidence that the amount was credited to the concerned account.</w:t>
      </w:r>
    </w:p>
    <w:p>
      <w:pPr>
        <w:spacing w:after="70" w:line="259" w:lineRule="auto"/>
      </w:pPr>
      <w:r>
        <w:rPr>
          <w:rFonts w:ascii="Noto Sans" w:hAnsi="Noto Sans" w:cs="Noto Sans Devanagari" w:eastAsia="Noto Sans Devanagari"/>
          <w:b w:val="0"/>
          <w:i w:val="0"/>
          <w:color w:val="222222"/>
          <w:sz w:val="18"/>
        </w:rPr>
        <w:t>Further, where a branch, contact office, permanent establishment, subsidiary company/institution established in Nepal of a foreign institution selected to supply goods and services for a project operated with participation of a public body or the Government of Nepal and a foreign government has brought funds into Nepal from its head institution for payment of imports made from Nepal and there is an excess amount, the concerned bank or financial institution may refund the excess amount.</w:t>
      </w:r>
    </w:p>
    <w:p>
      <w:pPr>
        <w:spacing w:after="70" w:line="259" w:lineRule="auto"/>
      </w:pPr>
      <w:r>
        <w:rPr>
          <w:rFonts w:ascii="Noto Sans" w:hAnsi="Noto Sans" w:cs="Noto Sans Devanagari" w:eastAsia="Noto Sans Devanagari"/>
          <w:b w:val="0"/>
          <w:i w:val="0"/>
          <w:color w:val="222222"/>
          <w:sz w:val="18"/>
        </w:rPr>
        <w:t>A Fund Return request from the foreign bank that remitted the amount shall not be required for such refund. No amount limit shall apply to such refund.</w:t>
      </w:r>
    </w:p>
    <w:p>
      <w:pPr>
        <w:spacing w:after="70" w:line="259" w:lineRule="auto"/>
        <w:ind w:left="115"/>
      </w:pPr>
      <w:r>
        <w:rPr>
          <w:rFonts w:ascii="Noto Sans" w:hAnsi="Noto Sans" w:cs="Noto Sans Devanagari" w:eastAsia="Noto Sans Devanagari"/>
          <w:b w:val="0"/>
          <w:i w:val="0"/>
          <w:color w:val="222222"/>
          <w:sz w:val="18"/>
        </w:rPr>
        <w:t>(d) On the basis of an agreement to terminate a remittance transaction agreement between a licensed bank and financial institution/remittance company and a remittance company abroad, no approval of this Bank shall be required to refund the balance remaining in the account out of funds received on a Prefunding Basis, where the approval granted by this Department to such remittance transaction agreement, the foreign party's request for refund, the bank statement of the concerned account and the SWIFT Message evidencing receipt of the amount are available.</w:t>
      </w:r>
    </w:p>
    <w:p>
      <w:pPr>
        <w:spacing w:after="70" w:line="259" w:lineRule="auto"/>
        <w:ind w:left="115"/>
      </w:pPr>
      <w:r>
        <w:rPr>
          <w:rFonts w:ascii="Noto Sans" w:hAnsi="Noto Sans" w:cs="Noto Sans Devanagari" w:eastAsia="Noto Sans Devanagari"/>
          <w:b w:val="0"/>
          <w:i w:val="0"/>
          <w:color w:val="222222"/>
          <w:sz w:val="18"/>
        </w:rPr>
        <w:t>(e) Amounts exceeding the limits specified in sub-clauses (a) and (b) may be refunded only with the approval of this Bank. For this purpose, the concerned bank shall submit an application to this Bank stating the reason for the refund and enclosing the documents/evidence specified in the concerned sub-clause.</w:t>
      </w:r>
    </w:p>
    <w:p>
      <w:pPr>
        <w:spacing w:after="70" w:line="259" w:lineRule="auto"/>
        <w:ind w:left="115"/>
      </w:pPr>
      <w:r>
        <w:rPr>
          <w:rFonts w:ascii="Noto Sans" w:hAnsi="Noto Sans" w:cs="Noto Sans Devanagari" w:eastAsia="Noto Sans Devanagari"/>
          <w:b w:val="0"/>
          <w:i w:val="0"/>
          <w:color w:val="222222"/>
          <w:sz w:val="18"/>
        </w:rPr>
        <w:t>(f) When amounts referred to in sub-clauses (a), (b), (c), (d) and (e) are refunded, the refund shall be made so as to be credited to the same account from which the amount was received.</w:t>
      </w:r>
    </w:p>
    <w:p>
      <w:pPr>
        <w:keepNext/>
        <w:spacing w:before="200" w:after="80"/>
        <w:pBdr>
          <w:bottom w:val="single" w:sz="12" w:space="2" w:color="17365D"/>
        </w:pBdr>
      </w:pPr>
      <w:r>
        <w:rPr>
          <w:rFonts w:ascii="Noto Sans" w:hAnsi="Noto Sans" w:cs="Noto Sans Devanagari" w:eastAsia="Noto Sans Devanagari"/>
          <w:b/>
          <w:i w:val="0"/>
          <w:color w:val="17365D"/>
          <w:sz w:val="25"/>
        </w:rPr>
        <w:t>१५. अमेरिकी डलर ५,००० भन्दा बढीको सटहीमा PAN</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१५. शिक्षा, आप्रवासन, स्वास्थ्य (परिपत्र नं. ७, र ८ समेत) लगायतका प्रयोजनका लागि अमेरिकी डलर ५,०००</w:t>
      </w:r>
    </w:p>
    <w:p>
      <w:pPr>
        <w:spacing w:after="62" w:line="259" w:lineRule="auto"/>
      </w:pPr>
      <w:r>
        <w:rPr>
          <w:rFonts w:ascii="Noto Sans" w:hAnsi="Noto Sans" w:cs="Noto Sans Devanagari" w:eastAsia="Noto Sans Devanagari"/>
          <w:b w:val="0"/>
          <w:i w:val="0"/>
          <w:sz w:val="20"/>
        </w:rPr>
        <w:t>भन्दा बढीको परिवर्त्य विदेशी मुद्रा माग गर्ने नेपालीहरूसँग अनिवार्य रुपमा स्थायी लेखा नम्बर (PAN)</w:t>
      </w:r>
    </w:p>
    <w:p>
      <w:pPr>
        <w:spacing w:after="62" w:line="259" w:lineRule="auto"/>
      </w:pPr>
      <w:r>
        <w:rPr>
          <w:rFonts w:ascii="Noto Sans" w:hAnsi="Noto Sans" w:cs="Noto Sans Devanagari" w:eastAsia="Noto Sans Devanagari"/>
          <w:b w:val="0"/>
          <w:i w:val="0"/>
          <w:sz w:val="20"/>
        </w:rPr>
        <w:t>लिनु पर्नेछ । सटही सुविधा माग गर्ने व्यक्तिको PAN नभएको अवस्थामा नाता प्रमाणित हुने कागजातसहित</w:t>
      </w:r>
    </w:p>
    <w:p>
      <w:pPr>
        <w:spacing w:after="62" w:line="259" w:lineRule="auto"/>
      </w:pPr>
      <w:r>
        <w:rPr>
          <w:rFonts w:ascii="Noto Sans" w:hAnsi="Noto Sans" w:cs="Noto Sans Devanagari" w:eastAsia="Noto Sans Devanagari"/>
          <w:b w:val="0"/>
          <w:i w:val="0"/>
          <w:sz w:val="20"/>
        </w:rPr>
        <w:t>निजको एकाघर परिवारको PAN पेश गरेमा समेत परिवर्त्य विदेशी मुद्रा सटही गर्न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15. PAN Requirement for Exchange Exceeding USD 5,000</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15. A Permanent Account Number (PAN) shall mandatorily be obtained from Nepali persons requesting convertible foreign currency exceeding USD 5,000 for purposes including education, immigration and health (including Circular Nos. 7 and 8). Where the person requesting exchange facility does not have a PAN, convertible foreign currency may also be exchanged upon submission of the PAN of a member of his/her immediate family together with documents proving the relationship.</w:t>
      </w:r>
    </w:p>
    <w:p>
      <w:pPr>
        <w:keepNext/>
        <w:spacing w:before="200" w:after="80"/>
        <w:pBdr>
          <w:bottom w:val="single" w:sz="12" w:space="2" w:color="17365D"/>
        </w:pBdr>
      </w:pPr>
      <w:r>
        <w:rPr>
          <w:rFonts w:ascii="Noto Sans" w:hAnsi="Noto Sans" w:cs="Noto Sans Devanagari" w:eastAsia="Noto Sans Devanagari"/>
          <w:b/>
          <w:i w:val="0"/>
          <w:color w:val="17365D"/>
          <w:sz w:val="25"/>
        </w:rPr>
        <w:t>१६. विदेशस्थित कार्यालय सञ्चालन खर्च</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१६. विदेशस्थित कार्यालय सञ्चालन खर्च भुक्तानी पठाउने सम्बन्धमा</w:t>
      </w:r>
    </w:p>
    <w:p>
      <w:pPr>
        <w:spacing w:after="62" w:line="259" w:lineRule="auto"/>
        <w:ind w:left="115"/>
      </w:pPr>
      <w:r>
        <w:rPr>
          <w:rFonts w:ascii="Noto Sans" w:hAnsi="Noto Sans" w:cs="Noto Sans Devanagari" w:eastAsia="Noto Sans Devanagari"/>
          <w:b w:val="0"/>
          <w:i w:val="0"/>
          <w:sz w:val="20"/>
        </w:rPr>
        <w:t>(क) बैंक तथा वित्तीय संस्थाहरुको शाखा/सम्पर्क/एजेन्सी कार्यालय खोल्न यस बैंकबाट स्वीकृति लिएको</w:t>
      </w:r>
    </w:p>
    <w:p>
      <w:pPr>
        <w:spacing w:after="62" w:line="259" w:lineRule="auto"/>
      </w:pPr>
      <w:r>
        <w:rPr>
          <w:rFonts w:ascii="Noto Sans" w:hAnsi="Noto Sans" w:cs="Noto Sans Devanagari" w:eastAsia="Noto Sans Devanagari"/>
          <w:b w:val="0"/>
          <w:i w:val="0"/>
          <w:sz w:val="20"/>
        </w:rPr>
        <w:t>पत्र, सम्झौता पक्र, कर्मचारीको नियुत्ति पत्र, कर भुक्तानी विवरण आदिका आधारमा बैंक तथा वित्तीय</w:t>
      </w:r>
    </w:p>
    <w:p>
      <w:pPr>
        <w:spacing w:after="62" w:line="259" w:lineRule="auto"/>
      </w:pPr>
      <w:r>
        <w:rPr>
          <w:rFonts w:ascii="Noto Sans" w:hAnsi="Noto Sans" w:cs="Noto Sans Devanagari" w:eastAsia="Noto Sans Devanagari"/>
          <w:b w:val="0"/>
          <w:i w:val="0"/>
          <w:sz w:val="20"/>
        </w:rPr>
        <w:t>संस्थाका विदेशस्थित शाखा/सम्पर्क/एजेन्सी कार्यालयको लागि संस्थाको स्वीकृत बजेट तथा कार्य</w:t>
      </w:r>
    </w:p>
    <w:p>
      <w:pPr>
        <w:spacing w:after="62" w:line="259" w:lineRule="auto"/>
      </w:pPr>
      <w:r>
        <w:rPr>
          <w:rFonts w:ascii="Noto Sans" w:hAnsi="Noto Sans" w:cs="Noto Sans Devanagari" w:eastAsia="Noto Sans Devanagari"/>
          <w:b w:val="0"/>
          <w:i w:val="0"/>
          <w:sz w:val="20"/>
        </w:rPr>
        <w:t>योजनाको अधीनमा रही सम्झौता अनुसारको घरभाडा, कर्मचारीको तलवभत्ता, विज्ञापन, कानुनी तथा</w:t>
      </w:r>
    </w:p>
    <w:p>
      <w:pPr>
        <w:spacing w:after="62" w:line="259" w:lineRule="auto"/>
      </w:pPr>
      <w:r>
        <w:rPr>
          <w:rFonts w:ascii="Noto Sans" w:hAnsi="Noto Sans" w:cs="Noto Sans Devanagari" w:eastAsia="Noto Sans Devanagari"/>
          <w:b w:val="0"/>
          <w:i w:val="0"/>
          <w:sz w:val="20"/>
        </w:rPr>
        <w:t>प्रशासनिक खर्च, कार्यालय सञ्चालनको लागि आवश्यक पर्ने कम्प्युटर, फर्निचर, सवारी साधन आदि</w:t>
      </w:r>
    </w:p>
    <w:p>
      <w:pPr>
        <w:spacing w:after="62" w:line="259" w:lineRule="auto"/>
      </w:pPr>
      <w:r>
        <w:rPr>
          <w:rFonts w:ascii="Noto Sans" w:hAnsi="Noto Sans" w:cs="Noto Sans Devanagari" w:eastAsia="Noto Sans Devanagari"/>
          <w:b w:val="0"/>
          <w:i w:val="0"/>
          <w:sz w:val="20"/>
        </w:rPr>
        <w:t>खरिदका लागि आवश्यक विदेशी मुद्रा सम्बन्धित बैंक तथा वित्तीय संस्थाबाट नै भुक्तानी गर्न/पठाउन</w:t>
      </w:r>
    </w:p>
    <w:p>
      <w:pPr>
        <w:spacing w:after="62" w:line="259" w:lineRule="auto"/>
      </w:pPr>
      <w:r>
        <w:rPr>
          <w:rFonts w:ascii="Noto Sans" w:hAnsi="Noto Sans" w:cs="Noto Sans Devanagari" w:eastAsia="Noto Sans Devanagari"/>
          <w:b w:val="0"/>
          <w:i w:val="0"/>
          <w:sz w:val="20"/>
        </w:rPr>
        <w:t>सकिनेछ ।</w:t>
      </w:r>
    </w:p>
    <w:p>
      <w:pPr>
        <w:spacing w:after="62" w:line="259" w:lineRule="auto"/>
        <w:ind w:left="115"/>
      </w:pPr>
      <w:r>
        <w:rPr>
          <w:rFonts w:ascii="Noto Sans" w:hAnsi="Noto Sans" w:cs="Noto Sans Devanagari" w:eastAsia="Noto Sans Devanagari"/>
          <w:b w:val="0"/>
          <w:i w:val="0"/>
          <w:sz w:val="20"/>
        </w:rPr>
        <w:t>(ख) यस बैंकबाट इजाजतपत्रप्राप्त बैंक/वित्तीय संस्था र विप्रेषण कम्पनीले विदेशस्थित Remittance</w:t>
      </w:r>
    </w:p>
    <w:p>
      <w:pPr>
        <w:spacing w:after="62" w:line="259" w:lineRule="auto"/>
      </w:pPr>
      <w:r>
        <w:rPr>
          <w:rFonts w:ascii="Noto Sans" w:hAnsi="Noto Sans" w:cs="Noto Sans Devanagari" w:eastAsia="Noto Sans Devanagari"/>
          <w:b w:val="0"/>
          <w:i w:val="0"/>
          <w:sz w:val="20"/>
        </w:rPr>
        <w:t>Company सँग गरेको यस बैंकबाट स्वीकृति प्राप्त भएको Principal-Agent सम्झौताबमोजिम</w:t>
      </w:r>
    </w:p>
    <w:p>
      <w:pPr>
        <w:spacing w:after="62" w:line="259" w:lineRule="auto"/>
      </w:pPr>
      <w:r>
        <w:rPr>
          <w:rFonts w:ascii="Noto Sans" w:hAnsi="Noto Sans" w:cs="Noto Sans Devanagari" w:eastAsia="Noto Sans Devanagari"/>
          <w:b w:val="0"/>
          <w:i w:val="0"/>
          <w:sz w:val="20"/>
        </w:rPr>
        <w:t>कर्मचारी (स्थायी वा करारमा नियुक्त) लाई Representative को रुपमा राखेबापत् उक्त कर्मचारीसँगको</w:t>
      </w:r>
    </w:p>
    <w:p>
      <w:pPr>
        <w:spacing w:after="62" w:line="259" w:lineRule="auto"/>
      </w:pPr>
      <w:r>
        <w:rPr>
          <w:rFonts w:ascii="Noto Sans" w:hAnsi="Noto Sans" w:cs="Noto Sans Devanagari" w:eastAsia="Noto Sans Devanagari"/>
          <w:b w:val="0"/>
          <w:i w:val="0"/>
          <w:sz w:val="20"/>
        </w:rPr>
        <w:t>सम्झौता बमोजिम निजलाई भुक्तानी गर्नु पर्ने पारिश्रमिक सुविधाबापतको रकम Principal-Agent</w:t>
      </w:r>
    </w:p>
    <w:p>
      <w:pPr>
        <w:spacing w:after="62" w:line="259" w:lineRule="auto"/>
      </w:pPr>
      <w:r>
        <w:rPr>
          <w:rFonts w:ascii="Noto Sans" w:hAnsi="Noto Sans" w:cs="Noto Sans Devanagari" w:eastAsia="Noto Sans Devanagari"/>
          <w:b w:val="0"/>
          <w:i w:val="0"/>
          <w:sz w:val="20"/>
        </w:rPr>
        <w:t>सम्झौता, त्यस्तो कर्मचारीसँगको सम्झौता र प्रचलित नियमानुसारको कर तिरेको प्रमाणको आधारमा</w:t>
      </w:r>
    </w:p>
    <w:p>
      <w:pPr>
        <w:spacing w:after="62" w:line="259" w:lineRule="auto"/>
      </w:pPr>
      <w:r>
        <w:rPr>
          <w:rFonts w:ascii="Noto Sans" w:hAnsi="Noto Sans" w:cs="Noto Sans Devanagari" w:eastAsia="Noto Sans Devanagari"/>
          <w:b w:val="0"/>
          <w:i w:val="0"/>
          <w:sz w:val="20"/>
        </w:rPr>
        <w:t>बैंक तथा वित्तीय संस्थाले सटही सुविधा प्रदान गर्न सक्नेछ ।</w:t>
      </w:r>
    </w:p>
    <w:p>
      <w:pPr>
        <w:spacing w:after="62" w:line="259" w:lineRule="auto"/>
        <w:ind w:left="115"/>
      </w:pPr>
      <w:r>
        <w:rPr>
          <w:rFonts w:ascii="Noto Sans" w:hAnsi="Noto Sans" w:cs="Noto Sans Devanagari" w:eastAsia="Noto Sans Devanagari"/>
          <w:b w:val="0"/>
          <w:i w:val="0"/>
          <w:sz w:val="20"/>
        </w:rPr>
        <w:t>(ग) खण्ड (क) र (ख) बमोजिम रकम पठाएको/सटही सुविधा प्रदान गरिएको विवरण इजाजतपत्रप्राप्त बैंक</w:t>
      </w:r>
    </w:p>
    <w:p>
      <w:pPr>
        <w:spacing w:after="62" w:line="259" w:lineRule="auto"/>
      </w:pPr>
      <w:r>
        <w:rPr>
          <w:rFonts w:ascii="Noto Sans" w:hAnsi="Noto Sans" w:cs="Noto Sans Devanagari" w:eastAsia="Noto Sans Devanagari"/>
          <w:b w:val="0"/>
          <w:i w:val="0"/>
          <w:sz w:val="20"/>
        </w:rPr>
        <w:t>तथा वित्तीय संस्थाहरुले त्रयमास समाप्त भएको १५ दिनभित्र यस विभागमा पठाउनु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16. Remittance of Operating Expenses of Offices Abroad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16. Remittance of Operating Expenses of Offices Abroad</w:t>
      </w:r>
    </w:p>
    <w:p>
      <w:pPr>
        <w:spacing w:after="70" w:line="259" w:lineRule="auto"/>
        <w:ind w:left="115"/>
      </w:pPr>
      <w:r>
        <w:rPr>
          <w:rFonts w:ascii="Noto Sans" w:hAnsi="Noto Sans" w:cs="Noto Sans Devanagari" w:eastAsia="Noto Sans Devanagari"/>
          <w:b w:val="0"/>
          <w:i w:val="0"/>
          <w:color w:val="222222"/>
          <w:sz w:val="18"/>
        </w:rPr>
        <w:t>(a) On the basis of the letter approving the opening of a branch/contact/agency office of a bank or financial institution issued by this Bank, agreement, employee appointment letter, tax-payment details, etc., foreign currency required for rent, employee salaries and allowances, advertising, legal and administrative expenses, and purchase of computers, furniture, vehicles, etc. necessary for operation of the office of a branch/contact/agency office abroad may be paid/remitted by the concerned bank or financial institution itself, within the approved budget and work plan of the institution and in accordance with the agreement.</w:t>
      </w:r>
    </w:p>
    <w:p>
      <w:pPr>
        <w:spacing w:after="70" w:line="259" w:lineRule="auto"/>
        <w:ind w:left="115"/>
      </w:pPr>
      <w:r>
        <w:rPr>
          <w:rFonts w:ascii="Noto Sans" w:hAnsi="Noto Sans" w:cs="Noto Sans Devanagari" w:eastAsia="Noto Sans Devanagari"/>
          <w:b w:val="0"/>
          <w:i w:val="0"/>
          <w:color w:val="222222"/>
          <w:sz w:val="18"/>
        </w:rPr>
        <w:t>(b) Where a bank/financial institution or remittance company licensed by this Bank appoints an employee, permanent or contractual, as its Representative pursuant to a Principal-Agent agreement entered into with a Remittance Company abroad and approved by this Bank, the bank or financial institution may provide exchange facility for the amount payable to that employee as remuneration and facilities in accordance with the agreement with the employee, on the basis of the Principal-Agent agreement, the agreement with such employee and evidence of payment of tax under prevailing rules.</w:t>
      </w:r>
    </w:p>
    <w:p>
      <w:pPr>
        <w:spacing w:after="70" w:line="259" w:lineRule="auto"/>
        <w:ind w:left="115"/>
      </w:pPr>
      <w:r>
        <w:rPr>
          <w:rFonts w:ascii="Noto Sans" w:hAnsi="Noto Sans" w:cs="Noto Sans Devanagari" w:eastAsia="Noto Sans Devanagari"/>
          <w:b w:val="0"/>
          <w:i w:val="0"/>
          <w:color w:val="222222"/>
          <w:sz w:val="18"/>
        </w:rPr>
        <w:t>(c) Licensed banks and financial institutions shall send to this Department details of amounts remitted/exchange facilities provided pursuant to sub-clauses (a) and (b) within 15 days after the end of each quarter.</w:t>
      </w:r>
    </w:p>
    <w:p>
      <w:pPr>
        <w:keepNext/>
        <w:spacing w:before="200" w:after="80"/>
        <w:pBdr>
          <w:bottom w:val="single" w:sz="12" w:space="2" w:color="17365D"/>
        </w:pBdr>
      </w:pPr>
      <w:r>
        <w:rPr>
          <w:rFonts w:ascii="Noto Sans" w:hAnsi="Noto Sans" w:cs="Noto Sans Devanagari" w:eastAsia="Noto Sans Devanagari"/>
          <w:b/>
          <w:i w:val="0"/>
          <w:color w:val="17365D"/>
          <w:sz w:val="25"/>
        </w:rPr>
        <w:t>१७. विदेशी नागरिक (भारतीय समेत)</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१७. विदेशी नागरिक (भारतीय समेत) को पारिश्रमिकको सटही व्यवस्था सम्बन्धमा</w:t>
      </w:r>
    </w:p>
    <w:p>
      <w:pPr>
        <w:spacing w:after="62" w:line="259" w:lineRule="auto"/>
        <w:ind w:left="115"/>
      </w:pPr>
      <w:r>
        <w:rPr>
          <w:rFonts w:ascii="Noto Sans" w:hAnsi="Noto Sans" w:cs="Noto Sans Devanagari" w:eastAsia="Noto Sans Devanagari"/>
          <w:b w:val="0"/>
          <w:i w:val="0"/>
          <w:sz w:val="20"/>
        </w:rPr>
        <w:t>१. रोजगारदातासँग गरेको करारमा वा रोजगारदाताबाट जारी नियुक्तिपत्रमा उल्लिखित पारिश्रमिक</w:t>
      </w:r>
    </w:p>
    <w:p>
      <w:pPr>
        <w:spacing w:after="62" w:line="259" w:lineRule="auto"/>
      </w:pPr>
      <w:r>
        <w:rPr>
          <w:rFonts w:ascii="Noto Sans" w:hAnsi="Noto Sans" w:cs="Noto Sans Devanagari" w:eastAsia="Noto Sans Devanagari"/>
          <w:b w:val="0"/>
          <w:i w:val="0"/>
          <w:sz w:val="20"/>
        </w:rPr>
        <w:t>बापतको रकममा प्रचलित कानुनबमोजिम कर कट्टी पश्चात बाँकी हुने सम्पूर्ण रकमसम्म विदेशी</w:t>
      </w:r>
    </w:p>
    <w:p>
      <w:pPr>
        <w:spacing w:after="62" w:line="259" w:lineRule="auto"/>
      </w:pPr>
      <w:r>
        <w:rPr>
          <w:rFonts w:ascii="Noto Sans" w:hAnsi="Noto Sans" w:cs="Noto Sans Devanagari" w:eastAsia="Noto Sans Devanagari"/>
          <w:b w:val="0"/>
          <w:i w:val="0"/>
          <w:sz w:val="20"/>
        </w:rPr>
        <w:t>लगानी तथा प्रविधि हस्तान्तरण ऐन, २०७५ बमोजिम विदेशी लगानी भएका नेपाली कम्पनी वा</w:t>
      </w:r>
    </w:p>
    <w:p>
      <w:pPr>
        <w:spacing w:after="62" w:line="259" w:lineRule="auto"/>
      </w:pPr>
      <w:r>
        <w:rPr>
          <w:rFonts w:ascii="Noto Sans" w:hAnsi="Noto Sans" w:cs="Noto Sans Devanagari" w:eastAsia="Noto Sans Devanagari"/>
          <w:b w:val="0"/>
          <w:i w:val="0"/>
          <w:sz w:val="20"/>
        </w:rPr>
        <w:t>उद्योगमा कार्यरत विदेशी नागरिकलाई विदेशी मुद्रामा; नेपाली फर्म, कम्पनी वा संस्थामा कार्यरत</w:t>
      </w:r>
    </w:p>
    <w:p>
      <w:pPr>
        <w:spacing w:after="62" w:line="259" w:lineRule="auto"/>
      </w:pPr>
      <w:r>
        <w:rPr>
          <w:rFonts w:ascii="Noto Sans" w:hAnsi="Noto Sans" w:cs="Noto Sans Devanagari" w:eastAsia="Noto Sans Devanagari"/>
          <w:b w:val="0"/>
          <w:i w:val="0"/>
          <w:sz w:val="20"/>
        </w:rPr>
        <w:t>गैर–बासिन्दा विदेशी नागरिकलाई विदेशी मुद्रामा; र नेपाली फर्म, कम्पनी वा संस्थामा कार्यरत</w:t>
      </w:r>
    </w:p>
    <w:p>
      <w:pPr>
        <w:spacing w:after="62" w:line="259" w:lineRule="auto"/>
      </w:pPr>
      <w:r>
        <w:rPr>
          <w:rFonts w:ascii="Noto Sans" w:hAnsi="Noto Sans" w:cs="Noto Sans Devanagari" w:eastAsia="Noto Sans Devanagari"/>
          <w:b w:val="0"/>
          <w:i w:val="0"/>
          <w:sz w:val="20"/>
        </w:rPr>
        <w:t>विदेशी नागरिकलाई भारतीय रुपैयाँमा देहायका कागजातका आधारमा सम्बन्धित मुलुकमा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ind w:left="115"/>
      </w:pPr>
      <w:r>
        <w:rPr>
          <w:rFonts w:ascii="Noto Sans" w:hAnsi="Noto Sans" w:cs="Noto Sans Devanagari" w:eastAsia="Noto Sans Devanagari"/>
          <w:b w:val="0"/>
          <w:i w:val="0"/>
          <w:sz w:val="20"/>
        </w:rPr>
        <w:t>(क) आवश्यक कागजातहरू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रोजगारदाता फर्म, कम्पनी तथा संस्थाको सिफारिसपत्र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 (भारतीय नागरिकको हकमा</w:t>
      </w:r>
    </w:p>
    <w:p>
      <w:pPr>
        <w:spacing w:after="62" w:line="259" w:lineRule="auto"/>
      </w:pPr>
      <w:r>
        <w:rPr>
          <w:rFonts w:ascii="Noto Sans" w:hAnsi="Noto Sans" w:cs="Noto Sans Devanagari" w:eastAsia="Noto Sans Devanagari"/>
          <w:b w:val="0"/>
          <w:i w:val="0"/>
          <w:sz w:val="20"/>
        </w:rPr>
        <w:t>अनिवार्य नहुने)</w:t>
      </w:r>
    </w:p>
    <w:p>
      <w:pPr>
        <w:spacing w:after="62" w:line="259" w:lineRule="auto"/>
      </w:pPr>
      <w:r>
        <w:rPr>
          <w:rFonts w:ascii="Noto Sans" w:hAnsi="Noto Sans" w:cs="Noto Sans Devanagari" w:eastAsia="Noto Sans Devanagari"/>
          <w:b w:val="0"/>
          <w:i w:val="0"/>
          <w:sz w:val="20"/>
        </w:rPr>
        <w:t>(४) कर्मचारी परिचयपक्र र नियुत्तिपत्र/सम्झौतापत्र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बहालसम्बन्धी प्रमाण (भारतीय नागरिकको हकमा अनिवार्य</w:t>
      </w:r>
    </w:p>
    <w:p>
      <w:pPr>
        <w:spacing w:after="62" w:line="259" w:lineRule="auto"/>
      </w:pPr>
      <w:r>
        <w:rPr>
          <w:rFonts w:ascii="Noto Sans" w:hAnsi="Noto Sans" w:cs="Noto Sans Devanagari" w:eastAsia="Noto Sans Devanagari"/>
          <w:b w:val="0"/>
          <w:i w:val="0"/>
          <w:sz w:val="20"/>
        </w:rPr>
        <w:t>नहुने)</w:t>
      </w:r>
    </w:p>
    <w:p>
      <w:pPr>
        <w:spacing w:after="62" w:line="259" w:lineRule="auto"/>
        <w:ind w:left="115"/>
      </w:pPr>
      <w:r>
        <w:rPr>
          <w:rFonts w:ascii="Noto Sans" w:hAnsi="Noto Sans" w:cs="Noto Sans Devanagari" w:eastAsia="Noto Sans Devanagari"/>
          <w:b w:val="0"/>
          <w:i w:val="0"/>
          <w:sz w:val="20"/>
        </w:rPr>
        <w:t>२. रोजगारदातासँग गरेको करारमा उल्लिखित पारिश्रमिकमा प्रचलित कानुनबमोजिम कर कट्टी पश्चात</w:t>
      </w:r>
    </w:p>
    <w:p>
      <w:pPr>
        <w:spacing w:after="62" w:line="259" w:lineRule="auto"/>
      </w:pPr>
      <w:r>
        <w:rPr>
          <w:rFonts w:ascii="Noto Sans" w:hAnsi="Noto Sans" w:cs="Noto Sans Devanagari" w:eastAsia="Noto Sans Devanagari"/>
          <w:b w:val="0"/>
          <w:i w:val="0"/>
          <w:sz w:val="20"/>
        </w:rPr>
        <w:t>हुन आउने सम्पूर्ण रकमसम्मको भुक्तानीको लागि विदेशी लगानी तथा प्रविधि हस्तान्तरण ऐन,</w:t>
      </w:r>
    </w:p>
    <w:p>
      <w:pPr>
        <w:spacing w:after="62" w:line="259" w:lineRule="auto"/>
      </w:pPr>
      <w:r>
        <w:rPr>
          <w:rFonts w:ascii="Noto Sans" w:hAnsi="Noto Sans" w:cs="Noto Sans Devanagari" w:eastAsia="Noto Sans Devanagari"/>
          <w:b w:val="0"/>
          <w:i w:val="0"/>
          <w:sz w:val="20"/>
        </w:rPr>
        <w:t>२०७५ बमोजिम विदेशी लगानी भएका नेपाली वायुसेवा प्रदायक कम्पनी वा उद्योगमा कार्यरत</w:t>
      </w:r>
    </w:p>
    <w:p>
      <w:pPr>
        <w:spacing w:after="62" w:line="259" w:lineRule="auto"/>
      </w:pPr>
      <w:r>
        <w:rPr>
          <w:rFonts w:ascii="Noto Sans" w:hAnsi="Noto Sans" w:cs="Noto Sans Devanagari" w:eastAsia="Noto Sans Devanagari"/>
          <w:b w:val="0"/>
          <w:i w:val="0"/>
          <w:sz w:val="20"/>
        </w:rPr>
        <w:t>विदेशी नागरिकलाई विदेशी मुद्रामा; नेपालका वायुसेवा प्रदायक कम्पनीहरूमा कार्यरत गैर–बासिन्दा</w:t>
      </w:r>
    </w:p>
    <w:p>
      <w:pPr>
        <w:spacing w:after="62" w:line="259" w:lineRule="auto"/>
      </w:pPr>
      <w:r>
        <w:rPr>
          <w:rFonts w:ascii="Noto Sans" w:hAnsi="Noto Sans" w:cs="Noto Sans Devanagari" w:eastAsia="Noto Sans Devanagari"/>
          <w:b w:val="0"/>
          <w:i w:val="0"/>
          <w:sz w:val="20"/>
        </w:rPr>
        <w:t>विदेशी नागरिकलाई विदेशी मुद्रामा; र नेपालका वायुसेवा प्रदायक कम्पनीहरूमा कार्यरत विदेशी</w:t>
      </w:r>
    </w:p>
    <w:p>
      <w:pPr>
        <w:spacing w:after="62" w:line="259" w:lineRule="auto"/>
      </w:pPr>
      <w:r>
        <w:rPr>
          <w:rFonts w:ascii="Noto Sans" w:hAnsi="Noto Sans" w:cs="Noto Sans Devanagari" w:eastAsia="Noto Sans Devanagari"/>
          <w:b w:val="0"/>
          <w:i w:val="0"/>
          <w:sz w:val="20"/>
        </w:rPr>
        <w:t>नागरिकलाई भारतीय रुपैयाँमा देहायका कागजातको आधारमा पारिश्रमिक कर तिरेको प्रमाण लिई</w:t>
      </w:r>
    </w:p>
    <w:p>
      <w:pPr>
        <w:spacing w:after="62" w:line="259" w:lineRule="auto"/>
      </w:pPr>
      <w:r>
        <w:rPr>
          <w:rFonts w:ascii="Noto Sans" w:hAnsi="Noto Sans" w:cs="Noto Sans Devanagari" w:eastAsia="Noto Sans Devanagari"/>
          <w:b w:val="0"/>
          <w:i w:val="0"/>
          <w:sz w:val="20"/>
        </w:rPr>
        <w:t>सम्बन्धित मुलुकमा पठाउन सकिने छ ।</w:t>
      </w:r>
    </w:p>
    <w:p>
      <w:pPr>
        <w:spacing w:after="62" w:line="259" w:lineRule="auto"/>
        <w:ind w:left="115"/>
      </w:pPr>
      <w:r>
        <w:rPr>
          <w:rFonts w:ascii="Noto Sans" w:hAnsi="Noto Sans" w:cs="Noto Sans Devanagari" w:eastAsia="Noto Sans Devanagari"/>
          <w:b w:val="0"/>
          <w:i w:val="0"/>
          <w:sz w:val="20"/>
        </w:rPr>
        <w:t>(क) आवश्यक कागजातहरू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वायुसेवा प्रदायक कम्पनीको सिफारिस 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w:t>
      </w:r>
    </w:p>
    <w:p>
      <w:pPr>
        <w:spacing w:after="62" w:line="259" w:lineRule="auto"/>
      </w:pPr>
      <w:r>
        <w:rPr>
          <w:rFonts w:ascii="Noto Sans" w:hAnsi="Noto Sans" w:cs="Noto Sans Devanagari" w:eastAsia="Noto Sans Devanagari"/>
          <w:b w:val="0"/>
          <w:i w:val="0"/>
          <w:sz w:val="20"/>
        </w:rPr>
        <w:t>(४) कर्मचारी परिचयपक्र र नियुत्तिपत्र/सम्झौता 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वहाल सम्बन्धी प्रमाण (भारतीय नागरिक वाहेकको हकमा) ।</w:t>
      </w:r>
    </w:p>
    <w:p>
      <w:pPr>
        <w:spacing w:after="62" w:line="259" w:lineRule="auto"/>
        <w:ind w:left="115"/>
      </w:pPr>
      <w:r>
        <w:rPr>
          <w:rFonts w:ascii="Noto Sans" w:hAnsi="Noto Sans" w:cs="Noto Sans Devanagari" w:eastAsia="Noto Sans Devanagari"/>
          <w:b w:val="0"/>
          <w:i w:val="0"/>
          <w:sz w:val="20"/>
        </w:rPr>
        <w:t>३. उपदफा १ र २ मा उल्लिखित बाहेक औद्योगिक व्यवसाय ऐन, २०७६ लागु हुने नेपालमा संस्थापित</w:t>
      </w:r>
    </w:p>
    <w:p>
      <w:pPr>
        <w:spacing w:after="62" w:line="259" w:lineRule="auto"/>
      </w:pPr>
      <w:r>
        <w:rPr>
          <w:rFonts w:ascii="Noto Sans" w:hAnsi="Noto Sans" w:cs="Noto Sans Devanagari" w:eastAsia="Noto Sans Devanagari"/>
          <w:b w:val="0"/>
          <w:i w:val="0"/>
          <w:sz w:val="20"/>
        </w:rPr>
        <w:t>संस्थामा काम गरी पारिश्रमिक बापतको सटही सुविधाको लागि बैंक तथा वित्तीय संस्थाले देहायका</w:t>
      </w:r>
    </w:p>
    <w:p>
      <w:pPr>
        <w:spacing w:after="62" w:line="259" w:lineRule="auto"/>
      </w:pPr>
      <w:r>
        <w:rPr>
          <w:rFonts w:ascii="Noto Sans" w:hAnsi="Noto Sans" w:cs="Noto Sans Devanagari" w:eastAsia="Noto Sans Devanagari"/>
          <w:b w:val="0"/>
          <w:i w:val="0"/>
          <w:sz w:val="20"/>
        </w:rPr>
        <w:t>कागजातको आधारमा कर कट्टी पश्चात्को रकमको बढीमा ७० प्रतिशत रकमसम्म परिवर्त्य विदेशी</w:t>
      </w:r>
    </w:p>
    <w:p>
      <w:pPr>
        <w:spacing w:after="62" w:line="259" w:lineRule="auto"/>
      </w:pPr>
      <w:r>
        <w:rPr>
          <w:rFonts w:ascii="Noto Sans" w:hAnsi="Noto Sans" w:cs="Noto Sans Devanagari" w:eastAsia="Noto Sans Devanagari"/>
          <w:b w:val="0"/>
          <w:i w:val="0"/>
          <w:sz w:val="20"/>
        </w:rPr>
        <w:t>मुद्रामा सटही सुविधा प्रदान गर्न सक्नेछ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रोजगारदाता फर्म, कम्पनी तथा संस्थाको सिफारिसपत्र,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 (भारतीय नागरिकको हकमा अनिवार्य नभएको),</w:t>
      </w:r>
    </w:p>
    <w:p>
      <w:pPr>
        <w:spacing w:after="62" w:line="259" w:lineRule="auto"/>
      </w:pPr>
      <w:r>
        <w:rPr>
          <w:rFonts w:ascii="Noto Sans" w:hAnsi="Noto Sans" w:cs="Noto Sans Devanagari" w:eastAsia="Noto Sans Devanagari"/>
          <w:b w:val="0"/>
          <w:i w:val="0"/>
          <w:sz w:val="20"/>
        </w:rPr>
        <w:t>(४) कर्मचारी परिचयपक्र र नियुत्तिपत्र/ सम्झौतापत्र,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बहालसम्बन्धी प्रमाण (भारतीय नागरिकको हकमा अनिवार्य नभएको) ।</w:t>
      </w:r>
    </w:p>
    <w:p>
      <w:pPr>
        <w:spacing w:after="62" w:line="259" w:lineRule="auto"/>
        <w:ind w:left="115"/>
      </w:pPr>
      <w:r>
        <w:rPr>
          <w:rFonts w:ascii="Noto Sans" w:hAnsi="Noto Sans" w:cs="Noto Sans Devanagari" w:eastAsia="Noto Sans Devanagari"/>
          <w:b w:val="0"/>
          <w:i w:val="0"/>
          <w:sz w:val="20"/>
        </w:rPr>
        <w:t>४. उपदफा १, २ र ३ मा जुनसुकै कुरा लेखिएको भएतापनि सञ्चयकोष, अवकाश कोष, उपदान,</w:t>
      </w:r>
    </w:p>
    <w:p>
      <w:pPr>
        <w:spacing w:after="62" w:line="259" w:lineRule="auto"/>
      </w:pPr>
      <w:r>
        <w:rPr>
          <w:rFonts w:ascii="Noto Sans" w:hAnsi="Noto Sans" w:cs="Noto Sans Devanagari" w:eastAsia="Noto Sans Devanagari"/>
          <w:b w:val="0"/>
          <w:i w:val="0"/>
          <w:sz w:val="20"/>
        </w:rPr>
        <w:t>सामाजिक सुरक्षा कोष, सञ्चित औषधि, सञ्चित बिदा लगायत रोजगारी सम्बन्धी अन्य सञ्चित</w:t>
      </w:r>
    </w:p>
    <w:p>
      <w:pPr>
        <w:spacing w:after="62" w:line="259" w:lineRule="auto"/>
      </w:pPr>
      <w:r>
        <w:rPr>
          <w:rFonts w:ascii="Noto Sans" w:hAnsi="Noto Sans" w:cs="Noto Sans Devanagari" w:eastAsia="Noto Sans Devanagari"/>
          <w:b w:val="0"/>
          <w:i w:val="0"/>
          <w:sz w:val="20"/>
        </w:rPr>
        <w:t>रकमको हकमा नियमानुसार लाग्ने कर कट्टा पश्चात् पाउने पूरै रकम सम्बन्धित बैंक तथा वित्तीय</w:t>
      </w:r>
    </w:p>
    <w:p>
      <w:pPr>
        <w:spacing w:after="62" w:line="259" w:lineRule="auto"/>
      </w:pPr>
      <w:r>
        <w:rPr>
          <w:rFonts w:ascii="Noto Sans" w:hAnsi="Noto Sans" w:cs="Noto Sans Devanagari" w:eastAsia="Noto Sans Devanagari"/>
          <w:b w:val="0"/>
          <w:i w:val="0"/>
          <w:sz w:val="20"/>
        </w:rPr>
        <w:t>संस्थामार्फत पठाउन सकिनेछ । कार्यरत अवधिमा यस्ता कोषबाट सापटी लिई रकम पठाउन अनुरोध</w:t>
      </w:r>
    </w:p>
    <w:p>
      <w:pPr>
        <w:spacing w:after="62" w:line="259" w:lineRule="auto"/>
      </w:pPr>
      <w:r>
        <w:rPr>
          <w:rFonts w:ascii="Noto Sans" w:hAnsi="Noto Sans" w:cs="Noto Sans Devanagari" w:eastAsia="Noto Sans Devanagari"/>
          <w:b w:val="0"/>
          <w:i w:val="0"/>
          <w:sz w:val="20"/>
        </w:rPr>
        <w:t>गरेमा सो समेत पठाउन सकिनेछ ।</w:t>
      </w:r>
    </w:p>
    <w:p>
      <w:pPr>
        <w:spacing w:after="62" w:line="259" w:lineRule="auto"/>
        <w:ind w:left="115"/>
      </w:pPr>
      <w:r>
        <w:rPr>
          <w:rFonts w:ascii="Noto Sans" w:hAnsi="Noto Sans" w:cs="Noto Sans Devanagari" w:eastAsia="Noto Sans Devanagari"/>
          <w:b w:val="0"/>
          <w:i w:val="0"/>
          <w:sz w:val="20"/>
        </w:rPr>
        <w:t>५. उपदफा १, २, ३ र ४ मा उल्लिखित व्यवस्थाहरु पालना हुने गरी विदेशी नागरिकको समेत सहमति</w:t>
      </w:r>
    </w:p>
    <w:p>
      <w:pPr>
        <w:spacing w:after="62" w:line="259" w:lineRule="auto"/>
      </w:pPr>
      <w:r>
        <w:rPr>
          <w:rFonts w:ascii="Noto Sans" w:hAnsi="Noto Sans" w:cs="Noto Sans Devanagari" w:eastAsia="Noto Sans Devanagari"/>
          <w:b w:val="0"/>
          <w:i w:val="0"/>
          <w:sz w:val="20"/>
        </w:rPr>
        <w:t>भएमा सम्बन्धित रोजगारदाताको निवेदनको आधारमा रोजगारदाताको खाता खर्च गरी (एकमुष्ठ</w:t>
      </w:r>
    </w:p>
    <w:p>
      <w:pPr>
        <w:spacing w:after="62" w:line="259" w:lineRule="auto"/>
      </w:pPr>
      <w:r>
        <w:rPr>
          <w:rFonts w:ascii="Noto Sans" w:hAnsi="Noto Sans" w:cs="Noto Sans Devanagari" w:eastAsia="Noto Sans Devanagari"/>
          <w:b w:val="0"/>
          <w:i w:val="0"/>
          <w:sz w:val="20"/>
        </w:rPr>
        <w:t>समेत) विदेशी मुद्रा सम्बन्धित मुलुकमा पठाउन सकिनेछ ।</w:t>
      </w:r>
    </w:p>
    <w:p>
      <w:pPr>
        <w:spacing w:after="62" w:line="259" w:lineRule="auto"/>
      </w:pPr>
      <w:r>
        <w:rPr>
          <w:rFonts w:ascii="Noto Sans" w:hAnsi="Noto Sans" w:cs="Noto Sans Devanagari" w:eastAsia="Noto Sans Devanagari"/>
          <w:b w:val="0"/>
          <w:i w:val="0"/>
          <w:sz w:val="20"/>
        </w:rPr>
        <w:t>प्रष्टीकरणः यस दफाको प्रयोजनको लागि गैर–बासिन्दा व्यक्ति भन्नाले प्रचलित आयकर ऐन</w:t>
      </w:r>
    </w:p>
    <w:p>
      <w:pPr>
        <w:spacing w:after="62" w:line="259" w:lineRule="auto"/>
      </w:pPr>
      <w:r>
        <w:rPr>
          <w:rFonts w:ascii="Noto Sans" w:hAnsi="Noto Sans" w:cs="Noto Sans Devanagari" w:eastAsia="Noto Sans Devanagari"/>
          <w:b w:val="0"/>
          <w:i w:val="0"/>
          <w:sz w:val="20"/>
        </w:rPr>
        <w:t>mबमोजिमको बासिन्दा व्यक्ति बाहेकको व्यत्तिलाई सम्झनु पर्छ ।</w:t>
      </w:r>
    </w:p>
    <w:p>
      <w:pPr>
        <w:spacing w:after="62" w:line="259" w:lineRule="auto"/>
        <w:ind w:left="115"/>
      </w:pPr>
      <w:r>
        <w:rPr>
          <w:rFonts w:ascii="Noto Sans" w:hAnsi="Noto Sans" w:cs="Noto Sans Devanagari" w:eastAsia="Noto Sans Devanagari"/>
          <w:b w:val="0"/>
          <w:i w:val="0"/>
          <w:sz w:val="20"/>
        </w:rPr>
        <w:t>६. दफा १७ मा जुनसुकै कुरा लेखिएको भएतापनि परिवर्त्य विदेशी मुद्राको स्रोत भएका संस्थाबाट</w:t>
      </w:r>
    </w:p>
    <w:p>
      <w:pPr>
        <w:spacing w:after="62" w:line="259" w:lineRule="auto"/>
      </w:pPr>
      <w:r>
        <w:rPr>
          <w:rFonts w:ascii="Noto Sans" w:hAnsi="Noto Sans" w:cs="Noto Sans Devanagari" w:eastAsia="Noto Sans Devanagari"/>
          <w:b w:val="0"/>
          <w:i w:val="0"/>
          <w:sz w:val="20"/>
        </w:rPr>
        <w:t>परिवर्त्य विदेशी मुद्रामा पारिश्रमिक प्राप्त गर्ने गरी नेपालमा कार्यरत भारतीय नागरिकलाई त्यस्तो</w:t>
      </w:r>
    </w:p>
    <w:p>
      <w:pPr>
        <w:spacing w:after="62" w:line="259" w:lineRule="auto"/>
      </w:pPr>
      <w:r>
        <w:rPr>
          <w:rFonts w:ascii="Noto Sans" w:hAnsi="Noto Sans" w:cs="Noto Sans Devanagari" w:eastAsia="Noto Sans Devanagari"/>
          <w:b w:val="0"/>
          <w:i w:val="0"/>
          <w:sz w:val="20"/>
        </w:rPr>
        <w:t>खाताको मौज्दातले खामेसम्म दफा १७ मा उल्लिखित सीमा र कागजातको अधीनमा रही परिवर्त्य</w:t>
      </w:r>
    </w:p>
    <w:p>
      <w:pPr>
        <w:spacing w:after="62" w:line="259" w:lineRule="auto"/>
      </w:pPr>
      <w:r>
        <w:rPr>
          <w:rFonts w:ascii="Noto Sans" w:hAnsi="Noto Sans" w:cs="Noto Sans Devanagari" w:eastAsia="Noto Sans Devanagari"/>
          <w:b w:val="0"/>
          <w:i w:val="0"/>
          <w:sz w:val="20"/>
        </w:rPr>
        <w:t>विदेशी मुद्रामा समेत पारिश्रमिकको रिप्याट्रियशन सुविधा प्रदान गर्न सकिनेछ ।</w:t>
      </w:r>
    </w:p>
    <w:p>
      <w:pPr>
        <w:spacing w:after="62" w:line="259" w:lineRule="auto"/>
        <w:ind w:left="115"/>
      </w:pPr>
      <w:r>
        <w:rPr>
          <w:rFonts w:ascii="Noto Sans" w:hAnsi="Noto Sans" w:cs="Noto Sans Devanagari" w:eastAsia="Noto Sans Devanagari"/>
          <w:b w:val="0"/>
          <w:i w:val="0"/>
          <w:sz w:val="20"/>
        </w:rPr>
        <w:t>७. नेपालमा कार्यरत भारतीय नागरिकले नेपाली वाणिज्य बैंक तथा राष्ट्रियस्तरका विकास बैंकमा</w:t>
      </w:r>
    </w:p>
    <w:p>
      <w:pPr>
        <w:spacing w:after="62" w:line="259" w:lineRule="auto"/>
      </w:pPr>
      <w:r>
        <w:rPr>
          <w:rFonts w:ascii="Noto Sans" w:hAnsi="Noto Sans" w:cs="Noto Sans Devanagari" w:eastAsia="Noto Sans Devanagari"/>
          <w:b w:val="0"/>
          <w:i w:val="0"/>
          <w:sz w:val="20"/>
        </w:rPr>
        <w:t>खोलेको बैंकखाता आवद्ध विद्युतीय बैंकिङ्ग (इ–बैंकिङ्ग), अन्तरबैंक भुक्तानी, मोबाइल बैंकिङ्ग, Quick</w:t>
      </w:r>
    </w:p>
    <w:p>
      <w:pPr>
        <w:spacing w:after="62" w:line="259" w:lineRule="auto"/>
      </w:pPr>
      <w:r>
        <w:rPr>
          <w:rFonts w:ascii="Noto Sans" w:hAnsi="Noto Sans" w:cs="Noto Sans Devanagari" w:eastAsia="Noto Sans Devanagari"/>
          <w:b w:val="0"/>
          <w:i w:val="0"/>
          <w:sz w:val="20"/>
        </w:rPr>
        <w:t>Response Code मार्फत राष्ट्रिय भुक्तानी स्वीच (National Payment Switch) पूर्ण रुपमा</w:t>
      </w:r>
    </w:p>
    <w:p>
      <w:pPr>
        <w:spacing w:after="62" w:line="259" w:lineRule="auto"/>
      </w:pPr>
      <w:r>
        <w:rPr>
          <w:rFonts w:ascii="Noto Sans" w:hAnsi="Noto Sans" w:cs="Noto Sans Devanagari" w:eastAsia="Noto Sans Devanagari"/>
          <w:b w:val="0"/>
          <w:i w:val="0"/>
          <w:sz w:val="20"/>
        </w:rPr>
        <w:t>सञ्चालनमा नआएसम्म सो अन्तर्गतको Retail Payment Switch (RPS) को माध्यमबाट भारतीय</w:t>
      </w:r>
    </w:p>
    <w:p>
      <w:pPr>
        <w:spacing w:after="62" w:line="259" w:lineRule="auto"/>
      </w:pPr>
      <w:r>
        <w:rPr>
          <w:rFonts w:ascii="Noto Sans" w:hAnsi="Noto Sans" w:cs="Noto Sans Devanagari" w:eastAsia="Noto Sans Devanagari"/>
          <w:b w:val="0"/>
          <w:i w:val="0"/>
          <w:sz w:val="20"/>
        </w:rPr>
        <w:t>बैंक तथा विक्तीय संस्थामा खोलिएको व्यत्तिगत खातामा प्रति दिन भा.रु. १५,०००।– र प्रति महिना</w:t>
      </w:r>
    </w:p>
    <w:p>
      <w:pPr>
        <w:spacing w:after="62" w:line="259" w:lineRule="auto"/>
      </w:pPr>
      <w:r>
        <w:rPr>
          <w:rFonts w:ascii="Noto Sans" w:hAnsi="Noto Sans" w:cs="Noto Sans Devanagari" w:eastAsia="Noto Sans Devanagari"/>
          <w:b w:val="0"/>
          <w:i w:val="0"/>
          <w:sz w:val="20"/>
        </w:rPr>
        <w:t>भा.रु. १००,०००।– जम्मा हुने गरी पारिश्रमिक बापतको सटही सुविधा (Personal Payment/P-to-</w:t>
      </w:r>
    </w:p>
    <w:p>
      <w:pPr>
        <w:spacing w:after="62" w:line="259" w:lineRule="auto"/>
      </w:pPr>
      <w:r>
        <w:rPr>
          <w:rFonts w:ascii="Noto Sans" w:hAnsi="Noto Sans" w:cs="Noto Sans Devanagari" w:eastAsia="Noto Sans Devanagari"/>
          <w:b w:val="0"/>
          <w:i w:val="0"/>
          <w:sz w:val="20"/>
        </w:rPr>
        <w:t>P Transfers) प्रदान गर्न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17. Exchange of Remuneration of Foreign Citizens, Including Indian Citizens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17. Provisions Relating to Exchange of Remuneration of Foreign Citizens, Including Indian Citizens</w:t>
      </w:r>
    </w:p>
    <w:p>
      <w:pPr>
        <w:spacing w:after="70" w:line="259" w:lineRule="auto"/>
        <w:ind w:left="115"/>
      </w:pPr>
      <w:r>
        <w:rPr>
          <w:rFonts w:ascii="Noto Sans" w:hAnsi="Noto Sans" w:cs="Noto Sans Devanagari" w:eastAsia="Noto Sans Devanagari"/>
          <w:b w:val="0"/>
          <w:i w:val="0"/>
          <w:color w:val="222222"/>
          <w:sz w:val="18"/>
        </w:rPr>
        <w:t>1. Up to the entire amount remaining after deduction of tax under prevailing law from remuneration specified in the contract with the employer or appointment letter issued by the employer may be remitted to the concerned country: in foreign currency to a foreign citizen employed in a Nepali company or industry with foreign investment under the Foreign Investment and Technology Transfer Act, 2075; in foreign currency to a non-resident foreign citizen employed in a Nepali firm, company or institution; and in Indian rupees to a foreign citizen employed in a Nepali firm, company or institution, on the basis of the following documents.</w:t>
      </w:r>
    </w:p>
    <w:p>
      <w:pPr>
        <w:spacing w:after="70" w:line="259" w:lineRule="auto"/>
        <w:ind w:left="115"/>
      </w:pPr>
      <w:r>
        <w:rPr>
          <w:rFonts w:ascii="Noto Sans" w:hAnsi="Noto Sans" w:cs="Noto Sans Devanagari" w:eastAsia="Noto Sans Devanagari"/>
          <w:b w:val="0"/>
          <w:i w:val="0"/>
          <w:color w:val="222222"/>
          <w:sz w:val="18"/>
        </w:rPr>
        <w:t>(a) Required documents:</w:t>
      </w:r>
    </w:p>
    <w:p>
      <w:pPr>
        <w:spacing w:after="70" w:line="259" w:lineRule="auto"/>
      </w:pPr>
      <w:r>
        <w:rPr>
          <w:rFonts w:ascii="Noto Sans" w:hAnsi="Noto Sans" w:cs="Noto Sans Devanagari" w:eastAsia="Noto Sans Devanagari"/>
          <w:b w:val="0"/>
          <w:i w:val="0"/>
          <w:color w:val="222222"/>
          <w:sz w:val="18"/>
        </w:rPr>
        <w:t>(1) application of the concerned person;</w:t>
      </w:r>
    </w:p>
    <w:p>
      <w:pPr>
        <w:spacing w:after="70" w:line="259" w:lineRule="auto"/>
      </w:pPr>
      <w:r>
        <w:rPr>
          <w:rFonts w:ascii="Noto Sans" w:hAnsi="Noto Sans" w:cs="Noto Sans Devanagari" w:eastAsia="Noto Sans Devanagari"/>
          <w:b w:val="0"/>
          <w:i w:val="0"/>
          <w:color w:val="222222"/>
          <w:sz w:val="18"/>
        </w:rPr>
        <w:t>(2) recommendation letter of the employer firm, company or institution;</w:t>
      </w:r>
    </w:p>
    <w:p>
      <w:pPr>
        <w:spacing w:after="70" w:line="259" w:lineRule="auto"/>
      </w:pPr>
      <w:r>
        <w:rPr>
          <w:rFonts w:ascii="Noto Sans" w:hAnsi="Noto Sans" w:cs="Noto Sans Devanagari" w:eastAsia="Noto Sans Devanagari"/>
          <w:b w:val="0"/>
          <w:i w:val="0"/>
          <w:color w:val="222222"/>
          <w:sz w:val="18"/>
        </w:rPr>
        <w:t>(3) labour approval letter of the Department of Labour, Government of Nepal (not mandatory in the case of an Indian citizen);</w:t>
      </w:r>
    </w:p>
    <w:p>
      <w:pPr>
        <w:spacing w:after="70" w:line="259" w:lineRule="auto"/>
      </w:pPr>
      <w:r>
        <w:rPr>
          <w:rFonts w:ascii="Noto Sans" w:hAnsi="Noto Sans" w:cs="Noto Sans Devanagari" w:eastAsia="Noto Sans Devanagari"/>
          <w:b w:val="0"/>
          <w:i w:val="0"/>
          <w:color w:val="222222"/>
          <w:sz w:val="18"/>
        </w:rPr>
        <w:t>(4) employee identity card and appointment letter/agreement;</w:t>
      </w:r>
    </w:p>
    <w:p>
      <w:pPr>
        <w:spacing w:after="70" w:line="259" w:lineRule="auto"/>
      </w:pPr>
      <w:r>
        <w:rPr>
          <w:rFonts w:ascii="Noto Sans" w:hAnsi="Noto Sans" w:cs="Noto Sans Devanagari" w:eastAsia="Noto Sans Devanagari"/>
          <w:b w:val="0"/>
          <w:i w:val="0"/>
          <w:color w:val="222222"/>
          <w:sz w:val="18"/>
        </w:rPr>
        <w:t>(5) evidence of payment of remuneration tax or copy of voucher;</w:t>
      </w:r>
    </w:p>
    <w:p>
      <w:pPr>
        <w:spacing w:after="70" w:line="259" w:lineRule="auto"/>
      </w:pPr>
      <w:r>
        <w:rPr>
          <w:rFonts w:ascii="Noto Sans" w:hAnsi="Noto Sans" w:cs="Noto Sans Devanagari" w:eastAsia="Noto Sans Devanagari"/>
          <w:b w:val="0"/>
          <w:i w:val="0"/>
          <w:color w:val="222222"/>
          <w:sz w:val="18"/>
        </w:rPr>
        <w:t>(6) evidence of validity of entry visa (not mandatory in the case of an Indian citizen).</w:t>
      </w:r>
    </w:p>
    <w:p>
      <w:pPr>
        <w:spacing w:after="70" w:line="259" w:lineRule="auto"/>
        <w:ind w:left="115"/>
      </w:pPr>
      <w:r>
        <w:rPr>
          <w:rFonts w:ascii="Noto Sans" w:hAnsi="Noto Sans" w:cs="Noto Sans Devanagari" w:eastAsia="Noto Sans Devanagari"/>
          <w:b w:val="0"/>
          <w:i w:val="0"/>
          <w:color w:val="222222"/>
          <w:sz w:val="18"/>
        </w:rPr>
        <w:t>2. For payment up to the entire amount remaining after deduction of tax under prevailing law from remuneration specified in the contract with the employer, the amount may be remitted to the concerned country, upon obtaining evidence of payment of remuneration tax: in foreign currency to a foreign citizen employed in a Nepali airline service-provider company or industry with foreign investment under the Foreign Investment and Technology Transfer Act, 2075; in foreign currency to a non-resident foreign citizen employed in a Nepali airline service-provider company; and in Indian rupees to a foreign citizen employed in a Nepali airline service-provider company, on the basis of the following documents.</w:t>
      </w:r>
    </w:p>
    <w:p>
      <w:pPr>
        <w:spacing w:after="70" w:line="259" w:lineRule="auto"/>
        <w:ind w:left="115"/>
      </w:pPr>
      <w:r>
        <w:rPr>
          <w:rFonts w:ascii="Noto Sans" w:hAnsi="Noto Sans" w:cs="Noto Sans Devanagari" w:eastAsia="Noto Sans Devanagari"/>
          <w:b w:val="0"/>
          <w:i w:val="0"/>
          <w:color w:val="222222"/>
          <w:sz w:val="18"/>
        </w:rPr>
        <w:t>(a) Required documents:</w:t>
      </w:r>
    </w:p>
    <w:p>
      <w:pPr>
        <w:spacing w:after="70" w:line="259" w:lineRule="auto"/>
      </w:pPr>
      <w:r>
        <w:rPr>
          <w:rFonts w:ascii="Noto Sans" w:hAnsi="Noto Sans" w:cs="Noto Sans Devanagari" w:eastAsia="Noto Sans Devanagari"/>
          <w:b w:val="0"/>
          <w:i w:val="0"/>
          <w:color w:val="222222"/>
          <w:sz w:val="18"/>
        </w:rPr>
        <w:t>(1) application of the concerned person;</w:t>
      </w:r>
    </w:p>
    <w:p>
      <w:pPr>
        <w:spacing w:after="70" w:line="259" w:lineRule="auto"/>
      </w:pPr>
      <w:r>
        <w:rPr>
          <w:rFonts w:ascii="Noto Sans" w:hAnsi="Noto Sans" w:cs="Noto Sans Devanagari" w:eastAsia="Noto Sans Devanagari"/>
          <w:b w:val="0"/>
          <w:i w:val="0"/>
          <w:color w:val="222222"/>
          <w:sz w:val="18"/>
        </w:rPr>
        <w:t>(2) recommendation letter of the airline service-provider company;</w:t>
      </w:r>
    </w:p>
    <w:p>
      <w:pPr>
        <w:spacing w:after="70" w:line="259" w:lineRule="auto"/>
      </w:pPr>
      <w:r>
        <w:rPr>
          <w:rFonts w:ascii="Noto Sans" w:hAnsi="Noto Sans" w:cs="Noto Sans Devanagari" w:eastAsia="Noto Sans Devanagari"/>
          <w:b w:val="0"/>
          <w:i w:val="0"/>
          <w:color w:val="222222"/>
          <w:sz w:val="18"/>
        </w:rPr>
        <w:t>(3) labour approval letter of the Department of Labour, Government of Nepal;</w:t>
      </w:r>
    </w:p>
    <w:p>
      <w:pPr>
        <w:spacing w:after="70" w:line="259" w:lineRule="auto"/>
      </w:pPr>
      <w:r>
        <w:rPr>
          <w:rFonts w:ascii="Noto Sans" w:hAnsi="Noto Sans" w:cs="Noto Sans Devanagari" w:eastAsia="Noto Sans Devanagari"/>
          <w:b w:val="0"/>
          <w:i w:val="0"/>
          <w:color w:val="222222"/>
          <w:sz w:val="18"/>
        </w:rPr>
        <w:t>(4) employee identity card and appointment letter/agreement;</w:t>
      </w:r>
    </w:p>
    <w:p>
      <w:pPr>
        <w:spacing w:after="70" w:line="259" w:lineRule="auto"/>
      </w:pPr>
      <w:r>
        <w:rPr>
          <w:rFonts w:ascii="Noto Sans" w:hAnsi="Noto Sans" w:cs="Noto Sans Devanagari" w:eastAsia="Noto Sans Devanagari"/>
          <w:b w:val="0"/>
          <w:i w:val="0"/>
          <w:color w:val="222222"/>
          <w:sz w:val="18"/>
        </w:rPr>
        <w:t>(5) evidence of payment of remuneration tax or copy of voucher;</w:t>
      </w:r>
    </w:p>
    <w:p>
      <w:pPr>
        <w:spacing w:after="70" w:line="259" w:lineRule="auto"/>
      </w:pPr>
      <w:r>
        <w:rPr>
          <w:rFonts w:ascii="Noto Sans" w:hAnsi="Noto Sans" w:cs="Noto Sans Devanagari" w:eastAsia="Noto Sans Devanagari"/>
          <w:b w:val="0"/>
          <w:i w:val="0"/>
          <w:color w:val="222222"/>
          <w:sz w:val="18"/>
        </w:rPr>
        <w:t>(6) evidence of validity of entry visa (in the case of persons other than Indian citizens).</w:t>
      </w:r>
    </w:p>
    <w:p>
      <w:pPr>
        <w:spacing w:after="70" w:line="259" w:lineRule="auto"/>
        <w:ind w:left="115"/>
      </w:pPr>
      <w:r>
        <w:rPr>
          <w:rFonts w:ascii="Noto Sans" w:hAnsi="Noto Sans" w:cs="Noto Sans Devanagari" w:eastAsia="Noto Sans Devanagari"/>
          <w:b w:val="0"/>
          <w:i w:val="0"/>
          <w:color w:val="222222"/>
          <w:sz w:val="18"/>
        </w:rPr>
        <w:t>3. Except as provided in sub-clauses 1 and 2, where a person works in an institution established in Nepal to which the Industrial Enterprises Act, 2076 applies and requests exchange facility in respect of remuneration, a bank or financial institution may provide exchange facility in convertible foreign currency up to a maximum of 70 percent of the amount after tax deduction, on the basis of the following documents:</w:t>
      </w:r>
    </w:p>
    <w:p>
      <w:pPr>
        <w:spacing w:after="70" w:line="259" w:lineRule="auto"/>
      </w:pPr>
      <w:r>
        <w:rPr>
          <w:rFonts w:ascii="Noto Sans" w:hAnsi="Noto Sans" w:cs="Noto Sans Devanagari" w:eastAsia="Noto Sans Devanagari"/>
          <w:b w:val="0"/>
          <w:i w:val="0"/>
          <w:color w:val="222222"/>
          <w:sz w:val="18"/>
        </w:rPr>
        <w:t>(1) application of the concerned person;</w:t>
      </w:r>
    </w:p>
    <w:p>
      <w:pPr>
        <w:spacing w:after="70" w:line="259" w:lineRule="auto"/>
      </w:pPr>
      <w:r>
        <w:rPr>
          <w:rFonts w:ascii="Noto Sans" w:hAnsi="Noto Sans" w:cs="Noto Sans Devanagari" w:eastAsia="Noto Sans Devanagari"/>
          <w:b w:val="0"/>
          <w:i w:val="0"/>
          <w:color w:val="222222"/>
          <w:sz w:val="18"/>
        </w:rPr>
        <w:t>(2) recommendation letter of the employer firm, company or institution;</w:t>
      </w:r>
    </w:p>
    <w:p>
      <w:pPr>
        <w:spacing w:after="70" w:line="259" w:lineRule="auto"/>
      </w:pPr>
      <w:r>
        <w:rPr>
          <w:rFonts w:ascii="Noto Sans" w:hAnsi="Noto Sans" w:cs="Noto Sans Devanagari" w:eastAsia="Noto Sans Devanagari"/>
          <w:b w:val="0"/>
          <w:i w:val="0"/>
          <w:color w:val="222222"/>
          <w:sz w:val="18"/>
        </w:rPr>
        <w:t>(3) labour approval letter of the Department of Labour, Government of Nepal (not mandatory in the case of an Indian citizen);</w:t>
      </w:r>
    </w:p>
    <w:p>
      <w:pPr>
        <w:spacing w:after="70" w:line="259" w:lineRule="auto"/>
      </w:pPr>
      <w:r>
        <w:rPr>
          <w:rFonts w:ascii="Noto Sans" w:hAnsi="Noto Sans" w:cs="Noto Sans Devanagari" w:eastAsia="Noto Sans Devanagari"/>
          <w:b w:val="0"/>
          <w:i w:val="0"/>
          <w:color w:val="222222"/>
          <w:sz w:val="18"/>
        </w:rPr>
        <w:t>(4) employee identity card and appointment letter/agreement;</w:t>
      </w:r>
    </w:p>
    <w:p>
      <w:pPr>
        <w:spacing w:after="70" w:line="259" w:lineRule="auto"/>
      </w:pPr>
      <w:r>
        <w:rPr>
          <w:rFonts w:ascii="Noto Sans" w:hAnsi="Noto Sans" w:cs="Noto Sans Devanagari" w:eastAsia="Noto Sans Devanagari"/>
          <w:b w:val="0"/>
          <w:i w:val="0"/>
          <w:color w:val="222222"/>
          <w:sz w:val="18"/>
        </w:rPr>
        <w:t>(5) evidence of payment of remuneration tax or copy of voucher;</w:t>
      </w:r>
    </w:p>
    <w:p>
      <w:pPr>
        <w:spacing w:after="70" w:line="259" w:lineRule="auto"/>
      </w:pPr>
      <w:r>
        <w:rPr>
          <w:rFonts w:ascii="Noto Sans" w:hAnsi="Noto Sans" w:cs="Noto Sans Devanagari" w:eastAsia="Noto Sans Devanagari"/>
          <w:b w:val="0"/>
          <w:i w:val="0"/>
          <w:color w:val="222222"/>
          <w:sz w:val="18"/>
        </w:rPr>
        <w:t>(6) evidence of validity of entry visa (not mandatory in the case of an Indian citizen).</w:t>
      </w:r>
    </w:p>
    <w:p>
      <w:pPr>
        <w:spacing w:after="70" w:line="259" w:lineRule="auto"/>
        <w:ind w:left="115"/>
      </w:pPr>
      <w:r>
        <w:rPr>
          <w:rFonts w:ascii="Noto Sans" w:hAnsi="Noto Sans" w:cs="Noto Sans Devanagari" w:eastAsia="Noto Sans Devanagari"/>
          <w:b w:val="0"/>
          <w:i w:val="0"/>
          <w:color w:val="222222"/>
          <w:sz w:val="18"/>
        </w:rPr>
        <w:t>4. Notwithstanding anything stated in sub-clauses 1, 2 and 3, in the case of Provident Fund, retirement fund, gratuity, Social Security Fund, accumulated medical benefit, accumulated leave and other accumulated employment-related amounts, the entire amount receivable after deduction of tax applicable under the rules may be remitted through the concerned bank or financial institution. Where, during the period of employment, a loan is taken from such funds and a request is made to remit the amount, such amount may also be remitted.</w:t>
      </w:r>
    </w:p>
    <w:p>
      <w:pPr>
        <w:spacing w:after="70" w:line="259" w:lineRule="auto"/>
        <w:ind w:left="115"/>
      </w:pPr>
      <w:r>
        <w:rPr>
          <w:rFonts w:ascii="Noto Sans" w:hAnsi="Noto Sans" w:cs="Noto Sans Devanagari" w:eastAsia="Noto Sans Devanagari"/>
          <w:b w:val="0"/>
          <w:i w:val="0"/>
          <w:color w:val="222222"/>
          <w:sz w:val="18"/>
        </w:rPr>
        <w:t>5. Subject to compliance with the provisions of sub-clauses 1, 2, 3 and 4 and with the consent of the foreign citizen, foreign currency may, on the basis of an application from the concerned employer, be remitted to the concerned country by debiting the employer's account, including in a lump sum.</w:t>
      </w:r>
    </w:p>
    <w:p>
      <w:pPr>
        <w:spacing w:after="70" w:line="259" w:lineRule="auto"/>
      </w:pPr>
      <w:r>
        <w:rPr>
          <w:rFonts w:ascii="Noto Sans" w:hAnsi="Noto Sans" w:cs="Noto Sans Devanagari" w:eastAsia="Noto Sans Devanagari"/>
          <w:b w:val="0"/>
          <w:i w:val="0"/>
          <w:color w:val="222222"/>
          <w:sz w:val="18"/>
        </w:rPr>
        <w:t>Explanation: For the purpose of this Clause, “non-resident person” means a person other than a resident person under the prevailing Income Tax Act.</w:t>
      </w:r>
    </w:p>
    <w:p>
      <w:pPr>
        <w:spacing w:after="70" w:line="259" w:lineRule="auto"/>
        <w:ind w:left="115"/>
      </w:pPr>
      <w:r>
        <w:rPr>
          <w:rFonts w:ascii="Noto Sans" w:hAnsi="Noto Sans" w:cs="Noto Sans Devanagari" w:eastAsia="Noto Sans Devanagari"/>
          <w:b w:val="0"/>
          <w:i w:val="0"/>
          <w:color w:val="222222"/>
          <w:sz w:val="18"/>
        </w:rPr>
        <w:t>6. Notwithstanding anything stated in Clause 17, where an Indian citizen working in Nepal receives remuneration in convertible foreign currency from an institution having a source of convertible foreign currency, repatriation facility for remuneration may also be provided in convertible foreign currency, to the extent covered by the balance in such account and subject to the limits and documents specified in Clause 17.</w:t>
      </w:r>
    </w:p>
    <w:p>
      <w:pPr>
        <w:spacing w:after="70" w:line="259" w:lineRule="auto"/>
        <w:ind w:left="115"/>
      </w:pPr>
      <w:r>
        <w:rPr>
          <w:rFonts w:ascii="Noto Sans" w:hAnsi="Noto Sans" w:cs="Noto Sans Devanagari" w:eastAsia="Noto Sans Devanagari"/>
          <w:b w:val="0"/>
          <w:i w:val="0"/>
          <w:color w:val="222222"/>
          <w:sz w:val="18"/>
        </w:rPr>
        <w:t>7. Until the National Payment Switch becomes fully operational, an Indian citizen working in Nepal may be provided exchange facility for remuneration (Personal Payment/P-to-P Transfers), through electronic banking (e-banking), interbank payment, mobile banking or Quick Response Code linked to a bank account opened in a Nepali commercial bank or national-level development bank, through the Retail Payment Switch (RPS) under the National Payment Switch, so that up to INR 15,000 per day and INR 100,000 per month is credited to the person's individual account opened with a bank or financial institution in India.</w:t>
      </w:r>
    </w:p>
    <w:p>
      <w:pPr>
        <w:keepNext/>
        <w:spacing w:before="200" w:after="80"/>
        <w:pBdr>
          <w:bottom w:val="single" w:sz="12" w:space="2" w:color="17365D"/>
        </w:pBdr>
      </w:pPr>
      <w:r>
        <w:rPr>
          <w:rFonts w:ascii="Noto Sans" w:hAnsi="Noto Sans" w:cs="Noto Sans Devanagari" w:eastAsia="Noto Sans Devanagari"/>
          <w:b/>
          <w:i w:val="0"/>
          <w:color w:val="17365D"/>
          <w:sz w:val="25"/>
        </w:rPr>
        <w:t>१८. आप्रवास भिसामा विदेश जाने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१८. आप्रवास भिसामा विदेश जाने नेपाली नागरिकहरूलाई Settlement खर्चबापत प्रदान गर्ने परिवर्त्य विदेशी</w:t>
      </w:r>
    </w:p>
    <w:p>
      <w:pPr>
        <w:spacing w:after="62" w:line="259" w:lineRule="auto"/>
      </w:pPr>
      <w:r>
        <w:rPr>
          <w:rFonts w:ascii="Noto Sans" w:hAnsi="Noto Sans" w:cs="Noto Sans Devanagari" w:eastAsia="Noto Sans Devanagari"/>
          <w:b w:val="0"/>
          <w:i w:val="0"/>
          <w:sz w:val="20"/>
        </w:rPr>
        <w:t>मुद्राको सटही सुविधा सम्बन्धमाः</w:t>
      </w:r>
    </w:p>
    <w:p>
      <w:pPr>
        <w:spacing w:after="62" w:line="259" w:lineRule="auto"/>
        <w:ind w:left="115"/>
      </w:pPr>
      <w:r>
        <w:rPr>
          <w:rFonts w:ascii="Noto Sans" w:hAnsi="Noto Sans" w:cs="Noto Sans Devanagari" w:eastAsia="Noto Sans Devanagari"/>
          <w:b w:val="0"/>
          <w:i w:val="0"/>
          <w:sz w:val="20"/>
        </w:rPr>
        <w:t>(क) आप्रवास भिसा पाएका नेपाली नागरिकहरूलाई मात्र Settlement खर्च बापत प्रति व्यक्ति बढीमा</w:t>
      </w:r>
    </w:p>
    <w:p>
      <w:pPr>
        <w:spacing w:after="62" w:line="259" w:lineRule="auto"/>
      </w:pPr>
      <w:r>
        <w:rPr>
          <w:rFonts w:ascii="Noto Sans" w:hAnsi="Noto Sans" w:cs="Noto Sans Devanagari" w:eastAsia="Noto Sans Devanagari"/>
          <w:b w:val="0"/>
          <w:i w:val="0"/>
          <w:sz w:val="20"/>
        </w:rPr>
        <w:t>अमेरिकी डलर ५,०००।– सम्म वा सो बराबरको अन्य परिवर्त्य विदेशी मुद्रा सटही सुविधा बैंक</w:t>
      </w:r>
    </w:p>
    <w:p>
      <w:pPr>
        <w:spacing w:after="62" w:line="259" w:lineRule="auto"/>
      </w:pPr>
      <w:r>
        <w:rPr>
          <w:rFonts w:ascii="Noto Sans" w:hAnsi="Noto Sans" w:cs="Noto Sans Devanagari" w:eastAsia="Noto Sans Devanagari"/>
          <w:b w:val="0"/>
          <w:i w:val="0"/>
          <w:sz w:val="20"/>
        </w:rPr>
        <w:t>तथा वित्तीय संस्थाले उपलब्ध गराउन सकिने छ ।</w:t>
      </w:r>
    </w:p>
    <w:p>
      <w:pPr>
        <w:spacing w:after="62" w:line="259" w:lineRule="auto"/>
        <w:ind w:left="115"/>
      </w:pPr>
      <w:r>
        <w:rPr>
          <w:rFonts w:ascii="Noto Sans" w:hAnsi="Noto Sans" w:cs="Noto Sans Devanagari" w:eastAsia="Noto Sans Devanagari"/>
          <w:b w:val="0"/>
          <w:i w:val="0"/>
          <w:sz w:val="20"/>
        </w:rPr>
        <w:t>(ख) आप्रवास भिसा (Immigrant Visa) प्राप्त गरी सम्बन्धित देशमा पहिलो पटक जाने नेपाली</w:t>
      </w:r>
    </w:p>
    <w:p>
      <w:pPr>
        <w:spacing w:after="62" w:line="259" w:lineRule="auto"/>
      </w:pPr>
      <w:r>
        <w:rPr>
          <w:rFonts w:ascii="Noto Sans" w:hAnsi="Noto Sans" w:cs="Noto Sans Devanagari" w:eastAsia="Noto Sans Devanagari"/>
          <w:b w:val="0"/>
          <w:i w:val="0"/>
          <w:sz w:val="20"/>
        </w:rPr>
        <w:t>नागरिकहरूलाई एक पटक मात्र यो सटही सुविधा उपलब्ध गराउनु पर्नेछ । तर, आप्रवास भिसा</w:t>
      </w:r>
    </w:p>
    <w:p>
      <w:pPr>
        <w:spacing w:after="62" w:line="259" w:lineRule="auto"/>
      </w:pPr>
      <w:r>
        <w:rPr>
          <w:rFonts w:ascii="Noto Sans" w:hAnsi="Noto Sans" w:cs="Noto Sans Devanagari" w:eastAsia="Noto Sans Devanagari"/>
          <w:b w:val="0"/>
          <w:i w:val="0"/>
          <w:sz w:val="20"/>
        </w:rPr>
        <w:t>प्राप्त गरी यो व्यवस्था अनुसारको सटही सुविधा नलिई सम्बन्धित देश गएर नेपाल फर्की पुनः</w:t>
      </w:r>
    </w:p>
    <w:p>
      <w:pPr>
        <w:spacing w:after="62" w:line="259" w:lineRule="auto"/>
      </w:pPr>
      <w:r>
        <w:rPr>
          <w:rFonts w:ascii="Noto Sans" w:hAnsi="Noto Sans" w:cs="Noto Sans Devanagari" w:eastAsia="Noto Sans Devanagari"/>
          <w:b w:val="0"/>
          <w:i w:val="0"/>
          <w:sz w:val="20"/>
        </w:rPr>
        <w:t>जाने र सोही देशमा रहेको समयमा आप्रवास भिसा प्राप्त गरी नेपाल आई पुनः जाने नेपाली</w:t>
      </w:r>
    </w:p>
    <w:p>
      <w:pPr>
        <w:spacing w:after="62" w:line="259" w:lineRule="auto"/>
      </w:pPr>
      <w:r>
        <w:rPr>
          <w:rFonts w:ascii="Noto Sans" w:hAnsi="Noto Sans" w:cs="Noto Sans Devanagari" w:eastAsia="Noto Sans Devanagari"/>
          <w:b w:val="0"/>
          <w:i w:val="0"/>
          <w:sz w:val="20"/>
        </w:rPr>
        <w:t>नागरिकहरूलाई यस्तो सटही सुविधा प्रदान गर्न मिल्ने छैन ।</w:t>
      </w:r>
    </w:p>
    <w:p>
      <w:pPr>
        <w:spacing w:after="62" w:line="259" w:lineRule="auto"/>
        <w:ind w:left="115"/>
      </w:pPr>
      <w:r>
        <w:rPr>
          <w:rFonts w:ascii="Noto Sans" w:hAnsi="Noto Sans" w:cs="Noto Sans Devanagari" w:eastAsia="Noto Sans Devanagari"/>
          <w:b w:val="0"/>
          <w:i w:val="0"/>
          <w:sz w:val="20"/>
        </w:rPr>
        <w:t>(ग) नेपाल सरकारले जारी गरेको राहदानी, आप्रवास भिसा र नेपालदेखि नै शुरु हुने कन्फर्म्ड हवाई</w:t>
      </w:r>
    </w:p>
    <w:p>
      <w:pPr>
        <w:spacing w:after="62" w:line="259" w:lineRule="auto"/>
      </w:pPr>
      <w:r>
        <w:rPr>
          <w:rFonts w:ascii="Noto Sans" w:hAnsi="Noto Sans" w:cs="Noto Sans Devanagari" w:eastAsia="Noto Sans Devanagari"/>
          <w:b w:val="0"/>
          <w:i w:val="0"/>
          <w:sz w:val="20"/>
        </w:rPr>
        <w:t>टिकटको प्रतिलिपि अनिवार्यरुपमा लिई यस्तो सटही सुविधा उपलब्ध गराउनु पर्नेछ । उदाहरणको</w:t>
      </w:r>
    </w:p>
    <w:p>
      <w:pPr>
        <w:spacing w:after="62" w:line="259" w:lineRule="auto"/>
      </w:pPr>
      <w:r>
        <w:rPr>
          <w:rFonts w:ascii="Noto Sans" w:hAnsi="Noto Sans" w:cs="Noto Sans Devanagari" w:eastAsia="Noto Sans Devanagari"/>
          <w:b w:val="0"/>
          <w:i w:val="0"/>
          <w:sz w:val="20"/>
        </w:rPr>
        <w:t>लागि केही विकसित मुलुकहरूको आप्रवास भिसाको विवरण देहायअनुरुप छन् ।</w:t>
      </w:r>
    </w:p>
    <w:p>
      <w:pPr>
        <w:spacing w:after="62" w:line="259" w:lineRule="auto"/>
      </w:pPr>
      <w:r>
        <w:rPr>
          <w:rFonts w:ascii="Noto Sans" w:hAnsi="Noto Sans" w:cs="Noto Sans Devanagari" w:eastAsia="Noto Sans Devanagari"/>
          <w:b w:val="0"/>
          <w:i w:val="0"/>
          <w:sz w:val="20"/>
        </w:rPr>
        <w:t>मुलुक भिसाको किसिम</w:t>
      </w:r>
    </w:p>
    <w:p>
      <w:pPr>
        <w:spacing w:after="62" w:line="259" w:lineRule="auto"/>
      </w:pPr>
      <w:r>
        <w:rPr>
          <w:rFonts w:ascii="Noto Sans" w:hAnsi="Noto Sans" w:cs="Noto Sans Devanagari" w:eastAsia="Noto Sans Devanagari"/>
          <w:b w:val="0"/>
          <w:i w:val="0"/>
          <w:sz w:val="20"/>
        </w:rPr>
        <w:t>संयुक्त राज्य अमेरिका Immigrant Visa</w:t>
      </w:r>
    </w:p>
    <w:p>
      <w:pPr>
        <w:spacing w:after="62" w:line="259" w:lineRule="auto"/>
      </w:pPr>
      <w:r>
        <w:rPr>
          <w:rFonts w:ascii="Noto Sans" w:hAnsi="Noto Sans" w:cs="Noto Sans Devanagari" w:eastAsia="Noto Sans Devanagari"/>
          <w:b w:val="0"/>
          <w:i w:val="0"/>
          <w:sz w:val="20"/>
        </w:rPr>
        <w:t>क्यानडा Immigrant Visa</w:t>
      </w:r>
    </w:p>
    <w:p>
      <w:pPr>
        <w:spacing w:after="62" w:line="259" w:lineRule="auto"/>
      </w:pPr>
      <w:r>
        <w:rPr>
          <w:rFonts w:ascii="Noto Sans" w:hAnsi="Noto Sans" w:cs="Noto Sans Devanagari" w:eastAsia="Noto Sans Devanagari"/>
          <w:b w:val="0"/>
          <w:i w:val="0"/>
          <w:sz w:val="20"/>
        </w:rPr>
        <w:t>बेलायत Visa Highly Skilled Migrant Programme र Visa Settlement-AF</w:t>
      </w:r>
    </w:p>
    <w:p>
      <w:pPr>
        <w:spacing w:after="62" w:line="259" w:lineRule="auto"/>
      </w:pPr>
      <w:r>
        <w:rPr>
          <w:rFonts w:ascii="Noto Sans" w:hAnsi="Noto Sans" w:cs="Noto Sans Devanagari" w:eastAsia="Noto Sans Devanagari"/>
          <w:b w:val="0"/>
          <w:i w:val="0"/>
          <w:sz w:val="20"/>
        </w:rPr>
        <w:t>अष्ट्रेलिया Permitted to remain in Australia Indefinitely लेखिएको Visa</w:t>
      </w:r>
    </w:p>
    <w:p>
      <w:pPr>
        <w:spacing w:after="62" w:line="259" w:lineRule="auto"/>
        <w:ind w:left="115"/>
      </w:pPr>
      <w:r>
        <w:rPr>
          <w:rFonts w:ascii="Noto Sans" w:hAnsi="Noto Sans" w:cs="Noto Sans Devanagari" w:eastAsia="Noto Sans Devanagari"/>
          <w:b w:val="0"/>
          <w:i w:val="0"/>
          <w:sz w:val="20"/>
        </w:rPr>
        <w:t>(घ) यस्तो सटही सुविधा उपलब्ध गराएको रकम स्पष्ट देखिने गरी सम्बन्धित व्यक्तिको राहदानीमा</w:t>
      </w:r>
    </w:p>
    <w:p>
      <w:pPr>
        <w:spacing w:after="62" w:line="259" w:lineRule="auto"/>
      </w:pPr>
      <w:r>
        <w:rPr>
          <w:rFonts w:ascii="Noto Sans" w:hAnsi="Noto Sans" w:cs="Noto Sans Devanagari" w:eastAsia="Noto Sans Devanagari"/>
          <w:b w:val="0"/>
          <w:i w:val="0"/>
          <w:sz w:val="20"/>
        </w:rPr>
        <w:t>दरपीठ गरी सो कागजातको प्रतिलिपि अभिलेखको लागि राख्नु पर्नेछ ।</w:t>
      </w:r>
    </w:p>
    <w:p>
      <w:pPr>
        <w:spacing w:after="62" w:line="259" w:lineRule="auto"/>
        <w:ind w:left="115"/>
      </w:pPr>
      <w:r>
        <w:rPr>
          <w:rFonts w:ascii="Noto Sans" w:hAnsi="Noto Sans" w:cs="Noto Sans Devanagari" w:eastAsia="Noto Sans Devanagari"/>
          <w:b w:val="0"/>
          <w:i w:val="0"/>
          <w:sz w:val="20"/>
        </w:rPr>
        <w:t>(ङ) यस प्रकारको सटही सुविधा उपलब्ध गराएको विवरण मासिक रुपमा महिना व्यतित भएको ७</w:t>
      </w:r>
    </w:p>
    <w:p>
      <w:pPr>
        <w:spacing w:after="62" w:line="259" w:lineRule="auto"/>
      </w:pPr>
      <w:r>
        <w:rPr>
          <w:rFonts w:ascii="Noto Sans" w:hAnsi="Noto Sans" w:cs="Noto Sans Devanagari" w:eastAsia="Noto Sans Devanagari"/>
          <w:b w:val="0"/>
          <w:i w:val="0"/>
          <w:sz w:val="20"/>
        </w:rPr>
        <w:t>दिनभित्र यस विभागमा उपलब्ध गराउनु पर्नेछ ।</w:t>
      </w:r>
    </w:p>
    <w:p>
      <w:pPr>
        <w:spacing w:after="62" w:line="259" w:lineRule="auto"/>
        <w:ind w:left="115"/>
      </w:pPr>
      <w:r>
        <w:rPr>
          <w:rFonts w:ascii="Noto Sans" w:hAnsi="Noto Sans" w:cs="Noto Sans Devanagari" w:eastAsia="Noto Sans Devanagari"/>
          <w:b w:val="0"/>
          <w:i w:val="0"/>
          <w:sz w:val="20"/>
        </w:rPr>
        <w:t>(च) यस दफा अन्तर्गत आप्रवास भिसा (Immigrant Visa, Visa Highly Skilled Migrant</w:t>
      </w:r>
    </w:p>
    <w:p>
      <w:pPr>
        <w:spacing w:after="62" w:line="259" w:lineRule="auto"/>
      </w:pPr>
      <w:r>
        <w:rPr>
          <w:rFonts w:ascii="Noto Sans" w:hAnsi="Noto Sans" w:cs="Noto Sans Devanagari" w:eastAsia="Noto Sans Devanagari"/>
          <w:b w:val="0"/>
          <w:i w:val="0"/>
          <w:sz w:val="20"/>
        </w:rPr>
        <w:t>Programme, Visa Settlement -AF, Permitted to remain in Australia Indefinitely Visa र</w:t>
      </w:r>
    </w:p>
    <w:p>
      <w:pPr>
        <w:spacing w:after="62" w:line="259" w:lineRule="auto"/>
      </w:pPr>
      <w:r>
        <w:rPr>
          <w:rFonts w:ascii="Noto Sans" w:hAnsi="Noto Sans" w:cs="Noto Sans Devanagari" w:eastAsia="Noto Sans Devanagari"/>
          <w:b w:val="0"/>
          <w:i w:val="0"/>
          <w:sz w:val="20"/>
        </w:rPr>
        <w:t>Diversity Visa etc.) प्राप्त गरी सम्बन्धित देशमा जाने व्यक्तिलाई पहिलो पटक मात्र दफा १</w:t>
      </w:r>
    </w:p>
    <w:p>
      <w:pPr>
        <w:spacing w:after="62" w:line="259" w:lineRule="auto"/>
        <w:ind w:left="115"/>
      </w:pPr>
      <w:r>
        <w:rPr>
          <w:rFonts w:ascii="Noto Sans" w:hAnsi="Noto Sans" w:cs="Noto Sans Devanagari" w:eastAsia="Noto Sans Devanagari"/>
          <w:b w:val="0"/>
          <w:i w:val="0"/>
          <w:sz w:val="20"/>
        </w:rPr>
        <w:t>(ख) को बुँदा (१), (२) वा (३) मा उल्लिखित सटही सुविधा उपलब्ध गराउन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18. Exchange Facility for Settlement Expenses of Nepali Citizens Going Abroad on Immigrant Visa</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18. Convertible Foreign Currency Exchange Facility for Settlement Expenses of Nepali Citizens Going Abroad on Immigrant Visa</w:t>
      </w:r>
    </w:p>
    <w:p>
      <w:pPr>
        <w:spacing w:after="70" w:line="259" w:lineRule="auto"/>
        <w:ind w:left="115"/>
      </w:pPr>
      <w:r>
        <w:rPr>
          <w:rFonts w:ascii="Noto Sans" w:hAnsi="Noto Sans" w:cs="Noto Sans Devanagari" w:eastAsia="Noto Sans Devanagari"/>
          <w:b w:val="0"/>
          <w:i w:val="0"/>
          <w:color w:val="222222"/>
          <w:sz w:val="18"/>
        </w:rPr>
        <w:t>(a) Banks and financial institutions may provide only Nepali citizens who have obtained immigrant visas with exchange facility for Settlement expenses up to a maximum of USD 5,000 per person or equivalent other convertible foreign currency.</w:t>
      </w:r>
    </w:p>
    <w:p>
      <w:pPr>
        <w:spacing w:after="70" w:line="259" w:lineRule="auto"/>
        <w:ind w:left="115"/>
      </w:pPr>
      <w:r>
        <w:rPr>
          <w:rFonts w:ascii="Noto Sans" w:hAnsi="Noto Sans" w:cs="Noto Sans Devanagari" w:eastAsia="Noto Sans Devanagari"/>
          <w:b w:val="0"/>
          <w:i w:val="0"/>
          <w:color w:val="222222"/>
          <w:sz w:val="18"/>
        </w:rPr>
        <w:t>(b) This exchange facility shall be provided only once to Nepali citizens who have obtained an Immigrant Visa and are travelling to the concerned country for the first time. However, such facility shall not be provided to Nepali citizens who, after obtaining an immigrant visa, travel to the concerned country without taking the exchange facility under this provision, return to Nepal and travel again, or who obtain an immigrant visa while staying in that country, come to Nepal and travel again.</w:t>
      </w:r>
    </w:p>
    <w:p>
      <w:pPr>
        <w:spacing w:after="70" w:line="259" w:lineRule="auto"/>
        <w:ind w:left="115"/>
      </w:pPr>
      <w:r>
        <w:rPr>
          <w:rFonts w:ascii="Noto Sans" w:hAnsi="Noto Sans" w:cs="Noto Sans Devanagari" w:eastAsia="Noto Sans Devanagari"/>
          <w:b w:val="0"/>
          <w:i w:val="0"/>
          <w:color w:val="222222"/>
          <w:sz w:val="18"/>
        </w:rPr>
        <w:t>(c) Such exchange facility shall be provided only after mandatorily obtaining copies of the passport issued by the Government of Nepal, immigrant visa and confirmed air ticket commencing from Nepal. For example, the immigrant visas of certain developed countries are as follows:</w:t>
      </w:r>
    </w:p>
    <w:p>
      <w:pPr>
        <w:spacing w:after="70" w:line="259" w:lineRule="auto"/>
      </w:pPr>
      <w:r>
        <w:rPr>
          <w:rFonts w:ascii="Noto Sans" w:hAnsi="Noto Sans" w:cs="Noto Sans Devanagari" w:eastAsia="Noto Sans Devanagari"/>
          <w:b w:val="0"/>
          <w:i w:val="0"/>
          <w:color w:val="222222"/>
          <w:sz w:val="18"/>
        </w:rPr>
        <w:t>Country — Type of visa</w:t>
      </w:r>
    </w:p>
    <w:p>
      <w:pPr>
        <w:spacing w:after="70" w:line="259" w:lineRule="auto"/>
      </w:pPr>
      <w:r>
        <w:rPr>
          <w:rFonts w:ascii="Noto Sans" w:hAnsi="Noto Sans" w:cs="Noto Sans Devanagari" w:eastAsia="Noto Sans Devanagari"/>
          <w:b w:val="0"/>
          <w:i w:val="0"/>
          <w:color w:val="222222"/>
          <w:sz w:val="18"/>
        </w:rPr>
        <w:t>United States of America — Immigrant Visa</w:t>
      </w:r>
    </w:p>
    <w:p>
      <w:pPr>
        <w:spacing w:after="70" w:line="259" w:lineRule="auto"/>
      </w:pPr>
      <w:r>
        <w:rPr>
          <w:rFonts w:ascii="Noto Sans" w:hAnsi="Noto Sans" w:cs="Noto Sans Devanagari" w:eastAsia="Noto Sans Devanagari"/>
          <w:b w:val="0"/>
          <w:i w:val="0"/>
          <w:color w:val="222222"/>
          <w:sz w:val="18"/>
        </w:rPr>
        <w:t>Canada — Immigrant Visa</w:t>
      </w:r>
    </w:p>
    <w:p>
      <w:pPr>
        <w:spacing w:after="70" w:line="259" w:lineRule="auto"/>
      </w:pPr>
      <w:r>
        <w:rPr>
          <w:rFonts w:ascii="Noto Sans" w:hAnsi="Noto Sans" w:cs="Noto Sans Devanagari" w:eastAsia="Noto Sans Devanagari"/>
          <w:b w:val="0"/>
          <w:i w:val="0"/>
          <w:color w:val="222222"/>
          <w:sz w:val="18"/>
        </w:rPr>
        <w:t>United Kingdom — Visa Highly Skilled Migrant Programme and Visa Settlement-AF</w:t>
      </w:r>
    </w:p>
    <w:p>
      <w:pPr>
        <w:spacing w:after="70" w:line="259" w:lineRule="auto"/>
      </w:pPr>
      <w:r>
        <w:rPr>
          <w:rFonts w:ascii="Noto Sans" w:hAnsi="Noto Sans" w:cs="Noto Sans Devanagari" w:eastAsia="Noto Sans Devanagari"/>
          <w:b w:val="0"/>
          <w:i w:val="0"/>
          <w:color w:val="222222"/>
          <w:sz w:val="18"/>
        </w:rPr>
        <w:t>Australia — Visa stating “Permitted to remain in Australia Indefinitely”</w:t>
      </w:r>
    </w:p>
    <w:p>
      <w:pPr>
        <w:spacing w:after="70" w:line="259" w:lineRule="auto"/>
        <w:ind w:left="115"/>
      </w:pPr>
      <w:r>
        <w:rPr>
          <w:rFonts w:ascii="Noto Sans" w:hAnsi="Noto Sans" w:cs="Noto Sans Devanagari" w:eastAsia="Noto Sans Devanagari"/>
          <w:b w:val="0"/>
          <w:i w:val="0"/>
          <w:color w:val="222222"/>
          <w:sz w:val="18"/>
        </w:rPr>
        <w:t>(d) The amount of such exchange facility provided shall be clearly endorsed in the passport of the concerned person, and a copy of the document shall be kept for record.</w:t>
      </w:r>
    </w:p>
    <w:p>
      <w:pPr>
        <w:spacing w:after="70" w:line="259" w:lineRule="auto"/>
        <w:ind w:left="115"/>
      </w:pPr>
      <w:r>
        <w:rPr>
          <w:rFonts w:ascii="Noto Sans" w:hAnsi="Noto Sans" w:cs="Noto Sans Devanagari" w:eastAsia="Noto Sans Devanagari"/>
          <w:b w:val="0"/>
          <w:i w:val="0"/>
          <w:color w:val="222222"/>
          <w:sz w:val="18"/>
        </w:rPr>
        <w:t>(e) Details of exchange facility provided in this manner shall be provided to this Department monthly within 7 days after the end of the month.</w:t>
      </w:r>
    </w:p>
    <w:p>
      <w:pPr>
        <w:spacing w:after="70" w:line="259" w:lineRule="auto"/>
        <w:ind w:left="115"/>
      </w:pPr>
      <w:r>
        <w:rPr>
          <w:rFonts w:ascii="Noto Sans" w:hAnsi="Noto Sans" w:cs="Noto Sans Devanagari" w:eastAsia="Noto Sans Devanagari"/>
          <w:b w:val="0"/>
          <w:i w:val="0"/>
          <w:color w:val="222222"/>
          <w:sz w:val="18"/>
        </w:rPr>
        <w:t>(f) Under this Clause, a person travelling to the concerned country after obtaining an immigrant visa (Immigrant Visa, Visa Highly Skilled Migrant Programme, Visa Settlement-AF, Permitted to remain in Australia Indefinitely Visa, Diversity Visa, etc.) may be provided, only on the first occasion, the exchange facility specified in point (1), (2) or (3) of Clause 1(b).</w:t>
      </w:r>
    </w:p>
    <w:p>
      <w:pPr>
        <w:keepNext/>
        <w:spacing w:before="200" w:after="80"/>
        <w:pBdr>
          <w:bottom w:val="single" w:sz="12" w:space="2" w:color="17365D"/>
        </w:pBdr>
      </w:pPr>
      <w:r>
        <w:rPr>
          <w:rFonts w:ascii="Noto Sans" w:hAnsi="Noto Sans" w:cs="Noto Sans Devanagari" w:eastAsia="Noto Sans Devanagari"/>
          <w:b/>
          <w:i w:val="0"/>
          <w:color w:val="17365D"/>
          <w:sz w:val="25"/>
        </w:rPr>
        <w:t>१९. पूर्वाधार विकास बैंकलाई लागू हुने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१९. यस एकीकृत इ.प्रा.परिपत्र ७/२०८२ को दफा ८ को बुँदा (क), (ग), (घ), (ङ), दफा ९, दफा १२, दफा १३</w:t>
      </w:r>
    </w:p>
    <w:p>
      <w:pPr>
        <w:spacing w:after="62" w:line="259" w:lineRule="auto"/>
      </w:pPr>
      <w:r>
        <w:rPr>
          <w:rFonts w:ascii="Noto Sans" w:hAnsi="Noto Sans" w:cs="Noto Sans Devanagari" w:eastAsia="Noto Sans Devanagari"/>
          <w:b w:val="0"/>
          <w:i w:val="0"/>
          <w:sz w:val="20"/>
        </w:rPr>
        <w:t>र दफा १४ मा उल्लिखित व्यवस्थाहरु इजाजतपत्रप्राप्त पूर्वाधार विकास बैंकलाई समेत लागू हुनेछ ।</w:t>
      </w:r>
    </w:p>
    <w:p>
      <w:pPr>
        <w:keepNext/>
        <w:spacing w:before="200" w:after="80"/>
        <w:pBdr>
          <w:bottom w:val="single" w:sz="12" w:space="2" w:color="2F5597"/>
        </w:pBdr>
      </w:pPr>
      <w:r>
        <w:rPr>
          <w:rFonts w:ascii="Noto Sans" w:hAnsi="Noto Sans" w:cs="Noto Sans Devanagari" w:eastAsia="Noto Sans Devanagari"/>
          <w:b/>
          <w:i w:val="0"/>
          <w:color w:val="2F5597"/>
          <w:sz w:val="24"/>
        </w:rPr>
        <w:t>19. Provisions Applicable to Infrastructure Development Banks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19. The provisions specified in points (a), (c), (d) and (e) of Clause 8, and in Clauses 9, 12, 13 and 14 of this Unified F.E. Circular No. 7/2082 shall also apply to licensed Infrastructure Development Banks.</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७.१ अनुसारको</w:t>
      </w:r>
    </w:p>
    <w:p>
      <w:pPr>
        <w:spacing w:after="62" w:line="259" w:lineRule="auto"/>
      </w:pPr>
      <w:r>
        <w:rPr>
          <w:rFonts w:ascii="Noto Sans" w:hAnsi="Noto Sans" w:cs="Noto Sans Devanagari" w:eastAsia="Noto Sans Devanagari"/>
          <w:b w:val="0"/>
          <w:i w:val="0"/>
          <w:sz w:val="20"/>
        </w:rPr>
        <w:t>निवेदन फाराम भराई लिनु पर्नेछ । सटही सुविधा उपलब्ध गराउँदा श्रोतको स्वघोषणा लिनु</w:t>
      </w:r>
    </w:p>
    <w:p>
      <w:pPr>
        <w:spacing w:after="62" w:line="259" w:lineRule="auto"/>
      </w:pPr>
      <w:r>
        <w:rPr>
          <w:rFonts w:ascii="Noto Sans" w:hAnsi="Noto Sans" w:cs="Noto Sans Devanagari" w:eastAsia="Noto Sans Devanagari"/>
          <w:b w:val="0"/>
          <w:i w:val="0"/>
          <w:sz w:val="20"/>
        </w:rPr>
        <w:t>पर्नेछ ।</w:t>
      </w:r>
    </w:p>
    <w:p>
      <w:pPr>
        <w:spacing w:after="62" w:line="259" w:lineRule="auto"/>
      </w:pPr>
      <w:r>
        <w:rPr>
          <w:rFonts w:ascii="Noto Sans" w:hAnsi="Noto Sans" w:cs="Noto Sans Devanagari" w:eastAsia="Noto Sans Devanagari"/>
          <w:b w:val="0"/>
          <w:i w:val="0"/>
          <w:sz w:val="20"/>
        </w:rPr>
        <w:t>(२) राहदानी सुविधा बापत सटही माग गर्न आउने निवेदकहरूबाट कन्फर्म्ड हवाई टिकट तथा</w:t>
      </w:r>
    </w:p>
    <w:p>
      <w:pPr>
        <w:spacing w:after="62" w:line="259" w:lineRule="auto"/>
      </w:pPr>
      <w:r>
        <w:rPr>
          <w:rFonts w:ascii="Noto Sans" w:hAnsi="Noto Sans" w:cs="Noto Sans Devanagari" w:eastAsia="Noto Sans Devanagari"/>
          <w:b w:val="0"/>
          <w:i w:val="0"/>
          <w:sz w:val="20"/>
        </w:rPr>
        <w:t>नाम, ठेगाना र फोटो समेत भएको एवम् अग्रिम भिसा आवश्यक पर्ने अवस्थामा भिसा</w:t>
      </w:r>
    </w:p>
    <w:p>
      <w:pPr>
        <w:spacing w:after="62" w:line="259" w:lineRule="auto"/>
      </w:pPr>
      <w:r>
        <w:rPr>
          <w:rFonts w:ascii="Noto Sans" w:hAnsi="Noto Sans" w:cs="Noto Sans Devanagari" w:eastAsia="Noto Sans Devanagari"/>
          <w:b w:val="0"/>
          <w:i w:val="0"/>
          <w:sz w:val="20"/>
        </w:rPr>
        <w:t>प्राप्त राहदानीको पृष्ठको छविचित्र (Photocopy) अनिवार्यरुपमा पेश गर्न लगाउनु पर्नेछ ।</w:t>
      </w:r>
    </w:p>
    <w:p>
      <w:pPr>
        <w:spacing w:after="62" w:line="259" w:lineRule="auto"/>
      </w:pPr>
      <w:r>
        <w:rPr>
          <w:rFonts w:ascii="Noto Sans" w:hAnsi="Noto Sans" w:cs="Noto Sans Devanagari" w:eastAsia="Noto Sans Devanagari"/>
          <w:b w:val="0"/>
          <w:i w:val="0"/>
          <w:sz w:val="20"/>
        </w:rPr>
        <w:t>ती छविचित्रहरू सक्कल प्रतिसँग भिडाई दुरुस्त भएमा मात्र सटही सुविधा प्रदान गर्नु</w:t>
      </w:r>
    </w:p>
    <w:p>
      <w:pPr>
        <w:spacing w:after="62" w:line="259" w:lineRule="auto"/>
      </w:pPr>
      <w:r>
        <w:rPr>
          <w:rFonts w:ascii="Noto Sans" w:hAnsi="Noto Sans" w:cs="Noto Sans Devanagari" w:eastAsia="Noto Sans Devanagari"/>
          <w:b w:val="0"/>
          <w:i w:val="0"/>
          <w:sz w:val="20"/>
        </w:rPr>
        <w:t>पर्नेछ । तर, विद्युतीय माध्यमबाट जारी हुने भिसा र टिकटको आधारमा सोको प्रिन्ट संलग्न</w:t>
      </w:r>
    </w:p>
    <w:p>
      <w:pPr>
        <w:spacing w:after="62" w:line="259" w:lineRule="auto"/>
      </w:pPr>
      <w:r>
        <w:rPr>
          <w:rFonts w:ascii="Noto Sans" w:hAnsi="Noto Sans" w:cs="Noto Sans Devanagari" w:eastAsia="Noto Sans Devanagari"/>
          <w:b w:val="0"/>
          <w:i w:val="0"/>
          <w:sz w:val="20"/>
        </w:rPr>
        <w:t>भइआएको आधारमा सटही सुविधा उपलब्ध गराउन यस व्यवस्थाले बाधा पुर्‍याएको मानिने</w:t>
      </w:r>
    </w:p>
    <w:p>
      <w:pPr>
        <w:spacing w:after="62" w:line="259" w:lineRule="auto"/>
      </w:pPr>
      <w:r>
        <w:rPr>
          <w:rFonts w:ascii="Noto Sans" w:hAnsi="Noto Sans" w:cs="Noto Sans Devanagari" w:eastAsia="Noto Sans Devanagari"/>
          <w:b w:val="0"/>
          <w:i w:val="0"/>
          <w:sz w:val="20"/>
        </w:rPr>
        <w:t>छैन ।</w:t>
      </w:r>
    </w:p>
    <w:p>
      <w:pPr>
        <w:spacing w:after="62" w:line="259" w:lineRule="auto"/>
      </w:pPr>
      <w:r>
        <w:rPr>
          <w:rFonts w:ascii="Noto Sans" w:hAnsi="Noto Sans" w:cs="Noto Sans Devanagari" w:eastAsia="Noto Sans Devanagari"/>
          <w:b w:val="0"/>
          <w:i w:val="0"/>
          <w:sz w:val="20"/>
        </w:rPr>
        <w:t>(३) यसरी सटही उपलव्ध गराएको मिति र रकम राहदानीको सम्बन्धित खण्डमा अनिवार्य</w:t>
      </w:r>
    </w:p>
    <w:p>
      <w:pPr>
        <w:spacing w:after="62" w:line="259" w:lineRule="auto"/>
      </w:pPr>
      <w:r>
        <w:rPr>
          <w:rFonts w:ascii="Noto Sans" w:hAnsi="Noto Sans" w:cs="Noto Sans Devanagari" w:eastAsia="Noto Sans Devanagari"/>
          <w:b w:val="0"/>
          <w:i w:val="0"/>
          <w:sz w:val="20"/>
        </w:rPr>
        <w:t>रूपमा उल्लेख गरी यस्तो सटही उपलव्ध गराउने इजाजतपत्रप्राप्त निकायको सम्बन्धित</w:t>
      </w:r>
    </w:p>
    <w:p>
      <w:pPr>
        <w:spacing w:after="62" w:line="259" w:lineRule="auto"/>
      </w:pPr>
      <w:r>
        <w:rPr>
          <w:rFonts w:ascii="Noto Sans" w:hAnsi="Noto Sans" w:cs="Noto Sans Devanagari" w:eastAsia="Noto Sans Devanagari"/>
          <w:b w:val="0"/>
          <w:i w:val="0"/>
          <w:sz w:val="20"/>
        </w:rPr>
        <w:t>अधिकृतले दस्तखत गरी छाप समेत लगाउनु पर्नेछ । साथै, उपर्युक्त कागजातको छविचित्र</w:t>
      </w:r>
    </w:p>
    <w:p>
      <w:pPr>
        <w:spacing w:after="62" w:line="259" w:lineRule="auto"/>
      </w:pPr>
      <w:r>
        <w:rPr>
          <w:rFonts w:ascii="Noto Sans" w:hAnsi="Noto Sans" w:cs="Noto Sans Devanagari" w:eastAsia="Noto Sans Devanagari"/>
          <w:b w:val="0"/>
          <w:i w:val="0"/>
          <w:sz w:val="20"/>
        </w:rPr>
        <w:t>(Photocopy) अभिलेखका लागि सुरक्षित राख्नु पर्नेछ ।</w:t>
      </w:r>
    </w:p>
    <w:p>
      <w:pPr>
        <w:spacing w:after="62" w:line="259" w:lineRule="auto"/>
      </w:pPr>
      <w:r>
        <w:rPr>
          <w:rFonts w:ascii="Noto Sans" w:hAnsi="Noto Sans" w:cs="Noto Sans Devanagari" w:eastAsia="Noto Sans Devanagari"/>
          <w:b w:val="0"/>
          <w:i w:val="0"/>
          <w:sz w:val="20"/>
        </w:rPr>
        <w:t>(४) राहदानीबापतको सटही सुविधा उपलब्ध गराउँदा सम्भव भएसम्म राहदानी बाहक स्वयम्</w:t>
      </w:r>
    </w:p>
    <w:p>
      <w:pPr>
        <w:spacing w:after="62" w:line="259" w:lineRule="auto"/>
      </w:pPr>
      <w:r>
        <w:rPr>
          <w:rFonts w:ascii="Noto Sans" w:hAnsi="Noto Sans" w:cs="Noto Sans Devanagari" w:eastAsia="Noto Sans Devanagari"/>
          <w:b w:val="0"/>
          <w:i w:val="0"/>
          <w:sz w:val="20"/>
        </w:rPr>
        <w:t>उपस्थित हुनु पर्नेछ ।</w:t>
      </w:r>
    </w:p>
    <w:p>
      <w:pPr>
        <w:spacing w:after="62" w:line="259" w:lineRule="auto"/>
        <w:ind w:left="115"/>
      </w:pPr>
      <w:r>
        <w:rPr>
          <w:rFonts w:ascii="Noto Sans" w:hAnsi="Noto Sans" w:cs="Noto Sans Devanagari" w:eastAsia="Noto Sans Devanagari"/>
          <w:b w:val="0"/>
          <w:i w:val="0"/>
          <w:sz w:val="20"/>
        </w:rPr>
        <w:t>(ञ) सटही प्रदान गर्ने निकायहरू ः</w:t>
      </w:r>
    </w:p>
    <w:p>
      <w:pPr>
        <w:spacing w:after="62" w:line="259" w:lineRule="auto"/>
      </w:pPr>
      <w:r>
        <w:rPr>
          <w:rFonts w:ascii="Noto Sans" w:hAnsi="Noto Sans" w:cs="Noto Sans Devanagari" w:eastAsia="Noto Sans Devanagari"/>
          <w:b w:val="0"/>
          <w:i w:val="0"/>
          <w:sz w:val="20"/>
        </w:rPr>
        <w:t>(१) इजाजतपत्रप्राप्त बैंक/वित्तीय संस्था/निकायहरूबाट मात्र यस्तो सटही सुविधा प्रदान गर्न मिल्नेछ</w:t>
      </w:r>
    </w:p>
    <w:p>
      <w:pPr>
        <w:spacing w:after="62" w:line="259" w:lineRule="auto"/>
      </w:pPr>
      <w:r>
        <w:rPr>
          <w:rFonts w:ascii="Noto Sans" w:hAnsi="Noto Sans" w:cs="Noto Sans Devanagari" w:eastAsia="Noto Sans Devanagari"/>
          <w:b w:val="0"/>
          <w:i w:val="0"/>
          <w:sz w:val="20"/>
        </w:rPr>
        <w:t>(२) संबैधानिक निकाय तथा नेपाल सरकारका कर्मचारीहरूको साथसाथै यस बैंकका कर्मचारीहरूको</w:t>
      </w:r>
    </w:p>
    <w:p>
      <w:pPr>
        <w:spacing w:after="62" w:line="259" w:lineRule="auto"/>
      </w:pPr>
      <w:r>
        <w:rPr>
          <w:rFonts w:ascii="Noto Sans" w:hAnsi="Noto Sans" w:cs="Noto Sans Devanagari" w:eastAsia="Noto Sans Devanagari"/>
          <w:b w:val="0"/>
          <w:i w:val="0"/>
          <w:sz w:val="20"/>
        </w:rPr>
        <w:t>लागि राहदानी बापतको नियमानुसार पाउने सटही सुविधा यस बैंकका बैंकिङ कारोबार गर्ने</w:t>
      </w:r>
    </w:p>
    <w:p>
      <w:pPr>
        <w:spacing w:after="62" w:line="259" w:lineRule="auto"/>
      </w:pPr>
      <w:r>
        <w:rPr>
          <w:rFonts w:ascii="Noto Sans" w:hAnsi="Noto Sans" w:cs="Noto Sans Devanagari" w:eastAsia="Noto Sans Devanagari"/>
          <w:b w:val="0"/>
          <w:i w:val="0"/>
          <w:sz w:val="20"/>
        </w:rPr>
        <w:t>कार्यालयहरूबाट प्रदान गर्न सकिने छ ।</w:t>
      </w:r>
    </w:p>
    <w:p>
      <w:pPr>
        <w:spacing w:after="62" w:line="259" w:lineRule="auto"/>
      </w:pPr>
      <w:r>
        <w:rPr>
          <w:rFonts w:ascii="Noto Sans" w:hAnsi="Noto Sans" w:cs="Noto Sans Devanagari" w:eastAsia="Noto Sans Devanagari"/>
          <w:b w:val="0"/>
          <w:i w:val="0"/>
          <w:sz w:val="20"/>
        </w:rPr>
        <w:t>(३) खण्ड (ञ) २ बाहेकका अन्य व्यक्तिहरूको राहदानी प्रयोजनको सटही सुविधा लगायत अन्य सटही</w:t>
      </w:r>
    </w:p>
    <w:p>
      <w:pPr>
        <w:spacing w:after="62" w:line="259" w:lineRule="auto"/>
      </w:pPr>
      <w:r>
        <w:rPr>
          <w:rFonts w:ascii="Noto Sans" w:hAnsi="Noto Sans" w:cs="Noto Sans Devanagari" w:eastAsia="Noto Sans Devanagari"/>
          <w:b w:val="0"/>
          <w:i w:val="0"/>
          <w:sz w:val="20"/>
        </w:rPr>
        <w:t>सुविधा यस बैंकका बैंकिङ्ग कारोबार गर्ने कार्यालयहरूबाट प्रदान गर्न सकिने छैन ।</w:t>
      </w:r>
    </w:p>
    <w:p>
      <w:pPr>
        <w:spacing w:after="62" w:line="259" w:lineRule="auto"/>
      </w:pPr>
      <w:r>
        <w:rPr>
          <w:rFonts w:ascii="Noto Sans" w:hAnsi="Noto Sans" w:cs="Noto Sans Devanagari" w:eastAsia="Noto Sans Devanagari"/>
          <w:b w:val="0"/>
          <w:i w:val="0"/>
          <w:sz w:val="20"/>
        </w:rPr>
        <w:t>(४) खण्ड (ञ) २ बाहेकका अन्य व्यक्तिहरूलाई राहदानी बापतको सटही सुविधा प्रदान गर्नु पर्ने</w:t>
      </w:r>
    </w:p>
    <w:p>
      <w:pPr>
        <w:spacing w:after="62" w:line="259" w:lineRule="auto"/>
      </w:pPr>
      <w:r>
        <w:rPr>
          <w:rFonts w:ascii="Noto Sans" w:hAnsi="Noto Sans" w:cs="Noto Sans Devanagari" w:eastAsia="Noto Sans Devanagari"/>
          <w:b w:val="0"/>
          <w:i w:val="0"/>
          <w:sz w:val="20"/>
        </w:rPr>
        <w:t>अवस्था आईपरेमा तथा व्यक्तिहरूले विभिन्न स्रोतबाट प्राप्त गरी बिक्री गर्न ल्याएको विदेशी मुद्रा</w:t>
      </w:r>
    </w:p>
    <w:p>
      <w:pPr>
        <w:spacing w:after="62" w:line="259" w:lineRule="auto"/>
      </w:pPr>
      <w:r>
        <w:rPr>
          <w:rFonts w:ascii="Noto Sans" w:hAnsi="Noto Sans" w:cs="Noto Sans Devanagari" w:eastAsia="Noto Sans Devanagari"/>
          <w:b w:val="0"/>
          <w:i w:val="0"/>
          <w:sz w:val="20"/>
        </w:rPr>
        <w:t>यस बैंकका बैंकिङ कारोबार गर्ने कार्यालयहरूबाट खरिद/बिक्री गर्नु परेमा औचित्यको आधारमा</w:t>
      </w:r>
    </w:p>
    <w:p>
      <w:pPr>
        <w:spacing w:after="62" w:line="259" w:lineRule="auto"/>
      </w:pPr>
      <w:r>
        <w:rPr>
          <w:rFonts w:ascii="Noto Sans" w:hAnsi="Noto Sans" w:cs="Noto Sans Devanagari" w:eastAsia="Noto Sans Devanagari"/>
          <w:b w:val="0"/>
          <w:i w:val="0"/>
          <w:sz w:val="20"/>
        </w:rPr>
        <w:t>कार्यालय प्रमुखको लिखित स्वीकृतिबाट मात्र त्यस्तो कारोबार गर्न सकिने छ ।</w:t>
      </w:r>
    </w:p>
    <w:p>
      <w:pPr>
        <w:spacing w:after="62" w:line="259" w:lineRule="auto"/>
      </w:pPr>
      <w:r>
        <w:rPr>
          <w:rFonts w:ascii="Noto Sans" w:hAnsi="Noto Sans" w:cs="Noto Sans Devanagari" w:eastAsia="Noto Sans Devanagari"/>
          <w:b w:val="0"/>
          <w:i w:val="0"/>
          <w:sz w:val="20"/>
        </w:rPr>
        <w:t>(५) खण्ड (ख) (४) को सटही सुविधा इजाजतपत्रप्राप्त मनिचेञ्जरले प्रदान गर्न सक्नेछ ।</w:t>
      </w:r>
    </w:p>
    <w:p>
      <w:pPr>
        <w:spacing w:after="62" w:line="259" w:lineRule="auto"/>
        <w:ind w:left="115"/>
      </w:pPr>
      <w:r>
        <w:rPr>
          <w:rFonts w:ascii="Noto Sans" w:hAnsi="Noto Sans" w:cs="Noto Sans Devanagari" w:eastAsia="Noto Sans Devanagari"/>
          <w:b w:val="0"/>
          <w:i w:val="0"/>
          <w:sz w:val="20"/>
        </w:rPr>
        <w:t>(ट) कारोबारको विवरण पेश गर्नु पर्नेः</w:t>
      </w:r>
    </w:p>
    <w:p>
      <w:pPr>
        <w:spacing w:after="62" w:line="259" w:lineRule="auto"/>
      </w:pPr>
      <w:r>
        <w:rPr>
          <w:rFonts w:ascii="Noto Sans" w:hAnsi="Noto Sans" w:cs="Noto Sans Devanagari" w:eastAsia="Noto Sans Devanagari"/>
          <w:b w:val="0"/>
          <w:i w:val="0"/>
          <w:sz w:val="20"/>
        </w:rPr>
        <w:t>(१) राहदानी र व्यापार प्रवर्द्धन बापतको सटही सुविधा सम्बन्धी प्रत्येक महिनाको कारोबारको मासिक</w:t>
      </w:r>
    </w:p>
    <w:p>
      <w:pPr>
        <w:spacing w:after="62" w:line="259" w:lineRule="auto"/>
      </w:pPr>
      <w:r>
        <w:rPr>
          <w:rFonts w:ascii="Noto Sans" w:hAnsi="Noto Sans" w:cs="Noto Sans Devanagari" w:eastAsia="Noto Sans Devanagari"/>
          <w:b w:val="0"/>
          <w:i w:val="0"/>
          <w:sz w:val="20"/>
        </w:rPr>
        <w:t>विवरण इजाजतपत्रप्राप्त बैंक तथा वित्तीय संस्थाको केन्द्रीय/कर्पोरेट कार्यालयले एकीकृत गरी</w:t>
      </w:r>
    </w:p>
    <w:p>
      <w:pPr>
        <w:spacing w:after="62" w:line="259" w:lineRule="auto"/>
      </w:pPr>
      <w:r>
        <w:rPr>
          <w:rFonts w:ascii="Noto Sans" w:hAnsi="Noto Sans" w:cs="Noto Sans Devanagari" w:eastAsia="Noto Sans Devanagari"/>
          <w:b w:val="0"/>
          <w:i w:val="0"/>
          <w:sz w:val="20"/>
        </w:rPr>
        <w:t>महिना समाप्त भएको १५ (पन्ध्र) दिनभिक्र त्रमशः संलग्न</w:t>
      </w:r>
    </w:p>
    <w:p>
      <w:pPr>
        <w:keepNext/>
        <w:spacing w:before="200" w:after="80"/>
        <w:pBdr>
          <w:bottom w:val="single" w:sz="12" w:space="2" w:color="2F5597"/>
        </w:pBdr>
      </w:pPr>
      <w:r>
        <w:rPr>
          <w:rFonts w:ascii="Noto Sans" w:hAnsi="Noto Sans" w:cs="Noto Sans Devanagari" w:eastAsia="Noto Sans Devanagari"/>
          <w:b/>
          <w:i w:val="0"/>
          <w:color w:val="2F5597"/>
          <w:sz w:val="24"/>
        </w:rPr>
        <w:t>Schedule 7.1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7.1</w:t>
      </w:r>
    </w:p>
    <w:p>
      <w:pPr>
        <w:spacing w:after="70" w:line="259" w:lineRule="auto"/>
      </w:pPr>
      <w:r>
        <w:rPr>
          <w:rFonts w:ascii="Noto Sans" w:hAnsi="Noto Sans" w:cs="Noto Sans Devanagari" w:eastAsia="Noto Sans Devanagari"/>
          <w:b w:val="0"/>
          <w:i w:val="0"/>
          <w:color w:val="222222"/>
          <w:sz w:val="18"/>
        </w:rPr>
        <w:t>(For the purpose of Clause 1(i) of F.E. Circular No. 7)</w:t>
      </w:r>
    </w:p>
    <w:p>
      <w:pPr>
        <w:spacing w:after="70" w:line="259" w:lineRule="auto"/>
      </w:pPr>
      <w:r>
        <w:rPr>
          <w:rFonts w:ascii="Noto Sans" w:hAnsi="Noto Sans" w:cs="Noto Sans Devanagari" w:eastAsia="Noto Sans Devanagari"/>
          <w:b w:val="0"/>
          <w:i w:val="0"/>
          <w:color w:val="222222"/>
          <w:sz w:val="18"/>
        </w:rPr>
        <w:t>Date: ....................</w:t>
      </w:r>
    </w:p>
    <w:p>
      <w:pPr>
        <w:spacing w:after="70" w:line="259" w:lineRule="auto"/>
      </w:pPr>
      <w:r>
        <w:rPr>
          <w:rFonts w:ascii="Noto Sans" w:hAnsi="Noto Sans" w:cs="Noto Sans Devanagari" w:eastAsia="Noto Sans Devanagari"/>
          <w:b w:val="0"/>
          <w:i w:val="0"/>
          <w:color w:val="222222"/>
          <w:sz w:val="18"/>
        </w:rPr>
        <w:t>To: ...................</w:t>
      </w:r>
    </w:p>
    <w:p>
      <w:pPr>
        <w:spacing w:after="70" w:line="259" w:lineRule="auto"/>
      </w:pPr>
      <w:r>
        <w:rPr>
          <w:rFonts w:ascii="Noto Sans" w:hAnsi="Noto Sans" w:cs="Noto Sans Devanagari" w:eastAsia="Noto Sans Devanagari"/>
          <w:b w:val="0"/>
          <w:i w:val="0"/>
          <w:color w:val="222222"/>
          <w:sz w:val="18"/>
        </w:rPr>
        <w:t>............................</w:t>
      </w:r>
    </w:p>
    <w:p>
      <w:pPr>
        <w:spacing w:after="70" w:line="259" w:lineRule="auto"/>
      </w:pPr>
      <w:r>
        <w:rPr>
          <w:rFonts w:ascii="Noto Sans" w:hAnsi="Noto Sans" w:cs="Noto Sans Devanagari" w:eastAsia="Noto Sans Devanagari"/>
          <w:b w:val="0"/>
          <w:i w:val="0"/>
          <w:color w:val="222222"/>
          <w:sz w:val="18"/>
        </w:rPr>
        <w:t>Subject: Request for passport exchange facility.</w:t>
      </w:r>
    </w:p>
    <w:p>
      <w:pPr>
        <w:spacing w:after="70" w:line="259" w:lineRule="auto"/>
      </w:pPr>
      <w:r>
        <w:rPr>
          <w:rFonts w:ascii="Noto Sans" w:hAnsi="Noto Sans" w:cs="Noto Sans Devanagari" w:eastAsia="Noto Sans Devanagari"/>
          <w:b w:val="0"/>
          <w:i w:val="0"/>
          <w:color w:val="222222"/>
          <w:sz w:val="18"/>
        </w:rPr>
        <w:t>Sir/Madam,</w:t>
      </w:r>
    </w:p>
    <w:p>
      <w:pPr>
        <w:spacing w:after="70" w:line="259" w:lineRule="auto"/>
      </w:pPr>
      <w:r>
        <w:rPr>
          <w:rFonts w:ascii="Noto Sans" w:hAnsi="Noto Sans" w:cs="Noto Sans Devanagari" w:eastAsia="Noto Sans Devanagari"/>
          <w:b w:val="0"/>
          <w:i w:val="0"/>
          <w:color w:val="222222"/>
          <w:sz w:val="18"/>
        </w:rPr>
        <w:t>As I am travelling to .................................................... for approximately ........................................................,</w:t>
      </w:r>
    </w:p>
    <w:p>
      <w:pPr>
        <w:spacing w:after="70" w:line="259" w:lineRule="auto"/>
      </w:pPr>
      <w:r>
        <w:rPr>
          <w:rFonts w:ascii="Noto Sans" w:hAnsi="Noto Sans" w:cs="Noto Sans Devanagari" w:eastAsia="Noto Sans Devanagari"/>
          <w:b w:val="0"/>
          <w:i w:val="0"/>
          <w:color w:val="222222"/>
          <w:sz w:val="18"/>
        </w:rPr>
        <w:t>(name of country) (period to be stated)</w:t>
      </w:r>
    </w:p>
    <w:p>
      <w:pPr>
        <w:spacing w:after="70" w:line="259" w:lineRule="auto"/>
      </w:pPr>
      <w:r>
        <w:rPr>
          <w:rFonts w:ascii="Noto Sans" w:hAnsi="Noto Sans" w:cs="Noto Sans Devanagari" w:eastAsia="Noto Sans Devanagari"/>
          <w:b w:val="0"/>
          <w:i w:val="0"/>
          <w:color w:val="222222"/>
          <w:sz w:val="18"/>
        </w:rPr>
        <w:t>I request passport exchange facility of USD ............... (US Dollars ........................ only) available under the rules.</w:t>
      </w:r>
    </w:p>
    <w:p>
      <w:pPr>
        <w:spacing w:after="70" w:line="259" w:lineRule="auto"/>
      </w:pPr>
      <w:r>
        <w:rPr>
          <w:rFonts w:ascii="Noto Sans" w:hAnsi="Noto Sans" w:cs="Noto Sans Devanagari" w:eastAsia="Noto Sans Devanagari"/>
          <w:b w:val="0"/>
          <w:i w:val="0"/>
          <w:color w:val="222222"/>
          <w:sz w:val="18"/>
        </w:rPr>
        <w:t>If I do not travel abroad for the stated purpose within one month of obtaining the exchange under this passport, I shall deposit such foreign currency with the bank. I further declare that I have not obtained passport exchange facility from any other institution in excess of the prescribed limit for this foreign travel and that the amount exchanged has been obtained from a lawful source. If I am found to have obtained foreign exchange by submitting false particulars, I myself shall be liable to punishment under prevailing Acts and laws.</w:t>
      </w:r>
    </w:p>
    <w:p>
      <w:pPr>
        <w:spacing w:after="70" w:line="259" w:lineRule="auto"/>
      </w:pPr>
      <w:r>
        <w:rPr>
          <w:rFonts w:ascii="Noto Sans" w:hAnsi="Noto Sans" w:cs="Noto Sans Devanagari" w:eastAsia="Noto Sans Devanagari"/>
          <w:b w:val="0"/>
          <w:i w:val="0"/>
          <w:color w:val="222222"/>
          <w:sz w:val="18"/>
        </w:rPr>
        <w:t>Yours faithfully,</w:t>
      </w:r>
    </w:p>
    <w:p>
      <w:pPr>
        <w:spacing w:after="70" w:line="259" w:lineRule="auto"/>
      </w:pPr>
      <w:r>
        <w:rPr>
          <w:rFonts w:ascii="Noto Sans" w:hAnsi="Noto Sans" w:cs="Noto Sans Devanagari" w:eastAsia="Noto Sans Devanagari"/>
          <w:b w:val="0"/>
          <w:i w:val="0"/>
          <w:color w:val="222222"/>
          <w:sz w:val="18"/>
        </w:rPr>
        <w:t>........................</w:t>
      </w:r>
    </w:p>
    <w:p>
      <w:pPr>
        <w:spacing w:after="70" w:line="259" w:lineRule="auto"/>
      </w:pPr>
      <w:r>
        <w:rPr>
          <w:rFonts w:ascii="Noto Sans" w:hAnsi="Noto Sans" w:cs="Noto Sans Devanagari" w:eastAsia="Noto Sans Devanagari"/>
          <w:b w:val="0"/>
          <w:i w:val="0"/>
          <w:color w:val="222222"/>
          <w:sz w:val="18"/>
        </w:rPr>
        <w:t>Signature</w:t>
      </w:r>
    </w:p>
    <w:p>
      <w:pPr>
        <w:spacing w:after="70" w:line="259" w:lineRule="auto"/>
      </w:pPr>
      <w:r>
        <w:rPr>
          <w:rFonts w:ascii="Noto Sans" w:hAnsi="Noto Sans" w:cs="Noto Sans Devanagari" w:eastAsia="Noto Sans Devanagari"/>
          <w:b w:val="0"/>
          <w:i w:val="0"/>
          <w:color w:val="222222"/>
          <w:sz w:val="18"/>
        </w:rPr>
        <w:t>Purpose of visit:</w:t>
      </w:r>
    </w:p>
    <w:p>
      <w:pPr>
        <w:spacing w:after="70" w:line="259" w:lineRule="auto"/>
      </w:pPr>
      <w:r>
        <w:rPr>
          <w:rFonts w:ascii="Noto Sans" w:hAnsi="Noto Sans" w:cs="Noto Sans Devanagari" w:eastAsia="Noto Sans Devanagari"/>
          <w:b w:val="0"/>
          <w:i w:val="0"/>
          <w:color w:val="222222"/>
          <w:sz w:val="18"/>
        </w:rPr>
        <w:t>○ Business/official visit</w:t>
      </w:r>
    </w:p>
    <w:p>
      <w:pPr>
        <w:spacing w:after="70" w:line="259" w:lineRule="auto"/>
      </w:pPr>
      <w:r>
        <w:rPr>
          <w:rFonts w:ascii="Noto Sans" w:hAnsi="Noto Sans" w:cs="Noto Sans Devanagari" w:eastAsia="Noto Sans Devanagari"/>
          <w:b w:val="0"/>
          <w:i w:val="0"/>
          <w:color w:val="222222"/>
          <w:sz w:val="18"/>
        </w:rPr>
        <w:t>○ Medical treatment</w:t>
      </w:r>
    </w:p>
    <w:p>
      <w:pPr>
        <w:spacing w:after="70" w:line="259" w:lineRule="auto"/>
      </w:pPr>
      <w:r>
        <w:rPr>
          <w:rFonts w:ascii="Noto Sans" w:hAnsi="Noto Sans" w:cs="Noto Sans Devanagari" w:eastAsia="Noto Sans Devanagari"/>
          <w:b w:val="0"/>
          <w:i w:val="0"/>
          <w:color w:val="222222"/>
          <w:sz w:val="18"/>
        </w:rPr>
        <w:t>○ Permanent settlement (first time)</w:t>
      </w:r>
    </w:p>
    <w:p>
      <w:pPr>
        <w:spacing w:after="70" w:line="259" w:lineRule="auto"/>
      </w:pPr>
      <w:r>
        <w:rPr>
          <w:rFonts w:ascii="Noto Sans" w:hAnsi="Noto Sans" w:cs="Noto Sans Devanagari" w:eastAsia="Noto Sans Devanagari"/>
          <w:b w:val="0"/>
          <w:i w:val="0"/>
          <w:color w:val="222222"/>
          <w:sz w:val="18"/>
        </w:rPr>
        <w:t>○ Temporary employment</w:t>
      </w:r>
    </w:p>
    <w:p>
      <w:pPr>
        <w:spacing w:after="70" w:line="259" w:lineRule="auto"/>
      </w:pPr>
      <w:r>
        <w:rPr>
          <w:rFonts w:ascii="Noto Sans" w:hAnsi="Noto Sans" w:cs="Noto Sans Devanagari" w:eastAsia="Noto Sans Devanagari"/>
          <w:b w:val="0"/>
          <w:i w:val="0"/>
          <w:color w:val="222222"/>
          <w:sz w:val="18"/>
        </w:rPr>
        <w:t>○ Education/study</w:t>
      </w:r>
    </w:p>
    <w:p>
      <w:pPr>
        <w:spacing w:after="70" w:line="259" w:lineRule="auto"/>
      </w:pPr>
      <w:r>
        <w:rPr>
          <w:rFonts w:ascii="Noto Sans" w:hAnsi="Noto Sans" w:cs="Noto Sans Devanagari" w:eastAsia="Noto Sans Devanagari"/>
          <w:b w:val="0"/>
          <w:i w:val="0"/>
          <w:color w:val="222222"/>
          <w:sz w:val="18"/>
        </w:rPr>
        <w:t>○ Other private visit</w:t>
      </w:r>
    </w:p>
    <w:p>
      <w:pPr>
        <w:spacing w:after="70" w:line="259" w:lineRule="auto"/>
      </w:pPr>
      <w:r>
        <w:rPr>
          <w:rFonts w:ascii="Noto Sans" w:hAnsi="Noto Sans" w:cs="Noto Sans Devanagari" w:eastAsia="Noto Sans Devanagari"/>
          <w:b w:val="0"/>
          <w:i w:val="0"/>
          <w:color w:val="222222"/>
          <w:sz w:val="18"/>
        </w:rPr>
        <w:t>Particulars:</w:t>
      </w:r>
    </w:p>
    <w:p>
      <w:pPr>
        <w:spacing w:after="70" w:line="259" w:lineRule="auto"/>
      </w:pPr>
      <w:r>
        <w:rPr>
          <w:rFonts w:ascii="Noto Sans" w:hAnsi="Noto Sans" w:cs="Noto Sans Devanagari" w:eastAsia="Noto Sans Devanagari"/>
          <w:b w:val="0"/>
          <w:i w:val="0"/>
          <w:color w:val="222222"/>
          <w:sz w:val="18"/>
        </w:rPr>
        <w:t>Passport No.: ...................... Full Name: .......................................</w:t>
      </w:r>
    </w:p>
    <w:p>
      <w:pPr>
        <w:spacing w:after="70" w:line="259" w:lineRule="auto"/>
      </w:pPr>
      <w:r>
        <w:rPr>
          <w:rFonts w:ascii="Noto Sans" w:hAnsi="Noto Sans" w:cs="Noto Sans Devanagari" w:eastAsia="Noto Sans Devanagari"/>
          <w:b w:val="0"/>
          <w:i w:val="0"/>
          <w:color w:val="222222"/>
          <w:sz w:val="18"/>
        </w:rPr>
        <w:t>Name of Airline: ...................... Address: ...................................</w:t>
      </w:r>
    </w:p>
    <w:p>
      <w:pPr>
        <w:spacing w:after="70" w:line="259" w:lineRule="auto"/>
        <w:ind w:left="115"/>
      </w:pPr>
      <w:r>
        <w:rPr>
          <w:rFonts w:ascii="Noto Sans" w:hAnsi="Noto Sans" w:cs="Noto Sans Devanagari" w:eastAsia="Noto Sans Devanagari"/>
          <w:b w:val="0"/>
          <w:i w:val="0"/>
          <w:color w:val="222222"/>
          <w:sz w:val="18"/>
        </w:rPr>
        <w:t>(a) Air Ticket No.: ....................... Phone No.: ...................................</w:t>
      </w:r>
    </w:p>
    <w:p>
      <w:pPr>
        <w:spacing w:after="70" w:line="259" w:lineRule="auto"/>
        <w:ind w:left="115"/>
      </w:pPr>
      <w:r>
        <w:rPr>
          <w:rFonts w:ascii="Noto Sans" w:hAnsi="Noto Sans" w:cs="Noto Sans Devanagari" w:eastAsia="Noto Sans Devanagari"/>
          <w:b w:val="0"/>
          <w:i w:val="0"/>
          <w:color w:val="222222"/>
          <w:sz w:val="18"/>
        </w:rPr>
        <w:t>(b) Air Ticket No.: ....................... Passport Issue Date: ........................</w:t>
      </w:r>
    </w:p>
    <w:p>
      <w:pPr>
        <w:spacing w:after="70" w:line="259" w:lineRule="auto"/>
      </w:pPr>
      <w:r>
        <w:rPr>
          <w:rFonts w:ascii="Noto Sans" w:hAnsi="Noto Sans" w:cs="Noto Sans Devanagari" w:eastAsia="Noto Sans Devanagari"/>
          <w:b w:val="0"/>
          <w:i w:val="0"/>
          <w:color w:val="222222"/>
          <w:sz w:val="18"/>
        </w:rPr>
        <w:t>Confirmed Date of Flight: ..................... Passport Valid Until: ......................</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७.२ र</w:t>
      </w:r>
    </w:p>
    <w:p>
      <w:pPr>
        <w:keepNext/>
        <w:spacing w:before="200" w:after="80"/>
        <w:pBdr>
          <w:bottom w:val="single" w:sz="12" w:space="2" w:color="2F5597"/>
        </w:pBdr>
      </w:pPr>
      <w:r>
        <w:rPr>
          <w:rFonts w:ascii="Noto Sans" w:hAnsi="Noto Sans" w:cs="Noto Sans Devanagari" w:eastAsia="Noto Sans Devanagari"/>
          <w:b/>
          <w:i w:val="0"/>
          <w:color w:val="2F5597"/>
          <w:sz w:val="24"/>
        </w:rPr>
        <w:t>Schedule 7.2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7.2</w:t>
      </w:r>
    </w:p>
    <w:p>
      <w:pPr>
        <w:spacing w:after="70" w:line="259" w:lineRule="auto"/>
      </w:pPr>
      <w:r>
        <w:rPr>
          <w:rFonts w:ascii="Noto Sans" w:hAnsi="Noto Sans" w:cs="Noto Sans Devanagari" w:eastAsia="Noto Sans Devanagari"/>
          <w:b w:val="0"/>
          <w:i w:val="0"/>
          <w:color w:val="222222"/>
          <w:sz w:val="18"/>
        </w:rPr>
        <w:t>Monthly Statement of Exchange Facility Provided under Passport Facility</w:t>
      </w:r>
    </w:p>
    <w:p>
      <w:pPr>
        <w:spacing w:after="70" w:line="259" w:lineRule="auto"/>
      </w:pPr>
      <w:r>
        <w:rPr>
          <w:rFonts w:ascii="Noto Sans" w:hAnsi="Noto Sans" w:cs="Noto Sans Devanagari" w:eastAsia="Noto Sans Devanagari"/>
          <w:b w:val="0"/>
          <w:i w:val="0"/>
          <w:color w:val="222222"/>
          <w:sz w:val="18"/>
        </w:rPr>
        <w:t>(For the purpose of Clause 1(k) of F.E. Circular No. 7)</w:t>
      </w:r>
    </w:p>
    <w:p>
      <w:pPr>
        <w:spacing w:after="70" w:line="259" w:lineRule="auto"/>
      </w:pPr>
      <w:r>
        <w:rPr>
          <w:rFonts w:ascii="Noto Sans" w:hAnsi="Noto Sans" w:cs="Noto Sans Devanagari" w:eastAsia="Noto Sans Devanagari"/>
          <w:b w:val="0"/>
          <w:i w:val="0"/>
          <w:color w:val="222222"/>
          <w:sz w:val="18"/>
        </w:rPr>
        <w:t>Name of licensed bank/financial institution/entity: ..........................................</w:t>
      </w:r>
    </w:p>
    <w:p>
      <w:pPr>
        <w:spacing w:after="70" w:line="259" w:lineRule="auto"/>
      </w:pPr>
      <w:r>
        <w:rPr>
          <w:rFonts w:ascii="Noto Sans" w:hAnsi="Noto Sans" w:cs="Noto Sans Devanagari" w:eastAsia="Noto Sans Devanagari"/>
          <w:b w:val="0"/>
          <w:i w:val="0"/>
          <w:color w:val="222222"/>
          <w:sz w:val="18"/>
        </w:rPr>
        <w:t>Year: .................. Month: .................... Date: .............................</w:t>
      </w:r>
    </w:p>
    <w:p>
      <w:pPr>
        <w:spacing w:after="70" w:line="259" w:lineRule="auto"/>
      </w:pPr>
      <w:r>
        <w:rPr>
          <w:rFonts w:ascii="Noto Sans" w:hAnsi="Noto Sans" w:cs="Noto Sans Devanagari" w:eastAsia="Noto Sans Devanagari"/>
          <w:b w:val="0"/>
          <w:i w:val="0"/>
          <w:color w:val="222222"/>
          <w:sz w:val="18"/>
        </w:rPr>
        <w:t>S.N. | Date | Passport No. | Ticket No. | Country of Travel | Exchange Amount (USD) | Branch Providing Exchange | Remarks</w:t>
      </w:r>
    </w:p>
    <w:p>
      <w:pPr>
        <w:spacing w:after="70" w:line="259" w:lineRule="auto"/>
      </w:pPr>
      <w:r>
        <w:rPr>
          <w:rFonts w:ascii="Noto Sans" w:hAnsi="Noto Sans" w:cs="Noto Sans Devanagari" w:eastAsia="Noto Sans Devanagari"/>
          <w:b w:val="0"/>
          <w:i w:val="0"/>
          <w:color w:val="222222"/>
          <w:sz w:val="18"/>
        </w:rPr>
        <w:t>Total Amount</w:t>
      </w:r>
    </w:p>
    <w:p>
      <w:pPr>
        <w:spacing w:after="70" w:line="259" w:lineRule="auto"/>
      </w:pPr>
      <w:r>
        <w:rPr>
          <w:rFonts w:ascii="Noto Sans" w:hAnsi="Noto Sans" w:cs="Noto Sans Devanagari" w:eastAsia="Noto Sans Devanagari"/>
          <w:b w:val="0"/>
          <w:i w:val="0"/>
          <w:color w:val="222222"/>
          <w:sz w:val="18"/>
        </w:rPr>
        <w:t>Signature of Authorised Officer</w:t>
      </w:r>
    </w:p>
    <w:p>
      <w:pPr>
        <w:spacing w:after="70" w:line="259" w:lineRule="auto"/>
      </w:pPr>
      <w:r>
        <w:rPr>
          <w:rFonts w:ascii="Noto Sans" w:hAnsi="Noto Sans" w:cs="Noto Sans Devanagari" w:eastAsia="Noto Sans Devanagari"/>
          <w:b w:val="0"/>
          <w:i w:val="0"/>
          <w:color w:val="222222"/>
          <w:sz w:val="18"/>
        </w:rPr>
        <w:t>Name:</w:t>
      </w:r>
    </w:p>
    <w:p>
      <w:pPr>
        <w:spacing w:after="70" w:line="259" w:lineRule="auto"/>
      </w:pPr>
      <w:r>
        <w:rPr>
          <w:rFonts w:ascii="Noto Sans" w:hAnsi="Noto Sans" w:cs="Noto Sans Devanagari" w:eastAsia="Noto Sans Devanagari"/>
          <w:b w:val="0"/>
          <w:i w:val="0"/>
          <w:color w:val="222222"/>
          <w:sz w:val="18"/>
        </w:rPr>
        <w:t>Designation:</w:t>
      </w:r>
    </w:p>
    <w:p>
      <w:pPr>
        <w:spacing w:after="70" w:line="259" w:lineRule="auto"/>
      </w:pPr>
      <w:r>
        <w:rPr>
          <w:rFonts w:ascii="Noto Sans" w:hAnsi="Noto Sans" w:cs="Noto Sans Devanagari" w:eastAsia="Noto Sans Devanagari"/>
          <w:b w:val="0"/>
          <w:i w:val="0"/>
          <w:color w:val="222222"/>
          <w:sz w:val="18"/>
        </w:rPr>
        <w:t>Bank Seal:</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७.३</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७.३</w:t>
      </w:r>
    </w:p>
    <w:p>
      <w:pPr>
        <w:spacing w:after="62" w:line="259" w:lineRule="auto"/>
      </w:pPr>
      <w:r>
        <w:rPr>
          <w:rFonts w:ascii="Noto Sans" w:hAnsi="Noto Sans" w:cs="Noto Sans Devanagari" w:eastAsia="Noto Sans Devanagari"/>
          <w:b w:val="0"/>
          <w:i w:val="0"/>
          <w:sz w:val="20"/>
        </w:rPr>
        <w:t>बमोजिमको फारम यस विभागमा अनिवार्य रूपमा पेश गर्नु पर्नेछ ।</w:t>
      </w:r>
    </w:p>
    <w:p>
      <w:pPr>
        <w:spacing w:after="62" w:line="259" w:lineRule="auto"/>
        <w:ind w:left="115"/>
      </w:pPr>
      <w:r>
        <w:rPr>
          <w:rFonts w:ascii="Noto Sans" w:hAnsi="Noto Sans" w:cs="Noto Sans Devanagari" w:eastAsia="Noto Sans Devanagari"/>
          <w:b w:val="0"/>
          <w:i w:val="0"/>
          <w:sz w:val="20"/>
        </w:rPr>
        <w:t>२. विभिन्न निकायका कर्मचारी/पदाधिकारीले तालिम, गोष्ठी, बैठक आदि भ्रमणमा जाँदा पाउने सटही सुविधा</w:t>
      </w:r>
    </w:p>
    <w:p>
      <w:pPr>
        <w:spacing w:after="62" w:line="259" w:lineRule="auto"/>
      </w:pPr>
      <w:r>
        <w:rPr>
          <w:rFonts w:ascii="Noto Sans" w:hAnsi="Noto Sans" w:cs="Noto Sans Devanagari" w:eastAsia="Noto Sans Devanagari"/>
          <w:b w:val="0"/>
          <w:i w:val="0"/>
          <w:sz w:val="20"/>
        </w:rPr>
        <w:t>सम्बन्धी व्यवस्था</w:t>
      </w:r>
    </w:p>
    <w:p>
      <w:pPr>
        <w:spacing w:after="62" w:line="259" w:lineRule="auto"/>
      </w:pPr>
      <w:r>
        <w:rPr>
          <w:rFonts w:ascii="Noto Sans" w:hAnsi="Noto Sans" w:cs="Noto Sans Devanagari" w:eastAsia="Noto Sans Devanagari"/>
          <w:b w:val="0"/>
          <w:i w:val="0"/>
          <w:sz w:val="20"/>
        </w:rPr>
        <w:t>परिवर्त्य विदेशी मुद्रा खाता नभएका देहायमा उल्लिखित निकायका पदाधिकारीहरू आफ्नो कार्यालयको कामको</w:t>
      </w:r>
    </w:p>
    <w:p>
      <w:pPr>
        <w:spacing w:after="62" w:line="259" w:lineRule="auto"/>
      </w:pPr>
      <w:r>
        <w:rPr>
          <w:rFonts w:ascii="Noto Sans" w:hAnsi="Noto Sans" w:cs="Noto Sans Devanagari" w:eastAsia="Noto Sans Devanagari"/>
          <w:b w:val="0"/>
          <w:i w:val="0"/>
          <w:sz w:val="20"/>
        </w:rPr>
        <w:t>सिलसिलामा भारतबाहेक अन्य मुलुकहरूको भ्रमणमा जाँदा इजाजतपत्रप्राप्त “क” र “ख” वर्गका</w:t>
      </w:r>
    </w:p>
    <w:p>
      <w:pPr>
        <w:spacing w:after="62" w:line="259" w:lineRule="auto"/>
      </w:pPr>
      <w:r>
        <w:rPr>
          <w:rFonts w:ascii="Noto Sans" w:hAnsi="Noto Sans" w:cs="Noto Sans Devanagari" w:eastAsia="Noto Sans Devanagari"/>
          <w:b w:val="0"/>
          <w:i w:val="0"/>
          <w:sz w:val="20"/>
        </w:rPr>
        <w:t>इजाजतपत्रप्राप्त बैंक तथा वित्तीय संस्थाहरूले विदेशी विनिमय सटही सुविधा निम्नानुसार प्रदान गर्नु पर्नेछ ।</w:t>
      </w:r>
    </w:p>
    <w:p>
      <w:pPr>
        <w:spacing w:after="62" w:line="259" w:lineRule="auto"/>
        <w:ind w:left="115"/>
      </w:pPr>
      <w:r>
        <w:rPr>
          <w:rFonts w:ascii="Noto Sans" w:hAnsi="Noto Sans" w:cs="Noto Sans Devanagari" w:eastAsia="Noto Sans Devanagari"/>
          <w:b w:val="0"/>
          <w:i w:val="0"/>
          <w:sz w:val="20"/>
        </w:rPr>
        <w:t>(क) नेपाल सरकारको तर्फबाट गरिने भ्रमण, यस बैंकबाट स्वीकृत भ्रमण, सरकारी निकाय तथा सार्वजनिक</w:t>
      </w:r>
    </w:p>
    <w:p>
      <w:pPr>
        <w:spacing w:after="62" w:line="259" w:lineRule="auto"/>
      </w:pPr>
      <w:r>
        <w:rPr>
          <w:rFonts w:ascii="Noto Sans" w:hAnsi="Noto Sans" w:cs="Noto Sans Devanagari" w:eastAsia="Noto Sans Devanagari"/>
          <w:b w:val="0"/>
          <w:i w:val="0"/>
          <w:sz w:val="20"/>
        </w:rPr>
        <w:t>संघ, संस्था, सरकारी संस्थानहरु, सरकारी तथा अर्ध सरकारी संघ संस्थाहरु, इजाजतपत्रप्राप्त बैंक तथा</w:t>
      </w:r>
    </w:p>
    <w:p>
      <w:pPr>
        <w:spacing w:after="62" w:line="259" w:lineRule="auto"/>
      </w:pPr>
      <w:r>
        <w:rPr>
          <w:rFonts w:ascii="Noto Sans" w:hAnsi="Noto Sans" w:cs="Noto Sans Devanagari" w:eastAsia="Noto Sans Devanagari"/>
          <w:b w:val="0"/>
          <w:i w:val="0"/>
          <w:sz w:val="20"/>
        </w:rPr>
        <w:t>वित्तीय संस्थाहरूबाट आफ्ना कर्मचारी/पदाधिकारीहरूलाई पठाउने तालिम, गोष्ठी, बैठक वा अन्य</w:t>
      </w:r>
    </w:p>
    <w:p>
      <w:pPr>
        <w:spacing w:after="62" w:line="259" w:lineRule="auto"/>
      </w:pPr>
      <w:r>
        <w:rPr>
          <w:rFonts w:ascii="Noto Sans" w:hAnsi="Noto Sans" w:cs="Noto Sans Devanagari" w:eastAsia="Noto Sans Devanagari"/>
          <w:b w:val="0"/>
          <w:i w:val="0"/>
          <w:sz w:val="20"/>
        </w:rPr>
        <w:t>औपचारिक भ्रमणको निमित्त विदेशी मुद्रा सटही सुविधाका लागि लिखित अनुरोध गरेमा इजाजतपत्रप्राप्त</w:t>
      </w:r>
    </w:p>
    <w:p>
      <w:pPr>
        <w:spacing w:after="62" w:line="259" w:lineRule="auto"/>
      </w:pPr>
      <w:r>
        <w:rPr>
          <w:rFonts w:ascii="Noto Sans" w:hAnsi="Noto Sans" w:cs="Noto Sans Devanagari" w:eastAsia="Noto Sans Devanagari"/>
          <w:b w:val="0"/>
          <w:i w:val="0"/>
          <w:sz w:val="20"/>
        </w:rPr>
        <w:t>“क” र “ख” वर्गका बैंक तथा वित्तीय संस्थाहरूले मागबमोजिम सटही उपलब्ध गराउन सक्नेछ ।</w:t>
      </w:r>
    </w:p>
    <w:p>
      <w:pPr>
        <w:spacing w:after="62" w:line="259" w:lineRule="auto"/>
        <w:ind w:left="115"/>
      </w:pPr>
      <w:r>
        <w:rPr>
          <w:rFonts w:ascii="Noto Sans" w:hAnsi="Noto Sans" w:cs="Noto Sans Devanagari" w:eastAsia="Noto Sans Devanagari"/>
          <w:b w:val="0"/>
          <w:i w:val="0"/>
          <w:sz w:val="20"/>
        </w:rPr>
        <w:t>(ख) उपर्युक्त बमोजिम परिवर्त्य विदेशी मुद्रा उपलब्ध गराउँदा सम्बन्धित भ्रमणकर्ताको कन्फर्म्ड हवाई</w:t>
      </w:r>
    </w:p>
    <w:p>
      <w:pPr>
        <w:spacing w:after="62" w:line="259" w:lineRule="auto"/>
      </w:pPr>
      <w:r>
        <w:rPr>
          <w:rFonts w:ascii="Noto Sans" w:hAnsi="Noto Sans" w:cs="Noto Sans Devanagari" w:eastAsia="Noto Sans Devanagari"/>
          <w:b w:val="0"/>
          <w:i w:val="0"/>
          <w:sz w:val="20"/>
        </w:rPr>
        <w:t>टिकट, राहदानी, भिसा आवश्यक पर्ने भए भिसा लागेको प्रमाण तथा आधिकारिक कर्मचारी वा</w:t>
      </w:r>
    </w:p>
    <w:p>
      <w:pPr>
        <w:spacing w:after="62" w:line="259" w:lineRule="auto"/>
      </w:pPr>
      <w:r>
        <w:rPr>
          <w:rFonts w:ascii="Noto Sans" w:hAnsi="Noto Sans" w:cs="Noto Sans Devanagari" w:eastAsia="Noto Sans Devanagari"/>
          <w:b w:val="0"/>
          <w:i w:val="0"/>
          <w:sz w:val="20"/>
        </w:rPr>
        <w:t>पदाधिकारीले स्वीकृत गरेको भ्रमण आदेश लिई सटही लिएको रकम राहदानीको सम्बन्धित खण्डमा</w:t>
      </w:r>
    </w:p>
    <w:p>
      <w:pPr>
        <w:spacing w:after="62" w:line="259" w:lineRule="auto"/>
      </w:pPr>
      <w:r>
        <w:rPr>
          <w:rFonts w:ascii="Noto Sans" w:hAnsi="Noto Sans" w:cs="Noto Sans Devanagari" w:eastAsia="Noto Sans Devanagari"/>
          <w:b w:val="0"/>
          <w:i w:val="0"/>
          <w:sz w:val="20"/>
        </w:rPr>
        <w:t>अभिलेख गरी अधिकृतको दस्तखत तथा बैंक/वित्तीय संस्थाको छाप लगाई दिनु पर्नेछ । यस्तो सटही</w:t>
      </w:r>
    </w:p>
    <w:p>
      <w:pPr>
        <w:spacing w:after="62" w:line="259" w:lineRule="auto"/>
      </w:pPr>
      <w:r>
        <w:rPr>
          <w:rFonts w:ascii="Noto Sans" w:hAnsi="Noto Sans" w:cs="Noto Sans Devanagari" w:eastAsia="Noto Sans Devanagari"/>
          <w:b w:val="0"/>
          <w:i w:val="0"/>
          <w:sz w:val="20"/>
        </w:rPr>
        <w:t>सुविधाको अतिरिक्त दफा १ बमोजिमको सटही सुविधासमेत उपलब्ध गराउन सकिनेछ ।</w:t>
      </w:r>
    </w:p>
    <w:p>
      <w:pPr>
        <w:spacing w:after="62" w:line="259" w:lineRule="auto"/>
      </w:pPr>
      <w:r>
        <w:rPr>
          <w:rFonts w:ascii="Noto Sans" w:hAnsi="Noto Sans" w:cs="Noto Sans Devanagari" w:eastAsia="Noto Sans Devanagari"/>
          <w:b w:val="0"/>
          <w:i w:val="0"/>
          <w:sz w:val="20"/>
        </w:rPr>
        <w:t>यस व्यवस्था बमोजिम सटही सुविधा उपलब्ध गराइएको विवरणसमेत अनुसूची ७.२ मा नै समावेश</w:t>
      </w:r>
    </w:p>
    <w:p>
      <w:pPr>
        <w:spacing w:after="62" w:line="259" w:lineRule="auto"/>
      </w:pPr>
      <w:r>
        <w:rPr>
          <w:rFonts w:ascii="Noto Sans" w:hAnsi="Noto Sans" w:cs="Noto Sans Devanagari" w:eastAsia="Noto Sans Devanagari"/>
          <w:b w:val="0"/>
          <w:i w:val="0"/>
          <w:sz w:val="20"/>
        </w:rPr>
        <w:t>गरी यस विभागमा पठाउनु पर्नेछ ।</w:t>
      </w:r>
    </w:p>
    <w:p>
      <w:pPr>
        <w:spacing w:after="62" w:line="259" w:lineRule="auto"/>
        <w:ind w:left="115"/>
      </w:pPr>
      <w:r>
        <w:rPr>
          <w:rFonts w:ascii="Noto Sans" w:hAnsi="Noto Sans" w:cs="Noto Sans Devanagari" w:eastAsia="Noto Sans Devanagari"/>
          <w:b w:val="0"/>
          <w:i w:val="0"/>
          <w:sz w:val="20"/>
        </w:rPr>
        <w:t>२क. यस इ.प्रा. परिपत्र ७/२०८२ को दफा १ मा उल्लिखित राहदानी बापतको सटही सुविधा र दफा २ मा</w:t>
      </w:r>
    </w:p>
    <w:p>
      <w:pPr>
        <w:spacing w:after="62" w:line="259" w:lineRule="auto"/>
      </w:pPr>
      <w:r>
        <w:rPr>
          <w:rFonts w:ascii="Noto Sans" w:hAnsi="Noto Sans" w:cs="Noto Sans Devanagari" w:eastAsia="Noto Sans Devanagari"/>
          <w:b w:val="0"/>
          <w:i w:val="0"/>
          <w:sz w:val="20"/>
        </w:rPr>
        <w:t>उल्लिखित औपचारिक भ्रमण बापतको सटही सुविधा परिवर्त्य विदेशी मुद्राको खातामा जम्मा गरी (नयाँ खाता</w:t>
      </w:r>
    </w:p>
    <w:p>
      <w:pPr>
        <w:spacing w:after="62" w:line="259" w:lineRule="auto"/>
      </w:pPr>
      <w:r>
        <w:rPr>
          <w:rFonts w:ascii="Noto Sans" w:hAnsi="Noto Sans" w:cs="Noto Sans Devanagari" w:eastAsia="Noto Sans Devanagari"/>
          <w:b w:val="0"/>
          <w:i w:val="0"/>
          <w:sz w:val="20"/>
        </w:rPr>
        <w:t>खोली समेत) उपलब्ध गराउन सकिने छ ।</w:t>
      </w:r>
    </w:p>
    <w:p>
      <w:pPr>
        <w:spacing w:after="62" w:line="259" w:lineRule="auto"/>
        <w:ind w:left="115"/>
      </w:pPr>
      <w:r>
        <w:rPr>
          <w:rFonts w:ascii="Noto Sans" w:hAnsi="Noto Sans" w:cs="Noto Sans Devanagari" w:eastAsia="Noto Sans Devanagari"/>
          <w:b w:val="0"/>
          <w:i w:val="0"/>
          <w:sz w:val="20"/>
        </w:rPr>
        <w:t>३. परिवर्त्य विदेशी मुद्रा आर्जन भएका निकायले तालिम, गोष्ठी, बैठक आदि भ्रमणमा जाँदा पाउने सटही सुविधा</w:t>
      </w:r>
    </w:p>
    <w:p>
      <w:pPr>
        <w:spacing w:after="62" w:line="259" w:lineRule="auto"/>
      </w:pPr>
      <w:r>
        <w:rPr>
          <w:rFonts w:ascii="Noto Sans" w:hAnsi="Noto Sans" w:cs="Noto Sans Devanagari" w:eastAsia="Noto Sans Devanagari"/>
          <w:b w:val="0"/>
          <w:i w:val="0"/>
          <w:sz w:val="20"/>
        </w:rPr>
        <w:t>सम्बन्धी व्यवस्था ः</w:t>
      </w:r>
    </w:p>
    <w:p>
      <w:pPr>
        <w:spacing w:after="62" w:line="259" w:lineRule="auto"/>
      </w:pPr>
      <w:r>
        <w:rPr>
          <w:rFonts w:ascii="Noto Sans" w:hAnsi="Noto Sans" w:cs="Noto Sans Devanagari" w:eastAsia="Noto Sans Devanagari"/>
          <w:b w:val="0"/>
          <w:i w:val="0"/>
          <w:sz w:val="20"/>
        </w:rPr>
        <w:t>निर्यात तथा पर्यटन क्षेत्रबाट परिवर्त्य विदेशी मुद्रा आर्जन गरी परिवर्त्य विदेशी मुद्रा खाता खोलिरहेका निकायहरू</w:t>
      </w:r>
    </w:p>
    <w:p>
      <w:pPr>
        <w:spacing w:after="62" w:line="259" w:lineRule="auto"/>
      </w:pPr>
      <w:r>
        <w:rPr>
          <w:rFonts w:ascii="Noto Sans" w:hAnsi="Noto Sans" w:cs="Noto Sans Devanagari" w:eastAsia="Noto Sans Devanagari"/>
          <w:b w:val="0"/>
          <w:i w:val="0"/>
          <w:sz w:val="20"/>
        </w:rPr>
        <w:t>एवम् खाता खोल्न ग्राह्य भएका तर नखोलेका निकायका पदाधिकारीहरू आफ्नो कार्यालयको कामको</w:t>
      </w:r>
    </w:p>
    <w:p>
      <w:pPr>
        <w:spacing w:after="62" w:line="259" w:lineRule="auto"/>
      </w:pPr>
      <w:r>
        <w:rPr>
          <w:rFonts w:ascii="Noto Sans" w:hAnsi="Noto Sans" w:cs="Noto Sans Devanagari" w:eastAsia="Noto Sans Devanagari"/>
          <w:b w:val="0"/>
          <w:i w:val="0"/>
          <w:sz w:val="20"/>
        </w:rPr>
        <w:t>सिलसिलामा भारत बाहेक अन्य मुलुकहरूको भ्रमणमा जाँदा इजाजतपत्रप्राप्त “क” र “ख” वर्गका बैंक तथा</w:t>
      </w:r>
    </w:p>
    <w:p>
      <w:pPr>
        <w:spacing w:after="62" w:line="259" w:lineRule="auto"/>
      </w:pPr>
      <w:r>
        <w:rPr>
          <w:rFonts w:ascii="Noto Sans" w:hAnsi="Noto Sans" w:cs="Noto Sans Devanagari" w:eastAsia="Noto Sans Devanagari"/>
          <w:b w:val="0"/>
          <w:i w:val="0"/>
          <w:sz w:val="20"/>
        </w:rPr>
        <w:t>वित्तीय संस्थाहरूले विदेशी विनिमय सटही सुविधा निम्नानुसार प्रदान गर्ने व्यवस्था गरिएको छ ।</w:t>
      </w:r>
    </w:p>
    <w:p>
      <w:pPr>
        <w:spacing w:after="62" w:line="259" w:lineRule="auto"/>
        <w:ind w:left="115"/>
      </w:pPr>
      <w:r>
        <w:rPr>
          <w:rFonts w:ascii="Noto Sans" w:hAnsi="Noto Sans" w:cs="Noto Sans Devanagari" w:eastAsia="Noto Sans Devanagari"/>
          <w:b w:val="0"/>
          <w:i w:val="0"/>
          <w:sz w:val="20"/>
        </w:rPr>
        <w:t>(क) निर्यात तथा पर्यटन क्षेत्रको आर्जनबाट परिवर्त्य विदेशी मुद्रा खाता भएका निकायहरूलाई आफ्नो</w:t>
      </w:r>
    </w:p>
    <w:p>
      <w:pPr>
        <w:spacing w:after="62" w:line="259" w:lineRule="auto"/>
      </w:pPr>
      <w:r>
        <w:rPr>
          <w:rFonts w:ascii="Noto Sans" w:hAnsi="Noto Sans" w:cs="Noto Sans Devanagari" w:eastAsia="Noto Sans Devanagari"/>
          <w:b w:val="0"/>
          <w:i w:val="0"/>
          <w:sz w:val="20"/>
        </w:rPr>
        <w:t>व्यापार प्रवर्द्धनको सिलसिलमा कुनै पदाधिकारीलाई विदेश भ्रमण (भारत बाहेक) मा पठाउनु परेमा</w:t>
      </w:r>
    </w:p>
    <w:p>
      <w:pPr>
        <w:spacing w:after="62" w:line="259" w:lineRule="auto"/>
      </w:pPr>
      <w:r>
        <w:rPr>
          <w:rFonts w:ascii="Noto Sans" w:hAnsi="Noto Sans" w:cs="Noto Sans Devanagari" w:eastAsia="Noto Sans Devanagari"/>
          <w:b w:val="0"/>
          <w:i w:val="0"/>
          <w:sz w:val="20"/>
        </w:rPr>
        <w:t>संलग्न</w:t>
      </w:r>
    </w:p>
    <w:p>
      <w:pPr>
        <w:keepNext/>
        <w:spacing w:before="200" w:after="80"/>
        <w:pBdr>
          <w:bottom w:val="single" w:sz="12" w:space="2" w:color="2F5597"/>
        </w:pBdr>
      </w:pPr>
      <w:r>
        <w:rPr>
          <w:rFonts w:ascii="Noto Sans" w:hAnsi="Noto Sans" w:cs="Noto Sans Devanagari" w:eastAsia="Noto Sans Devanagari"/>
          <w:b/>
          <w:i w:val="0"/>
          <w:color w:val="2F5597"/>
          <w:sz w:val="24"/>
        </w:rPr>
        <w:t>Schedule 7.3</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7.3</w:t>
      </w:r>
    </w:p>
    <w:p>
      <w:pPr>
        <w:spacing w:after="70" w:line="259" w:lineRule="auto"/>
      </w:pPr>
      <w:r>
        <w:rPr>
          <w:rFonts w:ascii="Noto Sans" w:hAnsi="Noto Sans" w:cs="Noto Sans Devanagari" w:eastAsia="Noto Sans Devanagari"/>
          <w:b w:val="0"/>
          <w:i w:val="0"/>
          <w:color w:val="222222"/>
          <w:sz w:val="18"/>
        </w:rPr>
        <w:t>Monthly Statement of Exchange Facility Provided for Trade Promotion pursuant to Clause 1(e) of Circular No. 7</w:t>
      </w:r>
    </w:p>
    <w:p>
      <w:pPr>
        <w:spacing w:after="70" w:line="259" w:lineRule="auto"/>
      </w:pPr>
      <w:r>
        <w:rPr>
          <w:rFonts w:ascii="Noto Sans" w:hAnsi="Noto Sans" w:cs="Noto Sans Devanagari" w:eastAsia="Noto Sans Devanagari"/>
          <w:b w:val="0"/>
          <w:i w:val="0"/>
          <w:color w:val="222222"/>
          <w:sz w:val="18"/>
        </w:rPr>
        <w:t>(For the purpose of Clause 1(k) of F.E. Circular No. 7)</w:t>
      </w:r>
    </w:p>
    <w:p>
      <w:pPr>
        <w:spacing w:after="70" w:line="259" w:lineRule="auto"/>
      </w:pPr>
      <w:r>
        <w:rPr>
          <w:rFonts w:ascii="Noto Sans" w:hAnsi="Noto Sans" w:cs="Noto Sans Devanagari" w:eastAsia="Noto Sans Devanagari"/>
          <w:b w:val="0"/>
          <w:i w:val="0"/>
          <w:color w:val="222222"/>
          <w:sz w:val="18"/>
        </w:rPr>
        <w:t>Name of licensed bank/financial institution/entity: .............................................</w:t>
      </w:r>
    </w:p>
    <w:p>
      <w:pPr>
        <w:spacing w:after="70" w:line="259" w:lineRule="auto"/>
      </w:pPr>
      <w:r>
        <w:rPr>
          <w:rFonts w:ascii="Noto Sans" w:hAnsi="Noto Sans" w:cs="Noto Sans Devanagari" w:eastAsia="Noto Sans Devanagari"/>
          <w:b w:val="0"/>
          <w:i w:val="0"/>
          <w:color w:val="222222"/>
          <w:sz w:val="18"/>
        </w:rPr>
        <w:t>Year: .................. Month: ............................. Date: .............................</w:t>
      </w:r>
    </w:p>
    <w:p>
      <w:pPr>
        <w:spacing w:after="70" w:line="259" w:lineRule="auto"/>
      </w:pPr>
      <w:r>
        <w:rPr>
          <w:rFonts w:ascii="Noto Sans" w:hAnsi="Noto Sans" w:cs="Noto Sans Devanagari" w:eastAsia="Noto Sans Devanagari"/>
          <w:b w:val="0"/>
          <w:i w:val="0"/>
          <w:color w:val="222222"/>
          <w:sz w:val="18"/>
        </w:rPr>
        <w:t>S.N. | Date | Passport No. | Ticket No. | Country of Travel and Name of Programme | Exchange Amount (USD) | Branch Providing Exchange | Justification for Exchange</w:t>
      </w:r>
    </w:p>
    <w:p>
      <w:pPr>
        <w:spacing w:after="70" w:line="259" w:lineRule="auto"/>
      </w:pPr>
      <w:r>
        <w:rPr>
          <w:rFonts w:ascii="Noto Sans" w:hAnsi="Noto Sans" w:cs="Noto Sans Devanagari" w:eastAsia="Noto Sans Devanagari"/>
          <w:b w:val="0"/>
          <w:i w:val="0"/>
          <w:color w:val="222222"/>
          <w:sz w:val="18"/>
        </w:rPr>
        <w:t>Total Amount</w:t>
      </w:r>
    </w:p>
    <w:p>
      <w:pPr>
        <w:spacing w:after="70" w:line="259" w:lineRule="auto"/>
      </w:pPr>
      <w:r>
        <w:rPr>
          <w:rFonts w:ascii="Noto Sans" w:hAnsi="Noto Sans" w:cs="Noto Sans Devanagari" w:eastAsia="Noto Sans Devanagari"/>
          <w:b w:val="0"/>
          <w:i w:val="0"/>
          <w:color w:val="222222"/>
          <w:sz w:val="18"/>
        </w:rPr>
        <w:t>Signature of Authorised Officer</w:t>
      </w:r>
    </w:p>
    <w:p>
      <w:pPr>
        <w:spacing w:after="70" w:line="259" w:lineRule="auto"/>
      </w:pPr>
      <w:r>
        <w:rPr>
          <w:rFonts w:ascii="Noto Sans" w:hAnsi="Noto Sans" w:cs="Noto Sans Devanagari" w:eastAsia="Noto Sans Devanagari"/>
          <w:b w:val="0"/>
          <w:i w:val="0"/>
          <w:color w:val="222222"/>
          <w:sz w:val="18"/>
        </w:rPr>
        <w:t>Name:</w:t>
      </w:r>
    </w:p>
    <w:p>
      <w:pPr>
        <w:spacing w:after="70" w:line="259" w:lineRule="auto"/>
      </w:pPr>
      <w:r>
        <w:rPr>
          <w:rFonts w:ascii="Noto Sans" w:hAnsi="Noto Sans" w:cs="Noto Sans Devanagari" w:eastAsia="Noto Sans Devanagari"/>
          <w:b w:val="0"/>
          <w:i w:val="0"/>
          <w:color w:val="222222"/>
          <w:sz w:val="18"/>
        </w:rPr>
        <w:t>Designation:</w:t>
      </w:r>
    </w:p>
    <w:p>
      <w:pPr>
        <w:spacing w:after="70" w:line="259" w:lineRule="auto"/>
      </w:pPr>
      <w:r>
        <w:rPr>
          <w:rFonts w:ascii="Noto Sans" w:hAnsi="Noto Sans" w:cs="Noto Sans Devanagari" w:eastAsia="Noto Sans Devanagari"/>
          <w:b w:val="0"/>
          <w:i w:val="0"/>
          <w:color w:val="222222"/>
          <w:sz w:val="18"/>
        </w:rPr>
        <w:t>Bank Seal:</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७.४</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७.४ मा तोकिए बमोजिम सम्बन्धित निकायको विदेशी मुद्रा खाता खर्च हुने गरी</w:t>
      </w:r>
    </w:p>
    <w:p>
      <w:pPr>
        <w:spacing w:after="62" w:line="259" w:lineRule="auto"/>
      </w:pPr>
      <w:r>
        <w:rPr>
          <w:rFonts w:ascii="Noto Sans" w:hAnsi="Noto Sans" w:cs="Noto Sans Devanagari" w:eastAsia="Noto Sans Devanagari"/>
          <w:b w:val="0"/>
          <w:i w:val="0"/>
          <w:sz w:val="20"/>
        </w:rPr>
        <w:t>सटही सुविधा उपलव्ध गराउने । यसरी भ्रमण खर्चको भुक्तानी प्रदान गर्दा सम्बन्धित निकायको खातामा</w:t>
      </w:r>
    </w:p>
    <w:p>
      <w:pPr>
        <w:spacing w:after="62" w:line="259" w:lineRule="auto"/>
      </w:pPr>
      <w:r>
        <w:rPr>
          <w:rFonts w:ascii="Noto Sans" w:hAnsi="Noto Sans" w:cs="Noto Sans Devanagari" w:eastAsia="Noto Sans Devanagari"/>
          <w:b w:val="0"/>
          <w:i w:val="0"/>
          <w:sz w:val="20"/>
        </w:rPr>
        <w:t>सो भ्रमणका लागि आवश्यक हुने मौज्दात रकम हुनुपर्ने छ । तर, आवश्यक मौज्दात रकम नभएको</w:t>
      </w:r>
    </w:p>
    <w:p>
      <w:pPr>
        <w:spacing w:after="62" w:line="259" w:lineRule="auto"/>
      </w:pPr>
      <w:r>
        <w:rPr>
          <w:rFonts w:ascii="Noto Sans" w:hAnsi="Noto Sans" w:cs="Noto Sans Devanagari" w:eastAsia="Noto Sans Devanagari"/>
          <w:b w:val="0"/>
          <w:i w:val="0"/>
          <w:sz w:val="20"/>
        </w:rPr>
        <w:t>खण्डमा</w:t>
      </w:r>
    </w:p>
    <w:p>
      <w:pPr>
        <w:keepNext/>
        <w:spacing w:before="200" w:after="80"/>
        <w:pBdr>
          <w:bottom w:val="single" w:sz="12" w:space="2" w:color="2F5597"/>
        </w:pBdr>
      </w:pPr>
      <w:r>
        <w:rPr>
          <w:rFonts w:ascii="Noto Sans" w:hAnsi="Noto Sans" w:cs="Noto Sans Devanagari" w:eastAsia="Noto Sans Devanagari"/>
          <w:b/>
          <w:i w:val="0"/>
          <w:color w:val="2F5597"/>
          <w:sz w:val="24"/>
        </w:rPr>
        <w:t>Schedule 7.4</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7.4</w:t>
      </w:r>
    </w:p>
    <w:p>
      <w:pPr>
        <w:spacing w:after="70" w:line="259" w:lineRule="auto"/>
      </w:pPr>
      <w:r>
        <w:rPr>
          <w:rFonts w:ascii="Noto Sans" w:hAnsi="Noto Sans" w:cs="Noto Sans Devanagari" w:eastAsia="Noto Sans Devanagari"/>
          <w:b w:val="0"/>
          <w:i w:val="0"/>
          <w:color w:val="222222"/>
          <w:sz w:val="18"/>
        </w:rPr>
        <w:t>(For the purpose of Clause 3 of F.E. Circular No. 7)</w:t>
      </w:r>
    </w:p>
    <w:p>
      <w:pPr>
        <w:spacing w:after="70" w:line="259" w:lineRule="auto"/>
      </w:pPr>
      <w:r>
        <w:rPr>
          <w:rFonts w:ascii="Noto Sans" w:hAnsi="Noto Sans" w:cs="Noto Sans Devanagari" w:eastAsia="Noto Sans Devanagari"/>
          <w:b w:val="0"/>
          <w:i w:val="0"/>
          <w:color w:val="222222"/>
          <w:sz w:val="18"/>
        </w:rPr>
        <w:t>Table of Exchange Facility to be Provided for Foreign Travel (Except India) pursuant to Clause 3(a)</w:t>
      </w:r>
    </w:p>
    <w:p>
      <w:pPr>
        <w:spacing w:after="70" w:line="259" w:lineRule="auto"/>
      </w:pPr>
      <w:r>
        <w:rPr>
          <w:rFonts w:ascii="Noto Sans" w:hAnsi="Noto Sans" w:cs="Noto Sans Devanagari" w:eastAsia="Noto Sans Devanagari"/>
          <w:b w:val="0"/>
          <w:i w:val="0"/>
          <w:color w:val="222222"/>
          <w:sz w:val="18"/>
        </w:rPr>
        <w:t>(In US Dollars)</w:t>
      </w:r>
    </w:p>
    <w:p>
      <w:pPr>
        <w:spacing w:after="70" w:line="259" w:lineRule="auto"/>
      </w:pPr>
      <w:r>
        <w:rPr>
          <w:rFonts w:ascii="Noto Sans" w:hAnsi="Noto Sans" w:cs="Noto Sans Devanagari" w:eastAsia="Noto Sans Devanagari"/>
          <w:b w:val="0"/>
          <w:i w:val="0"/>
          <w:color w:val="222222"/>
          <w:sz w:val="18"/>
        </w:rPr>
        <w:t>Earnings | Maximum Travel Days in One Fiscal Year | Daily Hotel and Food Expenses | Entertainment, Contingency and Hospitality Expenses (Per Visit)</w:t>
      </w:r>
    </w:p>
    <w:p>
      <w:pPr>
        <w:spacing w:after="70" w:line="259" w:lineRule="auto"/>
      </w:pPr>
      <w:r>
        <w:rPr>
          <w:rFonts w:ascii="Noto Sans" w:hAnsi="Noto Sans" w:cs="Noto Sans Devanagari" w:eastAsia="Noto Sans Devanagari"/>
          <w:b w:val="0"/>
          <w:i w:val="0"/>
          <w:color w:val="222222"/>
          <w:sz w:val="18"/>
        </w:rPr>
        <w:t>0–300,000 | 90 days | 450.00 | 1,000.00</w:t>
      </w:r>
    </w:p>
    <w:p>
      <w:pPr>
        <w:spacing w:after="70" w:line="259" w:lineRule="auto"/>
      </w:pPr>
      <w:r>
        <w:rPr>
          <w:rFonts w:ascii="Noto Sans" w:hAnsi="Noto Sans" w:cs="Noto Sans Devanagari" w:eastAsia="Noto Sans Devanagari"/>
          <w:b w:val="0"/>
          <w:i w:val="0"/>
          <w:color w:val="222222"/>
          <w:sz w:val="18"/>
        </w:rPr>
        <w:t>300,000–700,000 | 90 days | 550.00 | 1,500.00</w:t>
      </w:r>
    </w:p>
    <w:p>
      <w:pPr>
        <w:spacing w:after="70" w:line="259" w:lineRule="auto"/>
      </w:pPr>
      <w:r>
        <w:rPr>
          <w:rFonts w:ascii="Noto Sans" w:hAnsi="Noto Sans" w:cs="Noto Sans Devanagari" w:eastAsia="Noto Sans Devanagari"/>
          <w:b w:val="0"/>
          <w:i w:val="0"/>
          <w:color w:val="222222"/>
          <w:sz w:val="18"/>
        </w:rPr>
        <w:t>Above 700,000 | 90 days | 650.00 | 2,000.00</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७.५</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७.५ बमोजिमको सटही सुविधा मात्र उपलव्ध गराउनु पर्नेछ ।</w:t>
      </w:r>
    </w:p>
    <w:p>
      <w:pPr>
        <w:spacing w:after="62" w:line="259" w:lineRule="auto"/>
        <w:ind w:left="115"/>
      </w:pPr>
      <w:r>
        <w:rPr>
          <w:rFonts w:ascii="Noto Sans" w:hAnsi="Noto Sans" w:cs="Noto Sans Devanagari" w:eastAsia="Noto Sans Devanagari"/>
          <w:b w:val="0"/>
          <w:i w:val="0"/>
          <w:sz w:val="20"/>
        </w:rPr>
        <w:t>(ख) निर्यात तथा पर्यटन क्षेत्रबाट परिवर्त्य विदेशी मुद्रा आर्जन भएका तर खाता नभएका निकायहरूलाई</w:t>
      </w:r>
    </w:p>
    <w:p>
      <w:pPr>
        <w:spacing w:after="62" w:line="259" w:lineRule="auto"/>
      </w:pPr>
      <w:r>
        <w:rPr>
          <w:rFonts w:ascii="Noto Sans" w:hAnsi="Noto Sans" w:cs="Noto Sans Devanagari" w:eastAsia="Noto Sans Devanagari"/>
          <w:b w:val="0"/>
          <w:i w:val="0"/>
          <w:sz w:val="20"/>
        </w:rPr>
        <w:t>आफ्नो व्यापार प्रवर्द्धनको सिलसिलामा कुनै पदाधिकारीलाई विदेश भ्रमण (भारत बाहेक) मा पठाउनु</w:t>
      </w:r>
    </w:p>
    <w:p>
      <w:pPr>
        <w:spacing w:after="62" w:line="259" w:lineRule="auto"/>
      </w:pPr>
      <w:r>
        <w:rPr>
          <w:rFonts w:ascii="Noto Sans" w:hAnsi="Noto Sans" w:cs="Noto Sans Devanagari" w:eastAsia="Noto Sans Devanagari"/>
          <w:b w:val="0"/>
          <w:i w:val="0"/>
          <w:sz w:val="20"/>
        </w:rPr>
        <w:t>परेमा संलग्न अनुसूची ७.५ मा तोकिए बमोजिम सटही सुविधा उपलव्ध गराउन सकिने छ । माथि</w:t>
      </w:r>
    </w:p>
    <w:p>
      <w:pPr>
        <w:spacing w:after="62" w:line="259" w:lineRule="auto"/>
      </w:pPr>
      <w:r>
        <w:rPr>
          <w:rFonts w:ascii="Noto Sans" w:hAnsi="Noto Sans" w:cs="Noto Sans Devanagari" w:eastAsia="Noto Sans Devanagari"/>
          <w:b w:val="0"/>
          <w:i w:val="0"/>
          <w:sz w:val="20"/>
        </w:rPr>
        <w:t>उल्लेख गरे अनुसारको सटही सुविधा माग गर्दा आ–आफ्नो विदेशी मुद्रा आर्जन जम्मा गरी आएका</w:t>
      </w:r>
    </w:p>
    <w:p>
      <w:pPr>
        <w:spacing w:after="62" w:line="259" w:lineRule="auto"/>
      </w:pPr>
      <w:r>
        <w:rPr>
          <w:rFonts w:ascii="Noto Sans" w:hAnsi="Noto Sans" w:cs="Noto Sans Devanagari" w:eastAsia="Noto Sans Devanagari"/>
          <w:b w:val="0"/>
          <w:i w:val="0"/>
          <w:sz w:val="20"/>
        </w:rPr>
        <w:t>सम्बन्धित बैंक/वित्तीय संस्थाका शाखामार्फत्् नै माग गर्नु पर्नेछ ।</w:t>
      </w:r>
    </w:p>
    <w:p>
      <w:pPr>
        <w:spacing w:after="62" w:line="259" w:lineRule="auto"/>
        <w:ind w:left="115"/>
      </w:pPr>
      <w:r>
        <w:rPr>
          <w:rFonts w:ascii="Noto Sans" w:hAnsi="Noto Sans" w:cs="Noto Sans Devanagari" w:eastAsia="Noto Sans Devanagari"/>
          <w:b w:val="0"/>
          <w:i w:val="0"/>
          <w:sz w:val="20"/>
        </w:rPr>
        <w:t>(ग) माथि जेसुकै लेखिएको भएतापनि सम्बन्धित निकायले चालु आर्थिक वर्ष वा अघिल्लो आर्थिक वर्षमा</w:t>
      </w:r>
    </w:p>
    <w:p>
      <w:pPr>
        <w:spacing w:after="62" w:line="259" w:lineRule="auto"/>
      </w:pPr>
      <w:r>
        <w:rPr>
          <w:rFonts w:ascii="Noto Sans" w:hAnsi="Noto Sans" w:cs="Noto Sans Devanagari" w:eastAsia="Noto Sans Devanagari"/>
          <w:b w:val="0"/>
          <w:i w:val="0"/>
          <w:sz w:val="20"/>
        </w:rPr>
        <w:t>आर्जन गरेको विदेशी मुद्रा रकमभन्दा बढीको सटही सुविधा प्रदान गर्न मिल्ने छैन ।</w:t>
      </w:r>
    </w:p>
    <w:p>
      <w:pPr>
        <w:spacing w:after="62" w:line="259" w:lineRule="auto"/>
        <w:ind w:left="115"/>
      </w:pPr>
      <w:r>
        <w:rPr>
          <w:rFonts w:ascii="Noto Sans" w:hAnsi="Noto Sans" w:cs="Noto Sans Devanagari" w:eastAsia="Noto Sans Devanagari"/>
          <w:b w:val="0"/>
          <w:i w:val="0"/>
          <w:sz w:val="20"/>
        </w:rPr>
        <w:t>(घ) कुनै आर्थिक वर्षको पहिलो ६ महिनाभित्र विदेशी मुद्रा आर्जन भई नसकेको तर विदेश भ्रमणमा जानु</w:t>
      </w:r>
    </w:p>
    <w:p>
      <w:pPr>
        <w:spacing w:after="62" w:line="259" w:lineRule="auto"/>
      </w:pPr>
      <w:r>
        <w:rPr>
          <w:rFonts w:ascii="Noto Sans" w:hAnsi="Noto Sans" w:cs="Noto Sans Devanagari" w:eastAsia="Noto Sans Devanagari"/>
          <w:b w:val="0"/>
          <w:i w:val="0"/>
          <w:sz w:val="20"/>
        </w:rPr>
        <w:t>परेको अवस्थामा अघिल्लो आर्थिक वर्षमा पाउन सक्ने सटही सुविधाको अधिकतम सीमा पूरै प्रयोग</w:t>
      </w:r>
    </w:p>
    <w:p>
      <w:pPr>
        <w:spacing w:after="62" w:line="259" w:lineRule="auto"/>
      </w:pPr>
      <w:r>
        <w:rPr>
          <w:rFonts w:ascii="Noto Sans" w:hAnsi="Noto Sans" w:cs="Noto Sans Devanagari" w:eastAsia="Noto Sans Devanagari"/>
          <w:b w:val="0"/>
          <w:i w:val="0"/>
          <w:sz w:val="20"/>
        </w:rPr>
        <w:t>नगरिसकेको अवस्था रहेछ भने त्यस्तो बाँकी सुविधा चालु आर्थिक वर्षको पहिलो अर्धवार्षिक अवधि</w:t>
      </w:r>
    </w:p>
    <w:p>
      <w:pPr>
        <w:spacing w:after="62" w:line="259" w:lineRule="auto"/>
      </w:pPr>
      <w:r>
        <w:rPr>
          <w:rFonts w:ascii="Noto Sans" w:hAnsi="Noto Sans" w:cs="Noto Sans Devanagari" w:eastAsia="Noto Sans Devanagari"/>
          <w:b w:val="0"/>
          <w:i w:val="0"/>
          <w:sz w:val="20"/>
        </w:rPr>
        <w:t>सम्मकालागि पनि प्रयोग गर्न सकिनेछ । तर, यसरी प्रयोग गरिएको सुविधा उक्त चालु आर्थिक वर्षमा</w:t>
      </w:r>
    </w:p>
    <w:p>
      <w:pPr>
        <w:spacing w:after="62" w:line="259" w:lineRule="auto"/>
      </w:pPr>
      <w:r>
        <w:rPr>
          <w:rFonts w:ascii="Noto Sans" w:hAnsi="Noto Sans" w:cs="Noto Sans Devanagari" w:eastAsia="Noto Sans Devanagari"/>
          <w:b w:val="0"/>
          <w:i w:val="0"/>
          <w:sz w:val="20"/>
        </w:rPr>
        <w:t>आर्जन भएको विदेशी मुद्रा अन्तर्गतको सुविधामा हिसाव मिलान गर्नु पर्नेछ र प्रतिवर्ष तोकिएको</w:t>
      </w:r>
    </w:p>
    <w:p>
      <w:pPr>
        <w:spacing w:after="62" w:line="259" w:lineRule="auto"/>
      </w:pPr>
      <w:r>
        <w:rPr>
          <w:rFonts w:ascii="Noto Sans" w:hAnsi="Noto Sans" w:cs="Noto Sans Devanagari" w:eastAsia="Noto Sans Devanagari"/>
          <w:b w:val="0"/>
          <w:i w:val="0"/>
          <w:sz w:val="20"/>
        </w:rPr>
        <w:t>अधिकतम् सटही सुविधा सीमा नाघेको हुनुहुँदैन ।</w:t>
      </w:r>
    </w:p>
    <w:p>
      <w:pPr>
        <w:spacing w:after="62" w:line="259" w:lineRule="auto"/>
        <w:ind w:left="115"/>
      </w:pPr>
      <w:r>
        <w:rPr>
          <w:rFonts w:ascii="Noto Sans" w:hAnsi="Noto Sans" w:cs="Noto Sans Devanagari" w:eastAsia="Noto Sans Devanagari"/>
          <w:b w:val="0"/>
          <w:i w:val="0"/>
          <w:sz w:val="20"/>
        </w:rPr>
        <w:t>(ङ) यस परिपत्रबमोजिम बैंक/वित्तीय संस्थाले भ्रमणकर्तालाई परिवर्त्य विदेशी मुद्रा उपलब्ध गराउँदा</w:t>
      </w:r>
    </w:p>
    <w:p>
      <w:pPr>
        <w:keepNext/>
        <w:spacing w:before="200" w:after="80"/>
        <w:pBdr>
          <w:bottom w:val="single" w:sz="12" w:space="2" w:color="2F5597"/>
        </w:pBdr>
      </w:pPr>
      <w:r>
        <w:rPr>
          <w:rFonts w:ascii="Noto Sans" w:hAnsi="Noto Sans" w:cs="Noto Sans Devanagari" w:eastAsia="Noto Sans Devanagari"/>
          <w:b/>
          <w:i w:val="0"/>
          <w:color w:val="2F5597"/>
          <w:sz w:val="24"/>
        </w:rPr>
        <w:t>Schedule 7.5</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7.5</w:t>
      </w:r>
    </w:p>
    <w:p>
      <w:pPr>
        <w:spacing w:after="70" w:line="259" w:lineRule="auto"/>
      </w:pPr>
      <w:r>
        <w:rPr>
          <w:rFonts w:ascii="Noto Sans" w:hAnsi="Noto Sans" w:cs="Noto Sans Devanagari" w:eastAsia="Noto Sans Devanagari"/>
          <w:b w:val="0"/>
          <w:i w:val="0"/>
          <w:color w:val="222222"/>
          <w:sz w:val="18"/>
        </w:rPr>
        <w:t>(For the purpose of Clause 3 of F.E. Circular No. 7)</w:t>
      </w:r>
    </w:p>
    <w:p>
      <w:pPr>
        <w:spacing w:after="70" w:line="259" w:lineRule="auto"/>
      </w:pPr>
      <w:r>
        <w:rPr>
          <w:rFonts w:ascii="Noto Sans" w:hAnsi="Noto Sans" w:cs="Noto Sans Devanagari" w:eastAsia="Noto Sans Devanagari"/>
          <w:b w:val="0"/>
          <w:i w:val="0"/>
          <w:color w:val="222222"/>
          <w:sz w:val="18"/>
        </w:rPr>
        <w:t>Table of Exchange Facility to be Provided for Foreign Travel (Except India) pursuant to Clause 3</w:t>
      </w:r>
    </w:p>
    <w:p>
      <w:pPr>
        <w:spacing w:after="70" w:line="259" w:lineRule="auto"/>
      </w:pPr>
      <w:r>
        <w:rPr>
          <w:rFonts w:ascii="Noto Sans" w:hAnsi="Noto Sans" w:cs="Noto Sans Devanagari" w:eastAsia="Noto Sans Devanagari"/>
          <w:b w:val="0"/>
          <w:i w:val="0"/>
          <w:color w:val="222222"/>
          <w:sz w:val="18"/>
        </w:rPr>
        <w:t>(In US Dollars)</w:t>
      </w:r>
    </w:p>
    <w:p>
      <w:pPr>
        <w:spacing w:after="70" w:line="259" w:lineRule="auto"/>
      </w:pPr>
      <w:r>
        <w:rPr>
          <w:rFonts w:ascii="Noto Sans" w:hAnsi="Noto Sans" w:cs="Noto Sans Devanagari" w:eastAsia="Noto Sans Devanagari"/>
          <w:b w:val="0"/>
          <w:i w:val="0"/>
          <w:color w:val="222222"/>
          <w:sz w:val="18"/>
        </w:rPr>
        <w:t>Earnings | Daily Hotel and Food Expenses | Entertainment and Contingency Expenses (Per Visit) | Maximum Travel Days in One Fiscal Year</w:t>
      </w:r>
    </w:p>
    <w:p>
      <w:pPr>
        <w:spacing w:after="70" w:line="259" w:lineRule="auto"/>
      </w:pPr>
      <w:r>
        <w:rPr>
          <w:rFonts w:ascii="Noto Sans" w:hAnsi="Noto Sans" w:cs="Noto Sans Devanagari" w:eastAsia="Noto Sans Devanagari"/>
          <w:b w:val="0"/>
          <w:i w:val="0"/>
          <w:color w:val="222222"/>
          <w:sz w:val="18"/>
        </w:rPr>
        <w:t>0–300,000 | 300.00 | 400.00 | 45 days</w:t>
      </w:r>
    </w:p>
    <w:p>
      <w:pPr>
        <w:spacing w:after="70" w:line="259" w:lineRule="auto"/>
      </w:pPr>
      <w:r>
        <w:rPr>
          <w:rFonts w:ascii="Noto Sans" w:hAnsi="Noto Sans" w:cs="Noto Sans Devanagari" w:eastAsia="Noto Sans Devanagari"/>
          <w:b w:val="0"/>
          <w:i w:val="0"/>
          <w:color w:val="222222"/>
          <w:sz w:val="18"/>
        </w:rPr>
        <w:t>300,000–500,000 | 350.00 | 500.00 | 55 days</w:t>
      </w:r>
    </w:p>
    <w:p>
      <w:pPr>
        <w:spacing w:after="70" w:line="259" w:lineRule="auto"/>
      </w:pPr>
      <w:r>
        <w:rPr>
          <w:rFonts w:ascii="Noto Sans" w:hAnsi="Noto Sans" w:cs="Noto Sans Devanagari" w:eastAsia="Noto Sans Devanagari"/>
          <w:b w:val="0"/>
          <w:i w:val="0"/>
          <w:color w:val="222222"/>
          <w:sz w:val="18"/>
        </w:rPr>
        <w:t>500,000–700,000 | 400.00 | 600.00 | 65 days</w:t>
      </w:r>
    </w:p>
    <w:p>
      <w:pPr>
        <w:spacing w:after="70" w:line="259" w:lineRule="auto"/>
      </w:pPr>
      <w:r>
        <w:rPr>
          <w:rFonts w:ascii="Noto Sans" w:hAnsi="Noto Sans" w:cs="Noto Sans Devanagari" w:eastAsia="Noto Sans Devanagari"/>
          <w:b w:val="0"/>
          <w:i w:val="0"/>
          <w:color w:val="222222"/>
          <w:sz w:val="18"/>
        </w:rPr>
        <w:t>700,000–1,000,000 | 450.00 | 700.00 | 75 days</w:t>
      </w:r>
    </w:p>
    <w:p>
      <w:pPr>
        <w:spacing w:after="70" w:line="259" w:lineRule="auto"/>
      </w:pPr>
      <w:r>
        <w:rPr>
          <w:rFonts w:ascii="Noto Sans" w:hAnsi="Noto Sans" w:cs="Noto Sans Devanagari" w:eastAsia="Noto Sans Devanagari"/>
          <w:b w:val="0"/>
          <w:i w:val="0"/>
          <w:color w:val="222222"/>
          <w:sz w:val="18"/>
        </w:rPr>
        <w:t>Above 1,000,000 | 500.00 | 800.00 | 85 days</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७.६</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७.६ बमोजिमको फाराम भराउनु पर्नेछ । साथै, उक्त फारमको तल्लो भागमा बैंक/वित्तीय</w:t>
      </w:r>
    </w:p>
    <w:p>
      <w:pPr>
        <w:spacing w:after="62" w:line="259" w:lineRule="auto"/>
      </w:pPr>
      <w:r>
        <w:rPr>
          <w:rFonts w:ascii="Noto Sans" w:hAnsi="Noto Sans" w:cs="Noto Sans Devanagari" w:eastAsia="Noto Sans Devanagari"/>
          <w:b w:val="0"/>
          <w:i w:val="0"/>
          <w:sz w:val="20"/>
        </w:rPr>
        <w:t>संस्थाले उपलब्ध गराएको सटही सुविधाका दरपीठ गराई सोको अभिलेख राख्नु पर्नेछ ।</w:t>
      </w:r>
    </w:p>
    <w:p>
      <w:pPr>
        <w:spacing w:after="62" w:line="259" w:lineRule="auto"/>
        <w:ind w:left="115"/>
      </w:pPr>
      <w:r>
        <w:rPr>
          <w:rFonts w:ascii="Noto Sans" w:hAnsi="Noto Sans" w:cs="Noto Sans Devanagari" w:eastAsia="Noto Sans Devanagari"/>
          <w:b w:val="0"/>
          <w:i w:val="0"/>
          <w:sz w:val="20"/>
        </w:rPr>
        <w:t>(च) उपर्युक्त बमोजिम परिवर्त्य विदेशी मुद्रा उपलब्ध गराउँदा सम्बन्धित भ्रमणकर्ताको कन्फमर््ड हवाई</w:t>
      </w:r>
    </w:p>
    <w:p>
      <w:pPr>
        <w:spacing w:after="62" w:line="259" w:lineRule="auto"/>
      </w:pPr>
      <w:r>
        <w:rPr>
          <w:rFonts w:ascii="Noto Sans" w:hAnsi="Noto Sans" w:cs="Noto Sans Devanagari" w:eastAsia="Noto Sans Devanagari"/>
          <w:b w:val="0"/>
          <w:i w:val="0"/>
          <w:sz w:val="20"/>
        </w:rPr>
        <w:t>टिकट र राहदानी हेरी उपलव्ध गराएको रकम राहदानीमा दरपीठ गरी अधिकृतको दस्तखत तथा</w:t>
      </w:r>
    </w:p>
    <w:p>
      <w:pPr>
        <w:spacing w:after="62" w:line="259" w:lineRule="auto"/>
      </w:pPr>
      <w:r>
        <w:rPr>
          <w:rFonts w:ascii="Noto Sans" w:hAnsi="Noto Sans" w:cs="Noto Sans Devanagari" w:eastAsia="Noto Sans Devanagari"/>
          <w:b w:val="0"/>
          <w:i w:val="0"/>
          <w:sz w:val="20"/>
        </w:rPr>
        <w:t>बैंक/वित्तीय संस्थाको छाप लगाउनु पर्नेछ ।</w:t>
      </w:r>
    </w:p>
    <w:p>
      <w:pPr>
        <w:spacing w:after="62" w:line="259" w:lineRule="auto"/>
        <w:ind w:left="115"/>
      </w:pPr>
      <w:r>
        <w:rPr>
          <w:rFonts w:ascii="Noto Sans" w:hAnsi="Noto Sans" w:cs="Noto Sans Devanagari" w:eastAsia="Noto Sans Devanagari"/>
          <w:b w:val="0"/>
          <w:i w:val="0"/>
          <w:sz w:val="20"/>
        </w:rPr>
        <w:t>४. भिसा बापत संकलित नेपाली रुपैयाँको सटही सुविधा सम्बन्धी व्यवस्था</w:t>
      </w:r>
    </w:p>
    <w:p>
      <w:pPr>
        <w:spacing w:after="62" w:line="259" w:lineRule="auto"/>
        <w:ind w:left="115"/>
      </w:pPr>
      <w:r>
        <w:rPr>
          <w:rFonts w:ascii="Noto Sans" w:hAnsi="Noto Sans" w:cs="Noto Sans Devanagari" w:eastAsia="Noto Sans Devanagari"/>
          <w:b w:val="0"/>
          <w:i w:val="0"/>
          <w:sz w:val="20"/>
        </w:rPr>
        <w:t>क) नेपालस्थित विदेशी राजदुतावास/ नियोगहरूले भिसा दस्तुर बापत संकलन गरेको नेपाली रुपैयाँ</w:t>
      </w:r>
    </w:p>
    <w:p>
      <w:pPr>
        <w:spacing w:after="62" w:line="259" w:lineRule="auto"/>
      </w:pPr>
      <w:r>
        <w:rPr>
          <w:rFonts w:ascii="Noto Sans" w:hAnsi="Noto Sans" w:cs="Noto Sans Devanagari" w:eastAsia="Noto Sans Devanagari"/>
          <w:b w:val="0"/>
          <w:i w:val="0"/>
          <w:sz w:val="20"/>
        </w:rPr>
        <w:t>बराबरको विदेशी मुद्रा आफ्नो राष्ट्रमा पठाउनु पर्दा सम्बन्धित विदेशी राजदुतावास/नियोगको</w:t>
      </w:r>
    </w:p>
    <w:p>
      <w:pPr>
        <w:spacing w:after="62" w:line="259" w:lineRule="auto"/>
      </w:pPr>
      <w:r>
        <w:rPr>
          <w:rFonts w:ascii="Noto Sans" w:hAnsi="Noto Sans" w:cs="Noto Sans Devanagari" w:eastAsia="Noto Sans Devanagari"/>
          <w:b w:val="0"/>
          <w:i w:val="0"/>
          <w:sz w:val="20"/>
        </w:rPr>
        <w:t>आधिकारिक अनुरोध पत्रको आधारमा सम्बन्धित बैंकले यस्तो सटही उपलब्ध गराउन सक्नेछ ।</w:t>
      </w:r>
    </w:p>
    <w:p>
      <w:pPr>
        <w:spacing w:after="62" w:line="259" w:lineRule="auto"/>
      </w:pPr>
      <w:r>
        <w:rPr>
          <w:rFonts w:ascii="Noto Sans" w:hAnsi="Noto Sans" w:cs="Noto Sans Devanagari" w:eastAsia="Noto Sans Devanagari"/>
          <w:b w:val="0"/>
          <w:i w:val="0"/>
          <w:sz w:val="20"/>
        </w:rPr>
        <w:t>कुनै देशको सरकारी निकाय, कूटनीतिक नियोग (नेपालमा अवस्थित वा विदेशमा अवस्थित), वा</w:t>
      </w:r>
    </w:p>
    <w:p>
      <w:pPr>
        <w:spacing w:after="62" w:line="259" w:lineRule="auto"/>
      </w:pPr>
      <w:r>
        <w:rPr>
          <w:rFonts w:ascii="Noto Sans" w:hAnsi="Noto Sans" w:cs="Noto Sans Devanagari" w:eastAsia="Noto Sans Devanagari"/>
          <w:b w:val="0"/>
          <w:i w:val="0"/>
          <w:sz w:val="20"/>
        </w:rPr>
        <w:t>विदेशी संस्था (विदेशी सरकारी निकायबाट नेपाल समेत हेर्ने गरी तोकिएको) ले भिसा सम्बन्धी</w:t>
      </w:r>
    </w:p>
    <w:p>
      <w:pPr>
        <w:spacing w:after="62" w:line="259" w:lineRule="auto"/>
      </w:pPr>
      <w:r>
        <w:rPr>
          <w:rFonts w:ascii="Noto Sans" w:hAnsi="Noto Sans" w:cs="Noto Sans Devanagari" w:eastAsia="Noto Sans Devanagari"/>
          <w:b w:val="0"/>
          <w:i w:val="0"/>
          <w:sz w:val="20"/>
        </w:rPr>
        <w:t>कार्यको लागि नेपालका संस्थालाई तोकेमा सो प्रमाणित हुने कागजातको आधारमा सम्बन्धित सरकारी</w:t>
      </w:r>
    </w:p>
    <w:p>
      <w:pPr>
        <w:spacing w:after="62" w:line="259" w:lineRule="auto"/>
      </w:pPr>
      <w:r>
        <w:rPr>
          <w:rFonts w:ascii="Noto Sans" w:hAnsi="Noto Sans" w:cs="Noto Sans Devanagari" w:eastAsia="Noto Sans Devanagari"/>
          <w:b w:val="0"/>
          <w:i w:val="0"/>
          <w:sz w:val="20"/>
        </w:rPr>
        <w:t>निकाय/नियोग वा विदेशी संस्था (विदेशी सरकारी निकायबाट आधिकारिक रुपमा तोकिएको) लाई</w:t>
      </w:r>
    </w:p>
    <w:p>
      <w:pPr>
        <w:spacing w:after="62" w:line="259" w:lineRule="auto"/>
      </w:pPr>
      <w:r>
        <w:rPr>
          <w:rFonts w:ascii="Noto Sans" w:hAnsi="Noto Sans" w:cs="Noto Sans Devanagari" w:eastAsia="Noto Sans Devanagari"/>
          <w:b w:val="0"/>
          <w:i w:val="0"/>
          <w:sz w:val="20"/>
        </w:rPr>
        <w:t>भिसा शुल्क पठाउन सकिनेछ ।</w:t>
      </w:r>
    </w:p>
    <w:p>
      <w:pPr>
        <w:spacing w:after="62" w:line="259" w:lineRule="auto"/>
      </w:pPr>
      <w:r>
        <w:rPr>
          <w:rFonts w:ascii="Noto Sans" w:hAnsi="Noto Sans" w:cs="Noto Sans Devanagari" w:eastAsia="Noto Sans Devanagari"/>
          <w:b w:val="0"/>
          <w:i w:val="0"/>
          <w:sz w:val="20"/>
        </w:rPr>
        <w:t>यस्तो सटहीको विवरण महिना समाप्त भएको १५ दिन भित्र अनिवार्य रुपमा यस विभागलाई उपलव्ध</w:t>
      </w:r>
    </w:p>
    <w:p>
      <w:pPr>
        <w:spacing w:after="62" w:line="259" w:lineRule="auto"/>
      </w:pPr>
      <w:r>
        <w:rPr>
          <w:rFonts w:ascii="Noto Sans" w:hAnsi="Noto Sans" w:cs="Noto Sans Devanagari" w:eastAsia="Noto Sans Devanagari"/>
          <w:b w:val="0"/>
          <w:i w:val="0"/>
          <w:sz w:val="20"/>
        </w:rPr>
        <w:t>गराउनु पर्नेछ ।</w:t>
      </w:r>
    </w:p>
    <w:p>
      <w:pPr>
        <w:spacing w:after="62" w:line="259" w:lineRule="auto"/>
        <w:ind w:left="115"/>
      </w:pPr>
      <w:r>
        <w:rPr>
          <w:rFonts w:ascii="Noto Sans" w:hAnsi="Noto Sans" w:cs="Noto Sans Devanagari" w:eastAsia="Noto Sans Devanagari"/>
          <w:b w:val="0"/>
          <w:i w:val="0"/>
          <w:sz w:val="20"/>
        </w:rPr>
        <w:t>ख) eVisa प्रणालीबाट भिसा आवेदन लिने व्यवस्था गरेका मुलुकले सो कार्य गर्न नेपालस्थित अन्य</w:t>
      </w:r>
    </w:p>
    <w:p>
      <w:pPr>
        <w:spacing w:after="62" w:line="259" w:lineRule="auto"/>
      </w:pPr>
      <w:r>
        <w:rPr>
          <w:rFonts w:ascii="Noto Sans" w:hAnsi="Noto Sans" w:cs="Noto Sans Devanagari" w:eastAsia="Noto Sans Devanagari"/>
          <w:b w:val="0"/>
          <w:i w:val="0"/>
          <w:sz w:val="20"/>
        </w:rPr>
        <w:t>संस्थालाई तोकेमा देहायबमोजिमका शर्तहरु पालना हुने गरी त्यस्ता तोकिएका संस्थाहरुमार्फत्् भिसा</w:t>
      </w:r>
    </w:p>
    <w:p>
      <w:pPr>
        <w:spacing w:after="62" w:line="259" w:lineRule="auto"/>
      </w:pPr>
      <w:r>
        <w:rPr>
          <w:rFonts w:ascii="Noto Sans" w:hAnsi="Noto Sans" w:cs="Noto Sans Devanagari" w:eastAsia="Noto Sans Devanagari"/>
          <w:b w:val="0"/>
          <w:i w:val="0"/>
          <w:sz w:val="20"/>
        </w:rPr>
        <w:t>बापत संकलित रकमको लागि बैंक तथा वित्तीय संस्थाबाट जारी विद्युतीय/डिजिटल कार्डमार्फत्</w:t>
      </w:r>
    </w:p>
    <w:p>
      <w:pPr>
        <w:spacing w:after="62" w:line="259" w:lineRule="auto"/>
      </w:pPr>
      <w:r>
        <w:rPr>
          <w:rFonts w:ascii="Noto Sans" w:hAnsi="Noto Sans" w:cs="Noto Sans Devanagari" w:eastAsia="Noto Sans Devanagari"/>
          <w:b w:val="0"/>
          <w:i w:val="0"/>
          <w:sz w:val="20"/>
        </w:rPr>
        <w:t>सटही सुविधा प्रदान गर्न सकिने छ ः</w:t>
      </w:r>
    </w:p>
    <w:p>
      <w:pPr>
        <w:spacing w:after="62" w:line="259" w:lineRule="auto"/>
      </w:pPr>
      <w:r>
        <w:rPr>
          <w:rFonts w:ascii="Noto Sans" w:hAnsi="Noto Sans" w:cs="Noto Sans Devanagari" w:eastAsia="Noto Sans Devanagari"/>
          <w:b w:val="0"/>
          <w:i w:val="0"/>
          <w:sz w:val="20"/>
        </w:rPr>
        <w:t>(१) भिसा शुल्कबापत संकलित रकम त्यस्तो कार्डबाट भुक्तानी हुने गरी सिधै विदेशी मुलुकका सरकारी</w:t>
      </w:r>
    </w:p>
    <w:p>
      <w:pPr>
        <w:spacing w:after="62" w:line="259" w:lineRule="auto"/>
      </w:pPr>
      <w:r>
        <w:rPr>
          <w:rFonts w:ascii="Noto Sans" w:hAnsi="Noto Sans" w:cs="Noto Sans Devanagari" w:eastAsia="Noto Sans Devanagari"/>
          <w:b w:val="0"/>
          <w:i w:val="0"/>
          <w:sz w:val="20"/>
        </w:rPr>
        <w:t>निकायको तोकिएको परिवर्त्य विदेशी मुद्राको खाता वा सम्बन्धित देशको नेपालस्थित</w:t>
      </w:r>
    </w:p>
    <w:p>
      <w:pPr>
        <w:spacing w:after="62" w:line="259" w:lineRule="auto"/>
      </w:pPr>
      <w:r>
        <w:rPr>
          <w:rFonts w:ascii="Noto Sans" w:hAnsi="Noto Sans" w:cs="Noto Sans Devanagari" w:eastAsia="Noto Sans Devanagari"/>
          <w:b w:val="0"/>
          <w:i w:val="0"/>
          <w:sz w:val="20"/>
        </w:rPr>
        <w:t>दूतावास/नियोगको तोकिएको परिवर्त्य विदेशी मुद्राको खातामा मात्र जम्मा हुनु पर्नेछ । सोका</w:t>
      </w:r>
    </w:p>
    <w:p>
      <w:pPr>
        <w:spacing w:after="62" w:line="259" w:lineRule="auto"/>
      </w:pPr>
      <w:r>
        <w:rPr>
          <w:rFonts w:ascii="Noto Sans" w:hAnsi="Noto Sans" w:cs="Noto Sans Devanagari" w:eastAsia="Noto Sans Devanagari"/>
          <w:b w:val="0"/>
          <w:i w:val="0"/>
          <w:sz w:val="20"/>
        </w:rPr>
        <w:t>लागि उल्लिखित भुक्तानीको व्यवस्था स्पष्टरुपमा खुल्ने सम्बन्धित मुलुक वा नेपालस्थित</w:t>
      </w:r>
    </w:p>
    <w:p>
      <w:pPr>
        <w:spacing w:after="62" w:line="259" w:lineRule="auto"/>
      </w:pPr>
      <w:r>
        <w:rPr>
          <w:rFonts w:ascii="Noto Sans" w:hAnsi="Noto Sans" w:cs="Noto Sans Devanagari" w:eastAsia="Noto Sans Devanagari"/>
          <w:b w:val="0"/>
          <w:i w:val="0"/>
          <w:sz w:val="20"/>
        </w:rPr>
        <w:t>दूतावास/नियोगको पत्र समेत आवश्यक पर्नेछ ।</w:t>
      </w:r>
    </w:p>
    <w:p>
      <w:pPr>
        <w:spacing w:after="62" w:line="259" w:lineRule="auto"/>
      </w:pPr>
      <w:r>
        <w:rPr>
          <w:rFonts w:ascii="Noto Sans" w:hAnsi="Noto Sans" w:cs="Noto Sans Devanagari" w:eastAsia="Noto Sans Devanagari"/>
          <w:b w:val="0"/>
          <w:i w:val="0"/>
          <w:sz w:val="20"/>
        </w:rPr>
        <w:t>(२) यस्तो कार्डबाट अन्य कुनै पनि प्रयोजनका लागि भुक्तानी नहुने व्यवस्था गर्नु पर्नेछ ।</w:t>
      </w:r>
    </w:p>
    <w:p>
      <w:pPr>
        <w:spacing w:after="62" w:line="259" w:lineRule="auto"/>
      </w:pPr>
      <w:r>
        <w:rPr>
          <w:rFonts w:ascii="Noto Sans" w:hAnsi="Noto Sans" w:cs="Noto Sans Devanagari" w:eastAsia="Noto Sans Devanagari"/>
          <w:b w:val="0"/>
          <w:i w:val="0"/>
          <w:sz w:val="20"/>
        </w:rPr>
        <w:t>(३) यस्तो कार्डको म्याद eVisa Processing सम्बन्धी कार्य गर्नको लागि तोकिएको अवधिभन्दा बढी</w:t>
      </w:r>
    </w:p>
    <w:p>
      <w:pPr>
        <w:spacing w:after="62" w:line="259" w:lineRule="auto"/>
      </w:pPr>
      <w:r>
        <w:rPr>
          <w:rFonts w:ascii="Noto Sans" w:hAnsi="Noto Sans" w:cs="Noto Sans Devanagari" w:eastAsia="Noto Sans Devanagari"/>
          <w:b w:val="0"/>
          <w:i w:val="0"/>
          <w:sz w:val="20"/>
        </w:rPr>
        <w:t>नहुने व्यवस्था गर्नु पर्नेछ ।</w:t>
      </w:r>
    </w:p>
    <w:p>
      <w:pPr>
        <w:spacing w:after="62" w:line="259" w:lineRule="auto"/>
      </w:pPr>
      <w:r>
        <w:rPr>
          <w:rFonts w:ascii="Noto Sans" w:hAnsi="Noto Sans" w:cs="Noto Sans Devanagari" w:eastAsia="Noto Sans Devanagari"/>
          <w:b w:val="0"/>
          <w:i w:val="0"/>
          <w:sz w:val="20"/>
        </w:rPr>
        <w:t>(४) यस्तो कार्डबाट एकै पटक वा पटक–पटक गरी भुक्तानी हुन सक्नेछ र यस एकीकृत परिपत्र–</w:t>
      </w:r>
    </w:p>
    <w:p>
      <w:pPr>
        <w:spacing w:after="62" w:line="259" w:lineRule="auto"/>
      </w:pPr>
      <w:r>
        <w:rPr>
          <w:rFonts w:ascii="Noto Sans" w:hAnsi="Noto Sans" w:cs="Noto Sans Devanagari" w:eastAsia="Noto Sans Devanagari"/>
          <w:b w:val="0"/>
          <w:i w:val="0"/>
          <w:sz w:val="20"/>
        </w:rPr>
        <w:t>२०८२ मा अन्यत्र उल्लिखित कुनै पनि रकम भुक्तानीसम्बन्धी सीमा लागू हुने छैन ।</w:t>
      </w:r>
    </w:p>
    <w:p>
      <w:pPr>
        <w:spacing w:after="62" w:line="259" w:lineRule="auto"/>
      </w:pPr>
      <w:r>
        <w:rPr>
          <w:rFonts w:ascii="Noto Sans" w:hAnsi="Noto Sans" w:cs="Noto Sans Devanagari" w:eastAsia="Noto Sans Devanagari"/>
          <w:b w:val="0"/>
          <w:i w:val="0"/>
          <w:sz w:val="20"/>
        </w:rPr>
        <w:t>(५) कार्ड जारी गन र् Link गरिएको ने.रु. खाताको मौज्दात र कार्डबाट भुक्तानी भएको रकमको</w:t>
      </w:r>
    </w:p>
    <w:p>
      <w:pPr>
        <w:spacing w:after="62" w:line="259" w:lineRule="auto"/>
      </w:pPr>
      <w:r>
        <w:rPr>
          <w:rFonts w:ascii="Noto Sans" w:hAnsi="Noto Sans" w:cs="Noto Sans Devanagari" w:eastAsia="Noto Sans Devanagari"/>
          <w:b w:val="0"/>
          <w:i w:val="0"/>
          <w:sz w:val="20"/>
        </w:rPr>
        <w:t>विवरण दैनिक रुपमा हिसाब मिलान हुनु पर्नेछ ।</w:t>
      </w:r>
    </w:p>
    <w:p>
      <w:pPr>
        <w:spacing w:after="62" w:line="259" w:lineRule="auto"/>
      </w:pPr>
      <w:r>
        <w:rPr>
          <w:rFonts w:ascii="Noto Sans" w:hAnsi="Noto Sans" w:cs="Noto Sans Devanagari" w:eastAsia="Noto Sans Devanagari"/>
          <w:b w:val="0"/>
          <w:i w:val="0"/>
          <w:sz w:val="20"/>
        </w:rPr>
        <w:t>(६) वैदेशिक रोजगारीमा जाने नेपालीहरुका े eVisa Processing को भिसा शुल्क भुक्तानी गर्दा नेपाल</w:t>
      </w:r>
    </w:p>
    <w:p>
      <w:pPr>
        <w:spacing w:after="62" w:line="259" w:lineRule="auto"/>
      </w:pPr>
      <w:r>
        <w:rPr>
          <w:rFonts w:ascii="Noto Sans" w:hAnsi="Noto Sans" w:cs="Noto Sans Devanagari" w:eastAsia="Noto Sans Devanagari"/>
          <w:b w:val="0"/>
          <w:i w:val="0"/>
          <w:sz w:val="20"/>
        </w:rPr>
        <w:t>सरकार र सम्बन्धित देशबीच भएको सम्झौतामा उल्लिखित भिसासम्बन्धी सम्पूर्ण व्यवस्थाहरुको</w:t>
      </w:r>
    </w:p>
    <w:p>
      <w:pPr>
        <w:spacing w:after="62" w:line="259" w:lineRule="auto"/>
      </w:pPr>
      <w:r>
        <w:rPr>
          <w:rFonts w:ascii="Noto Sans" w:hAnsi="Noto Sans" w:cs="Noto Sans Devanagari" w:eastAsia="Noto Sans Devanagari"/>
          <w:b w:val="0"/>
          <w:i w:val="0"/>
          <w:sz w:val="20"/>
        </w:rPr>
        <w:t>पालना हुनु पर्नेछ ।</w:t>
      </w:r>
    </w:p>
    <w:p>
      <w:pPr>
        <w:spacing w:after="62" w:line="259" w:lineRule="auto"/>
        <w:ind w:left="115"/>
      </w:pPr>
      <w:r>
        <w:rPr>
          <w:rFonts w:ascii="Noto Sans" w:hAnsi="Noto Sans" w:cs="Noto Sans Devanagari" w:eastAsia="Noto Sans Devanagari"/>
          <w:b w:val="0"/>
          <w:i w:val="0"/>
          <w:sz w:val="20"/>
        </w:rPr>
        <w:t>ग) eVisa प्रणाली अन्तर्गत भिसा आवेदक नेपालील े eVisa प्रणालीमा तोकिए बमोजिम शुल्क भुक्तानी</w:t>
      </w:r>
    </w:p>
    <w:p>
      <w:pPr>
        <w:spacing w:after="62" w:line="259" w:lineRule="auto"/>
      </w:pPr>
      <w:r>
        <w:rPr>
          <w:rFonts w:ascii="Noto Sans" w:hAnsi="Noto Sans" w:cs="Noto Sans Devanagari" w:eastAsia="Noto Sans Devanagari"/>
          <w:b w:val="0"/>
          <w:i w:val="0"/>
          <w:sz w:val="20"/>
        </w:rPr>
        <w:t>(आफ्नो एकाघर परिवार सदस्यको लागि समेत) आफ्नो नाममा एकीकृत इ.प्रा. परिपत्र ७/२०८२ र</w:t>
      </w:r>
    </w:p>
    <w:p>
      <w:pPr>
        <w:spacing w:after="62" w:line="259" w:lineRule="auto"/>
      </w:pPr>
      <w:r>
        <w:rPr>
          <w:rFonts w:ascii="Noto Sans" w:hAnsi="Noto Sans" w:cs="Noto Sans Devanagari" w:eastAsia="Noto Sans Devanagari"/>
          <w:b w:val="0"/>
          <w:i w:val="0"/>
          <w:sz w:val="20"/>
        </w:rPr>
        <w:t>१४/२०८२ बमोजिम जारी भएका परिवर्त्य विदेशी मुद्राको विद्युतीय कार्ड (प्रिपेड, डेबिट, क्रेडिट,</w:t>
      </w:r>
    </w:p>
    <w:p>
      <w:pPr>
        <w:spacing w:after="62" w:line="259" w:lineRule="auto"/>
      </w:pPr>
      <w:r>
        <w:rPr>
          <w:rFonts w:ascii="Noto Sans" w:hAnsi="Noto Sans" w:cs="Noto Sans Devanagari" w:eastAsia="Noto Sans Devanagari"/>
          <w:b w:val="0"/>
          <w:i w:val="0"/>
          <w:sz w:val="20"/>
        </w:rPr>
        <w:t>अमेरिकी डलर ५०० को प्रिपेड कार्ड) बाट गर्न चाहेमा समेत भुक्तानी गर्न सकिने व्यवस्था मिलाउनु</w:t>
      </w:r>
    </w:p>
    <w:p>
      <w:pPr>
        <w:spacing w:after="62" w:line="259" w:lineRule="auto"/>
      </w:pPr>
      <w:r>
        <w:rPr>
          <w:rFonts w:ascii="Noto Sans" w:hAnsi="Noto Sans" w:cs="Noto Sans Devanagari" w:eastAsia="Noto Sans Devanagari"/>
          <w:b w:val="0"/>
          <w:i w:val="0"/>
          <w:sz w:val="20"/>
        </w:rPr>
        <w:t>पर्नेछ । यस व्यवस्था अन्तर्गतको भुक्तानीमा भने सम्बन्धित कार्डका लागि तोकिएको रकम खर्च गर्ने</w:t>
      </w:r>
    </w:p>
    <w:p>
      <w:pPr>
        <w:spacing w:after="62" w:line="259" w:lineRule="auto"/>
      </w:pPr>
      <w:r>
        <w:rPr>
          <w:rFonts w:ascii="Noto Sans" w:hAnsi="Noto Sans" w:cs="Noto Sans Devanagari" w:eastAsia="Noto Sans Devanagari"/>
          <w:b w:val="0"/>
          <w:i w:val="0"/>
          <w:sz w:val="20"/>
        </w:rPr>
        <w:t>सीमा लागू हुनेछ ।</w:t>
      </w:r>
    </w:p>
    <w:p>
      <w:pPr>
        <w:spacing w:after="62" w:line="259" w:lineRule="auto"/>
        <w:ind w:left="115"/>
      </w:pPr>
      <w:r>
        <w:rPr>
          <w:rFonts w:ascii="Noto Sans" w:hAnsi="Noto Sans" w:cs="Noto Sans Devanagari" w:eastAsia="Noto Sans Devanagari"/>
          <w:b w:val="0"/>
          <w:i w:val="0"/>
          <w:sz w:val="20"/>
        </w:rPr>
        <w:t>५. निर्यातकर्ताहरूलाई शाखा/सम्पर्क/प्रदर्शन कक्ष जस्ता कार्यालयको लागि सटही सुविधा उपलव्ध गराउने</w:t>
      </w:r>
    </w:p>
    <w:p>
      <w:pPr>
        <w:spacing w:after="62" w:line="259" w:lineRule="auto"/>
      </w:pPr>
      <w:r>
        <w:rPr>
          <w:rFonts w:ascii="Noto Sans" w:hAnsi="Noto Sans" w:cs="Noto Sans Devanagari" w:eastAsia="Noto Sans Devanagari"/>
          <w:b w:val="0"/>
          <w:i w:val="0"/>
          <w:sz w:val="20"/>
        </w:rPr>
        <w:t>सम्बन्धी व्यवस्था</w:t>
      </w:r>
    </w:p>
    <w:p>
      <w:pPr>
        <w:spacing w:after="62" w:line="259" w:lineRule="auto"/>
      </w:pPr>
      <w:r>
        <w:rPr>
          <w:rFonts w:ascii="Noto Sans" w:hAnsi="Noto Sans" w:cs="Noto Sans Devanagari" w:eastAsia="Noto Sans Devanagari"/>
          <w:b w:val="0"/>
          <w:i w:val="0"/>
          <w:sz w:val="20"/>
        </w:rPr>
        <w:t>निर्यात व्यवसायीले निर्यात प्रवर्द्धनको लागि विदेशमा शाखा/सम्पर्क/प्रदर्शन कक्ष जस्ता कार्यालय खोल्ने तथा</w:t>
      </w:r>
    </w:p>
    <w:p>
      <w:pPr>
        <w:spacing w:after="62" w:line="259" w:lineRule="auto"/>
      </w:pPr>
      <w:r>
        <w:rPr>
          <w:rFonts w:ascii="Noto Sans" w:hAnsi="Noto Sans" w:cs="Noto Sans Devanagari" w:eastAsia="Noto Sans Devanagari"/>
          <w:b w:val="0"/>
          <w:i w:val="0"/>
          <w:sz w:val="20"/>
        </w:rPr>
        <w:t>बिक्रीबाट उठेको रकम जम्मा गर्ने प्रयोजनका लागि विदेशमा खाता खोल्न चाहेमा सम्बन्धित नियमनकारी</w:t>
      </w:r>
    </w:p>
    <w:p>
      <w:pPr>
        <w:spacing w:after="62" w:line="259" w:lineRule="auto"/>
      </w:pPr>
      <w:r>
        <w:rPr>
          <w:rFonts w:ascii="Noto Sans" w:hAnsi="Noto Sans" w:cs="Noto Sans Devanagari" w:eastAsia="Noto Sans Devanagari"/>
          <w:b w:val="0"/>
          <w:i w:val="0"/>
          <w:sz w:val="20"/>
        </w:rPr>
        <w:t>निकायको सिफारिसमा देहाय बमोजिमको व्यवस्था तथा शर्तको अधीनमा रही यस बैंकको पूर्व स्वीकृतिमा</w:t>
      </w:r>
    </w:p>
    <w:p>
      <w:pPr>
        <w:spacing w:after="62" w:line="259" w:lineRule="auto"/>
      </w:pPr>
      <w:r>
        <w:rPr>
          <w:rFonts w:ascii="Noto Sans" w:hAnsi="Noto Sans" w:cs="Noto Sans Devanagari" w:eastAsia="Noto Sans Devanagari"/>
          <w:b w:val="0"/>
          <w:i w:val="0"/>
          <w:sz w:val="20"/>
        </w:rPr>
        <w:t>सोको लागि आवश्यक विदेशी मुद्राको सटही सुविधा उपलव्ध हुने व्यवस्था गरिएको छ ।</w:t>
      </w:r>
    </w:p>
    <w:p>
      <w:pPr>
        <w:spacing w:after="62" w:line="259" w:lineRule="auto"/>
        <w:ind w:left="115"/>
      </w:pPr>
      <w:r>
        <w:rPr>
          <w:rFonts w:ascii="Noto Sans" w:hAnsi="Noto Sans" w:cs="Noto Sans Devanagari" w:eastAsia="Noto Sans Devanagari"/>
          <w:b w:val="0"/>
          <w:i w:val="0"/>
          <w:sz w:val="20"/>
        </w:rPr>
        <w:t>(क) निवेदक निर्यात व्यवसायमा संलग्न हुदै आइरहेको वा निर्यात गर्ने ठोस योजना भएको वा पर्यटन</w:t>
      </w:r>
    </w:p>
    <w:p>
      <w:pPr>
        <w:spacing w:after="62" w:line="259" w:lineRule="auto"/>
      </w:pPr>
      <w:r>
        <w:rPr>
          <w:rFonts w:ascii="Noto Sans" w:hAnsi="Noto Sans" w:cs="Noto Sans Devanagari" w:eastAsia="Noto Sans Devanagari"/>
          <w:b w:val="0"/>
          <w:i w:val="0"/>
          <w:sz w:val="20"/>
        </w:rPr>
        <w:t>व्यवसाय वा सेवा निर्यात सम्बन्धी व्यवसायमा संलग्न रहेको निकाय हुनुपर्ने छ ।</w:t>
      </w:r>
    </w:p>
    <w:p>
      <w:pPr>
        <w:spacing w:after="62" w:line="259" w:lineRule="auto"/>
        <w:ind w:left="115"/>
      </w:pPr>
      <w:r>
        <w:rPr>
          <w:rFonts w:ascii="Noto Sans" w:hAnsi="Noto Sans" w:cs="Noto Sans Devanagari" w:eastAsia="Noto Sans Devanagari"/>
          <w:b w:val="0"/>
          <w:i w:val="0"/>
          <w:sz w:val="20"/>
        </w:rPr>
        <w:t>(ख) विदेशमा यसरी शाखा/सम्पर्क/प्रदर्शन कक्षजस्ता कार्यालय स्थापना गर्दा सम्बन्धित मुलुकको</w:t>
      </w:r>
    </w:p>
    <w:p>
      <w:pPr>
        <w:spacing w:after="62" w:line="259" w:lineRule="auto"/>
      </w:pPr>
      <w:r>
        <w:rPr>
          <w:rFonts w:ascii="Noto Sans" w:hAnsi="Noto Sans" w:cs="Noto Sans Devanagari" w:eastAsia="Noto Sans Devanagari"/>
          <w:b w:val="0"/>
          <w:i w:val="0"/>
          <w:sz w:val="20"/>
        </w:rPr>
        <w:t>प्रचलित कानुनको पालना गर्नु पर्नेछ ।</w:t>
      </w:r>
    </w:p>
    <w:p>
      <w:pPr>
        <w:spacing w:after="62" w:line="259" w:lineRule="auto"/>
        <w:ind w:left="115"/>
      </w:pPr>
      <w:r>
        <w:rPr>
          <w:rFonts w:ascii="Noto Sans" w:hAnsi="Noto Sans" w:cs="Noto Sans Devanagari" w:eastAsia="Noto Sans Devanagari"/>
          <w:b w:val="0"/>
          <w:i w:val="0"/>
          <w:sz w:val="20"/>
        </w:rPr>
        <w:t>(ग) यो व्यवस्था अन्तर्गतको सटही सुविधा विदेशमा शाखा/सम्पर्क/प्रदर्शन कक्षजस्ता कार्यालय खोल्ने</w:t>
      </w:r>
    </w:p>
    <w:p>
      <w:pPr>
        <w:spacing w:after="62" w:line="259" w:lineRule="auto"/>
      </w:pPr>
      <w:r>
        <w:rPr>
          <w:rFonts w:ascii="Noto Sans" w:hAnsi="Noto Sans" w:cs="Noto Sans Devanagari" w:eastAsia="Noto Sans Devanagari"/>
          <w:b w:val="0"/>
          <w:i w:val="0"/>
          <w:sz w:val="20"/>
        </w:rPr>
        <w:t>तथा सोको सञ्चालन/व्यवस्थापनका लागि मात्र उपलव्ध हुनेछ ।</w:t>
      </w:r>
    </w:p>
    <w:p>
      <w:pPr>
        <w:spacing w:after="62" w:line="259" w:lineRule="auto"/>
        <w:ind w:left="115"/>
      </w:pPr>
      <w:r>
        <w:rPr>
          <w:rFonts w:ascii="Noto Sans" w:hAnsi="Noto Sans" w:cs="Noto Sans Devanagari" w:eastAsia="Noto Sans Devanagari"/>
          <w:b w:val="0"/>
          <w:i w:val="0"/>
          <w:sz w:val="20"/>
        </w:rPr>
        <w:t>(घ) सटही माग गर्दा सालवसाली गर्नु पर्ने खर्च र शुरुमा संस्थापनाको लागि के कति रकम आवश्यक</w:t>
      </w:r>
    </w:p>
    <w:p>
      <w:pPr>
        <w:spacing w:after="62" w:line="259" w:lineRule="auto"/>
      </w:pPr>
      <w:r>
        <w:rPr>
          <w:rFonts w:ascii="Noto Sans" w:hAnsi="Noto Sans" w:cs="Noto Sans Devanagari" w:eastAsia="Noto Sans Devanagari"/>
          <w:b w:val="0"/>
          <w:i w:val="0"/>
          <w:sz w:val="20"/>
        </w:rPr>
        <w:t>पर्ने हो, सोको विस्तृत विवरण संलग्न गर्नु पर्नेछ । यस्तो विवरण पेश गर्दा नयाँ व्यवसायको हकमा</w:t>
      </w:r>
    </w:p>
    <w:p>
      <w:pPr>
        <w:spacing w:after="62" w:line="259" w:lineRule="auto"/>
      </w:pPr>
      <w:r>
        <w:rPr>
          <w:rFonts w:ascii="Noto Sans" w:hAnsi="Noto Sans" w:cs="Noto Sans Devanagari" w:eastAsia="Noto Sans Devanagari"/>
          <w:b w:val="0"/>
          <w:i w:val="0"/>
          <w:sz w:val="20"/>
        </w:rPr>
        <w:t>आगामी ३ (तीन) वर्षको र सञ्चालनमा रही रहेको व्यवसायको हकमा बिगत ३ (तीन) वर्षको यथार्थ</w:t>
      </w:r>
    </w:p>
    <w:p>
      <w:pPr>
        <w:spacing w:after="62" w:line="259" w:lineRule="auto"/>
      </w:pPr>
      <w:r>
        <w:rPr>
          <w:rFonts w:ascii="Noto Sans" w:hAnsi="Noto Sans" w:cs="Noto Sans Devanagari" w:eastAsia="Noto Sans Devanagari"/>
          <w:b w:val="0"/>
          <w:i w:val="0"/>
          <w:sz w:val="20"/>
        </w:rPr>
        <w:t>र आगामी ३ (तीन) वर्षको अनुमानित कारोबारको विवरण पेश गर्नु पर्नेछ ।</w:t>
      </w:r>
    </w:p>
    <w:p>
      <w:pPr>
        <w:spacing w:after="62" w:line="259" w:lineRule="auto"/>
        <w:ind w:left="115"/>
      </w:pPr>
      <w:r>
        <w:rPr>
          <w:rFonts w:ascii="Noto Sans" w:hAnsi="Noto Sans" w:cs="Noto Sans Devanagari" w:eastAsia="Noto Sans Devanagari"/>
          <w:b w:val="0"/>
          <w:i w:val="0"/>
          <w:sz w:val="20"/>
        </w:rPr>
        <w:t>(ङ) सम्बन्धित निर्यातकर्ताहरूले सम्बन्धित मुलुकमा बिक्रीबाट उठेको रकम सोही मुलुकमा खाता खोली</w:t>
      </w:r>
    </w:p>
    <w:p>
      <w:pPr>
        <w:spacing w:after="62" w:line="259" w:lineRule="auto"/>
      </w:pPr>
      <w:r>
        <w:rPr>
          <w:rFonts w:ascii="Noto Sans" w:hAnsi="Noto Sans" w:cs="Noto Sans Devanagari" w:eastAsia="Noto Sans Devanagari"/>
          <w:b w:val="0"/>
          <w:i w:val="0"/>
          <w:sz w:val="20"/>
        </w:rPr>
        <w:t>जम्मा गर्न सक्ने छन् र यस्तो खाता सञ्चालन सम्बन्धमा यस बैंकबाट समय समयमा जारी भएको</w:t>
      </w:r>
    </w:p>
    <w:p>
      <w:pPr>
        <w:spacing w:after="62" w:line="259" w:lineRule="auto"/>
      </w:pPr>
      <w:r>
        <w:rPr>
          <w:rFonts w:ascii="Noto Sans" w:hAnsi="Noto Sans" w:cs="Noto Sans Devanagari" w:eastAsia="Noto Sans Devanagari"/>
          <w:b w:val="0"/>
          <w:i w:val="0"/>
          <w:sz w:val="20"/>
        </w:rPr>
        <w:t>परिपत्रमा उल्लिखित व्यवस्थाहरूको पालना गर्नु पर्नेछ । यसरी बिक्रीबाट प्राप्त विदेशी मुद्रा प्रत्येक</w:t>
      </w:r>
    </w:p>
    <w:p>
      <w:pPr>
        <w:spacing w:after="62" w:line="259" w:lineRule="auto"/>
      </w:pPr>
      <w:r>
        <w:rPr>
          <w:rFonts w:ascii="Noto Sans" w:hAnsi="Noto Sans" w:cs="Noto Sans Devanagari" w:eastAsia="Noto Sans Devanagari"/>
          <w:b w:val="0"/>
          <w:i w:val="0"/>
          <w:sz w:val="20"/>
        </w:rPr>
        <w:t>३ (तीन) महिनामा बैंकिङ पद्धतिमार्फत् नेपालमा पठाउनु पर्नेछ ।</w:t>
      </w:r>
    </w:p>
    <w:p>
      <w:pPr>
        <w:spacing w:after="62" w:line="259" w:lineRule="auto"/>
        <w:ind w:left="115"/>
      </w:pPr>
      <w:r>
        <w:rPr>
          <w:rFonts w:ascii="Noto Sans" w:hAnsi="Noto Sans" w:cs="Noto Sans Devanagari" w:eastAsia="Noto Sans Devanagari"/>
          <w:b w:val="0"/>
          <w:i w:val="0"/>
          <w:sz w:val="20"/>
        </w:rPr>
        <w:t>(च) बिक्री तथा प्रदर्शन कक्ष खोल्ने निर्यातकर्ताहरूको हकमा नेपालबाट प्रचलित कार्यविधि पूरा गरी</w:t>
      </w:r>
    </w:p>
    <w:p>
      <w:pPr>
        <w:spacing w:after="62" w:line="259" w:lineRule="auto"/>
      </w:pPr>
      <w:r>
        <w:rPr>
          <w:rFonts w:ascii="Noto Sans" w:hAnsi="Noto Sans" w:cs="Noto Sans Devanagari" w:eastAsia="Noto Sans Devanagari"/>
          <w:b w:val="0"/>
          <w:i w:val="0"/>
          <w:sz w:val="20"/>
        </w:rPr>
        <w:t>लगेको सामान र ती सामानहरूको बिक्रीबाट उठेको रकमहरूको हिसाव प्रत्येक ६ महिनामा यस</w:t>
      </w:r>
    </w:p>
    <w:p>
      <w:pPr>
        <w:spacing w:after="62" w:line="259" w:lineRule="auto"/>
      </w:pPr>
      <w:r>
        <w:rPr>
          <w:rFonts w:ascii="Noto Sans" w:hAnsi="Noto Sans" w:cs="Noto Sans Devanagari" w:eastAsia="Noto Sans Devanagari"/>
          <w:b w:val="0"/>
          <w:i w:val="0"/>
          <w:sz w:val="20"/>
        </w:rPr>
        <w:t>विभाग र सम्बन्धित नियमनकारी निकायहरूलाई दिनु पर्नेछ ।</w:t>
      </w:r>
    </w:p>
    <w:p>
      <w:pPr>
        <w:spacing w:after="62" w:line="259" w:lineRule="auto"/>
        <w:ind w:left="115"/>
      </w:pPr>
      <w:r>
        <w:rPr>
          <w:rFonts w:ascii="Noto Sans" w:hAnsi="Noto Sans" w:cs="Noto Sans Devanagari" w:eastAsia="Noto Sans Devanagari"/>
          <w:b w:val="0"/>
          <w:i w:val="0"/>
          <w:sz w:val="20"/>
        </w:rPr>
        <w:t>(छ) यसरी खोलिएको सम्पर्क कार्यालय र बिक्री तथा प्रदर्शन कक्षबाट प्राप्त फाइदा एवम् लागत सम्बन्धी</w:t>
      </w:r>
    </w:p>
    <w:p>
      <w:pPr>
        <w:spacing w:after="62" w:line="259" w:lineRule="auto"/>
      </w:pPr>
      <w:r>
        <w:rPr>
          <w:rFonts w:ascii="Noto Sans" w:hAnsi="Noto Sans" w:cs="Noto Sans Devanagari" w:eastAsia="Noto Sans Devanagari"/>
          <w:b w:val="0"/>
          <w:i w:val="0"/>
          <w:sz w:val="20"/>
        </w:rPr>
        <w:t>विवरण प्रत्येक आर्थिक वर्ष समाप्त भएको बढीमा ३ महिनाभित्र लेखापरीक्षकबाट प्रमाणित गराई</w:t>
      </w:r>
    </w:p>
    <w:p>
      <w:pPr>
        <w:spacing w:after="62" w:line="259" w:lineRule="auto"/>
      </w:pPr>
      <w:r>
        <w:rPr>
          <w:rFonts w:ascii="Noto Sans" w:hAnsi="Noto Sans" w:cs="Noto Sans Devanagari" w:eastAsia="Noto Sans Devanagari"/>
          <w:b w:val="0"/>
          <w:i w:val="0"/>
          <w:sz w:val="20"/>
        </w:rPr>
        <w:t>यस विभागमा पेश गर्नु पर्नेछ ।</w:t>
      </w:r>
    </w:p>
    <w:p>
      <w:pPr>
        <w:spacing w:after="62" w:line="259" w:lineRule="auto"/>
        <w:ind w:left="115"/>
      </w:pPr>
      <w:r>
        <w:rPr>
          <w:rFonts w:ascii="Noto Sans" w:hAnsi="Noto Sans" w:cs="Noto Sans Devanagari" w:eastAsia="Noto Sans Devanagari"/>
          <w:b w:val="0"/>
          <w:i w:val="0"/>
          <w:sz w:val="20"/>
        </w:rPr>
        <w:t>(ज) सम्बन्धित मुलुकको प्रवेशाज्ञा (भिसा) सम्बन्धी सम्पूर्ण कार्य सम्बन्धित उद्यमी/व्यवसायीले नै गर्नु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(झ) विदेशी मुद्रा आर्जन गरिरहेका निकायहरूको हकमा सालवसाली खर्च बापत माग भएको रकम</w:t>
      </w:r>
    </w:p>
    <w:p>
      <w:pPr>
        <w:spacing w:after="62" w:line="259" w:lineRule="auto"/>
      </w:pPr>
      <w:r>
        <w:rPr>
          <w:rFonts w:ascii="Noto Sans" w:hAnsi="Noto Sans" w:cs="Noto Sans Devanagari" w:eastAsia="Noto Sans Devanagari"/>
          <w:b w:val="0"/>
          <w:i w:val="0"/>
          <w:sz w:val="20"/>
        </w:rPr>
        <w:t>अघिल्लो आर्थिक वर्षको विदेशी मुद्रा आर्जनको बढीमा ५ (पाँच) प्रतिशतको सीमाभित्र रहनु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(ञ) विदेशी मुद्रा आर्जन गरिनसकेका निकायहरूको हकमा निजहरूले पेश गरेको अनुमानित कारोबार</w:t>
      </w:r>
    </w:p>
    <w:p>
      <w:pPr>
        <w:spacing w:after="62" w:line="259" w:lineRule="auto"/>
      </w:pPr>
      <w:r>
        <w:rPr>
          <w:rFonts w:ascii="Noto Sans" w:hAnsi="Noto Sans" w:cs="Noto Sans Devanagari" w:eastAsia="Noto Sans Devanagari"/>
          <w:b w:val="0"/>
          <w:i w:val="0"/>
          <w:sz w:val="20"/>
        </w:rPr>
        <w:t>विवरणको आधारमा पहिलो वर्षको लागि माथि खण्ड (झ) मा उल्लेख भए बमोजिमको सटही सुविधा</w:t>
      </w:r>
    </w:p>
    <w:p>
      <w:pPr>
        <w:spacing w:after="62" w:line="259" w:lineRule="auto"/>
      </w:pPr>
      <w:r>
        <w:rPr>
          <w:rFonts w:ascii="Noto Sans" w:hAnsi="Noto Sans" w:cs="Noto Sans Devanagari" w:eastAsia="Noto Sans Devanagari"/>
          <w:b w:val="0"/>
          <w:i w:val="0"/>
          <w:sz w:val="20"/>
        </w:rPr>
        <w:t>उपलव्ध गराउन सकिनेछ ।</w:t>
      </w:r>
    </w:p>
    <w:p>
      <w:pPr>
        <w:spacing w:after="62" w:line="259" w:lineRule="auto"/>
        <w:ind w:left="115"/>
      </w:pPr>
      <w:r>
        <w:rPr>
          <w:rFonts w:ascii="Noto Sans" w:hAnsi="Noto Sans" w:cs="Noto Sans Devanagari" w:eastAsia="Noto Sans Devanagari"/>
          <w:b w:val="0"/>
          <w:i w:val="0"/>
          <w:sz w:val="20"/>
        </w:rPr>
        <w:t>५क. सूचना प्रविधि लगायतका सेवा निर्यात गर्नेलाई उपलब्ध हुने विदेशी मुद्रा सुविधाः</w:t>
      </w:r>
    </w:p>
    <w:p>
      <w:pPr>
        <w:spacing w:after="62" w:line="259" w:lineRule="auto"/>
      </w:pPr>
      <w:r>
        <w:rPr>
          <w:rFonts w:ascii="Noto Sans" w:hAnsi="Noto Sans" w:cs="Noto Sans Devanagari" w:eastAsia="Noto Sans Devanagari"/>
          <w:b w:val="0"/>
          <w:i w:val="0"/>
          <w:sz w:val="20"/>
        </w:rPr>
        <w:t>सूचना प्रविधि लगायतका सेवा निर्यात गर्ने उद्योग/व्यवसायलाई विदेशमा सम्पर्क कार्यालय स्थापना गर्ने</w:t>
      </w:r>
    </w:p>
    <w:p>
      <w:pPr>
        <w:spacing w:after="62" w:line="259" w:lineRule="auto"/>
      </w:pPr>
      <w:r>
        <w:rPr>
          <w:rFonts w:ascii="Noto Sans" w:hAnsi="Noto Sans" w:cs="Noto Sans Devanagari" w:eastAsia="Noto Sans Devanagari"/>
          <w:b w:val="0"/>
          <w:i w:val="0"/>
          <w:sz w:val="20"/>
        </w:rPr>
        <w:t>प्रयोजनको लागि विदेशस्थित आफ्नै बैंक खातामा रकमान्तर गर्न वा सफ्टवेयर/प्रोग्राम/उपकरण खरिद गरी</w:t>
      </w:r>
    </w:p>
    <w:p>
      <w:pPr>
        <w:spacing w:after="62" w:line="259" w:lineRule="auto"/>
      </w:pPr>
      <w:r>
        <w:rPr>
          <w:rFonts w:ascii="Noto Sans" w:hAnsi="Noto Sans" w:cs="Noto Sans Devanagari" w:eastAsia="Noto Sans Devanagari"/>
          <w:b w:val="0"/>
          <w:i w:val="0"/>
          <w:sz w:val="20"/>
        </w:rPr>
        <w:t>विदेशमै जडान गर्न उद्योग/व्यवसायले अघिल्लो आर्थिक वर्ष आर्जन गरेको विदेशी मुद्राको १० प्रतिशतसम्मको</w:t>
      </w:r>
    </w:p>
    <w:p>
      <w:pPr>
        <w:spacing w:after="62" w:line="259" w:lineRule="auto"/>
      </w:pPr>
      <w:r>
        <w:rPr>
          <w:rFonts w:ascii="Noto Sans" w:hAnsi="Noto Sans" w:cs="Noto Sans Devanagari" w:eastAsia="Noto Sans Devanagari"/>
          <w:b w:val="0"/>
          <w:i w:val="0"/>
          <w:sz w:val="20"/>
        </w:rPr>
        <w:t>सीमामा रही देहायका शर्तहरुको आधारमा वाणिज्य बैंकमार्फत्् विदेशी मुद्राको सुविधा प्राप्त गर्न सकिनेछ ः</w:t>
      </w:r>
    </w:p>
    <w:p>
      <w:pPr>
        <w:spacing w:after="62" w:line="259" w:lineRule="auto"/>
      </w:pPr>
      <w:r>
        <w:rPr>
          <w:rFonts w:ascii="Noto Sans" w:hAnsi="Noto Sans" w:cs="Noto Sans Devanagari" w:eastAsia="Noto Sans Devanagari"/>
          <w:b w:val="0"/>
          <w:i w:val="0"/>
          <w:sz w:val="20"/>
        </w:rPr>
        <w:t>(१) अघिल्लो आर्थिक वर्ष सूचना प्रविधि लगायत सेवा निर्यात गरी आर्जन गरेको विदेशी मुद्रा खुल्ने</w:t>
      </w:r>
    </w:p>
    <w:p>
      <w:pPr>
        <w:spacing w:after="62" w:line="259" w:lineRule="auto"/>
      </w:pPr>
      <w:r>
        <w:rPr>
          <w:rFonts w:ascii="Noto Sans" w:hAnsi="Noto Sans" w:cs="Noto Sans Devanagari" w:eastAsia="Noto Sans Devanagari"/>
          <w:b w:val="0"/>
          <w:i w:val="0"/>
          <w:sz w:val="20"/>
        </w:rPr>
        <w:t>लेखापरीक्षण गरिएको वित्तीय विवरण र परिवर्त्य विदेशी मुद्राको बैंक खाताको विवरण । भारतमा</w:t>
      </w:r>
    </w:p>
    <w:p>
      <w:pPr>
        <w:spacing w:after="62" w:line="259" w:lineRule="auto"/>
      </w:pPr>
      <w:r>
        <w:rPr>
          <w:rFonts w:ascii="Noto Sans" w:hAnsi="Noto Sans" w:cs="Noto Sans Devanagari" w:eastAsia="Noto Sans Devanagari"/>
          <w:b w:val="0"/>
          <w:i w:val="0"/>
          <w:sz w:val="20"/>
        </w:rPr>
        <w:t>निर्यात गरी विदेशी मुद्रा आर्जन गर्ने निर्यातकर्ताको हकमा ने.रु. खाताको विवरण र सम्बन्धित बैंकले</w:t>
      </w:r>
    </w:p>
    <w:p>
      <w:pPr>
        <w:spacing w:after="62" w:line="259" w:lineRule="auto"/>
      </w:pPr>
      <w:r>
        <w:rPr>
          <w:rFonts w:ascii="Noto Sans" w:hAnsi="Noto Sans" w:cs="Noto Sans Devanagari" w:eastAsia="Noto Sans Devanagari"/>
          <w:b w:val="0"/>
          <w:i w:val="0"/>
          <w:sz w:val="20"/>
        </w:rPr>
        <w:t>जारी गरेको भा.रु. आर्जन सम्बन्धी प्रमाण ।</w:t>
      </w:r>
    </w:p>
    <w:p>
      <w:pPr>
        <w:spacing w:after="62" w:line="259" w:lineRule="auto"/>
      </w:pPr>
      <w:r>
        <w:rPr>
          <w:rFonts w:ascii="Noto Sans" w:hAnsi="Noto Sans" w:cs="Noto Sans Devanagari" w:eastAsia="Noto Sans Devanagari"/>
          <w:b w:val="0"/>
          <w:i w:val="0"/>
          <w:sz w:val="20"/>
        </w:rPr>
        <w:t>(२) विदेशी मुद्राको सुविधा माग गरिएको रकम समेत खुल्ने नेपाल सरकारको सम्बन्धित निकायको</w:t>
      </w:r>
    </w:p>
    <w:p>
      <w:pPr>
        <w:spacing w:after="62" w:line="259" w:lineRule="auto"/>
      </w:pPr>
      <w:r>
        <w:rPr>
          <w:rFonts w:ascii="Noto Sans" w:hAnsi="Noto Sans" w:cs="Noto Sans Devanagari" w:eastAsia="Noto Sans Devanagari"/>
          <w:b w:val="0"/>
          <w:i w:val="0"/>
          <w:sz w:val="20"/>
        </w:rPr>
        <w:t>सिफारिस ।</w:t>
      </w:r>
    </w:p>
    <w:p>
      <w:pPr>
        <w:spacing w:after="62" w:line="259" w:lineRule="auto"/>
      </w:pPr>
      <w:r>
        <w:rPr>
          <w:rFonts w:ascii="Noto Sans" w:hAnsi="Noto Sans" w:cs="Noto Sans Devanagari" w:eastAsia="Noto Sans Devanagari"/>
          <w:b w:val="0"/>
          <w:i w:val="0"/>
          <w:sz w:val="20"/>
        </w:rPr>
        <w:t>(३) यस व्यवस्था अन्तर्गत विदेशमा खाता खोल्न यस बैंकको छुट्टै स्वीकृति आवश्यक पर्ने छैन ।</w:t>
      </w:r>
    </w:p>
    <w:p>
      <w:pPr>
        <w:spacing w:after="62" w:line="259" w:lineRule="auto"/>
      </w:pPr>
      <w:r>
        <w:rPr>
          <w:rFonts w:ascii="Noto Sans" w:hAnsi="Noto Sans" w:cs="Noto Sans Devanagari" w:eastAsia="Noto Sans Devanagari"/>
          <w:b w:val="0"/>
          <w:i w:val="0"/>
          <w:sz w:val="20"/>
        </w:rPr>
        <w:t>(४) प्रचलित कानुनी व्यवस्थाहरु पालना हुने सम्बन्धमा निवेदकबाट स्वःघोषणा ।</w:t>
      </w:r>
    </w:p>
    <w:p>
      <w:pPr>
        <w:spacing w:after="62" w:line="259" w:lineRule="auto"/>
      </w:pPr>
      <w:r>
        <w:rPr>
          <w:rFonts w:ascii="Noto Sans" w:hAnsi="Noto Sans" w:cs="Noto Sans Devanagari" w:eastAsia="Noto Sans Devanagari"/>
          <w:b w:val="0"/>
          <w:i w:val="0"/>
          <w:sz w:val="20"/>
        </w:rPr>
        <w:t>(५) यस दफामा अन्यन्त्र जुनसुकै कुरा लेखिएका भएतापनि यस दफा अन्तर्गतको विदेशी मुद्राको सीमा</w:t>
      </w:r>
    </w:p>
    <w:p>
      <w:pPr>
        <w:spacing w:after="62" w:line="259" w:lineRule="auto"/>
      </w:pPr>
      <w:r>
        <w:rPr>
          <w:rFonts w:ascii="Noto Sans" w:hAnsi="Noto Sans" w:cs="Noto Sans Devanagari" w:eastAsia="Noto Sans Devanagari"/>
          <w:b w:val="0"/>
          <w:i w:val="0"/>
          <w:sz w:val="20"/>
        </w:rPr>
        <w:t>अघिल्लो आर्थिक वर्षको कर चुक्ता प्रमाणपत्रमा उल्लिखित कर योग्य आयको २० प्रतिशत भन्दा</w:t>
      </w:r>
    </w:p>
    <w:p>
      <w:pPr>
        <w:spacing w:after="62" w:line="259" w:lineRule="auto"/>
      </w:pPr>
      <w:r>
        <w:rPr>
          <w:rFonts w:ascii="Noto Sans" w:hAnsi="Noto Sans" w:cs="Noto Sans Devanagari" w:eastAsia="Noto Sans Devanagari"/>
          <w:b w:val="0"/>
          <w:i w:val="0"/>
          <w:sz w:val="20"/>
        </w:rPr>
        <w:t>बढी हुने छैन ।</w:t>
      </w:r>
    </w:p>
    <w:p>
      <w:pPr>
        <w:spacing w:after="62" w:line="259" w:lineRule="auto"/>
      </w:pPr>
      <w:r>
        <w:rPr>
          <w:rFonts w:ascii="Noto Sans" w:hAnsi="Noto Sans" w:cs="Noto Sans Devanagari" w:eastAsia="Noto Sans Devanagari"/>
          <w:b w:val="0"/>
          <w:i w:val="0"/>
          <w:sz w:val="20"/>
        </w:rPr>
        <w:t>(६) यस्तो सुविधाको विवरण संलग्न ढाँचामा बैंक तथा वित्तीय संस्थाले महिना समाप्त भएको ७ दिनभित्र</w:t>
      </w:r>
    </w:p>
    <w:p>
      <w:pPr>
        <w:spacing w:after="62" w:line="259" w:lineRule="auto"/>
      </w:pPr>
      <w:r>
        <w:rPr>
          <w:rFonts w:ascii="Noto Sans" w:hAnsi="Noto Sans" w:cs="Noto Sans Devanagari" w:eastAsia="Noto Sans Devanagari"/>
          <w:b w:val="0"/>
          <w:i w:val="0"/>
          <w:sz w:val="20"/>
        </w:rPr>
        <w:t>यस विभागमा पेश गर्नु पर्नेछ ।</w:t>
      </w:r>
    </w:p>
    <w:p>
      <w:pPr>
        <w:spacing w:after="62" w:line="259" w:lineRule="auto"/>
      </w:pPr>
      <w:r>
        <w:rPr>
          <w:rFonts w:ascii="Noto Sans" w:hAnsi="Noto Sans" w:cs="Noto Sans Devanagari" w:eastAsia="Noto Sans Devanagari"/>
          <w:b w:val="0"/>
          <w:i w:val="0"/>
          <w:sz w:val="20"/>
        </w:rPr>
        <w:t>(७) यस्तो सुविधा प्राप्त गर्ने उद्योग/व्यवसायले महिना समाप्त भएको ७ दिनभित्र अनुसूची ७.८</w:t>
      </w:r>
    </w:p>
    <w:p>
      <w:pPr>
        <w:spacing w:after="62" w:line="259" w:lineRule="auto"/>
      </w:pPr>
      <w:r>
        <w:rPr>
          <w:rFonts w:ascii="Noto Sans" w:hAnsi="Noto Sans" w:cs="Noto Sans Devanagari" w:eastAsia="Noto Sans Devanagari"/>
          <w:b w:val="0"/>
          <w:i w:val="0"/>
          <w:sz w:val="20"/>
        </w:rPr>
        <w:t>बमोजिमको ढाँचामा यस विभागमा विवरण पेश गर्नु पर्नेछ ।</w:t>
      </w:r>
    </w:p>
    <w:p>
      <w:pPr>
        <w:spacing w:after="62" w:line="259" w:lineRule="auto"/>
        <w:ind w:left="115"/>
      </w:pPr>
      <w:r>
        <w:rPr>
          <w:rFonts w:ascii="Noto Sans" w:hAnsi="Noto Sans" w:cs="Noto Sans Devanagari" w:eastAsia="Noto Sans Devanagari"/>
          <w:b w:val="0"/>
          <w:i w:val="0"/>
          <w:sz w:val="20"/>
        </w:rPr>
        <w:t>६. वैदेशिक रोजगार व्यवसायीहरूलाई सटही सुविधा प्रदान गर्ने सम्बन्धी व्यवस्थाः</w:t>
      </w:r>
    </w:p>
    <w:p>
      <w:pPr>
        <w:spacing w:after="62" w:line="259" w:lineRule="auto"/>
      </w:pPr>
      <w:r>
        <w:rPr>
          <w:rFonts w:ascii="Noto Sans" w:hAnsi="Noto Sans" w:cs="Noto Sans Devanagari" w:eastAsia="Noto Sans Devanagari"/>
          <w:b w:val="0"/>
          <w:i w:val="0"/>
          <w:sz w:val="20"/>
        </w:rPr>
        <w:t>विधिवत दर्ता भई कार्य गर्न नेपाल सरकारको सम्बन्धित निकायबाट इजाजतपत्रप्राप्त गरेका वैदेशिक रोजगार</w:t>
      </w:r>
    </w:p>
    <w:p>
      <w:pPr>
        <w:spacing w:after="62" w:line="259" w:lineRule="auto"/>
      </w:pPr>
      <w:r>
        <w:rPr>
          <w:rFonts w:ascii="Noto Sans" w:hAnsi="Noto Sans" w:cs="Noto Sans Devanagari" w:eastAsia="Noto Sans Devanagari"/>
          <w:b w:val="0"/>
          <w:i w:val="0"/>
          <w:sz w:val="20"/>
        </w:rPr>
        <w:t>व्यवसायीहरूलाई भिसा शुल्क, कमिसन आदि भुक्तानी गर्नर् ेप्रयोजनको लागि आवश्यक पर्ने विदेशी मुद्राको</w:t>
      </w:r>
    </w:p>
    <w:p>
      <w:pPr>
        <w:spacing w:after="62" w:line="259" w:lineRule="auto"/>
      </w:pPr>
      <w:r>
        <w:rPr>
          <w:rFonts w:ascii="Noto Sans" w:hAnsi="Noto Sans" w:cs="Noto Sans Devanagari" w:eastAsia="Noto Sans Devanagari"/>
          <w:b w:val="0"/>
          <w:i w:val="0"/>
          <w:sz w:val="20"/>
        </w:rPr>
        <w:t>सटही सुविधा उपलव्ध गराउने सम्बन्धमा देहाय बमोजिमको व्यवस्था गरिएको छ ।</w:t>
      </w:r>
    </w:p>
    <w:p>
      <w:pPr>
        <w:spacing w:after="62" w:line="259" w:lineRule="auto"/>
        <w:ind w:left="115"/>
      </w:pPr>
      <w:r>
        <w:rPr>
          <w:rFonts w:ascii="Noto Sans" w:hAnsi="Noto Sans" w:cs="Noto Sans Devanagari" w:eastAsia="Noto Sans Devanagari"/>
          <w:b w:val="0"/>
          <w:i w:val="0"/>
          <w:sz w:val="20"/>
        </w:rPr>
        <w:t>(क) बैदेशिक रोजगार व्यवसायीहरूले वैदेशिक रोजगारीमा जाने नेपाली नागरिकको भिसा आफै मिलाई</w:t>
      </w:r>
    </w:p>
    <w:p>
      <w:pPr>
        <w:spacing w:after="62" w:line="259" w:lineRule="auto"/>
      </w:pPr>
      <w:r>
        <w:rPr>
          <w:rFonts w:ascii="Noto Sans" w:hAnsi="Noto Sans" w:cs="Noto Sans Devanagari" w:eastAsia="Noto Sans Devanagari"/>
          <w:b w:val="0"/>
          <w:i w:val="0"/>
          <w:sz w:val="20"/>
        </w:rPr>
        <w:t>दिने प्रयोजनको लागि आवश्यक पर्ने विदेशी मुद्राको लागि देहायको प्रकृया पूरा गरी सटही सुविधा</w:t>
      </w:r>
    </w:p>
    <w:p>
      <w:pPr>
        <w:spacing w:after="62" w:line="259" w:lineRule="auto"/>
      </w:pPr>
      <w:r>
        <w:rPr>
          <w:rFonts w:ascii="Noto Sans" w:hAnsi="Noto Sans" w:cs="Noto Sans Devanagari" w:eastAsia="Noto Sans Devanagari"/>
          <w:b w:val="0"/>
          <w:i w:val="0"/>
          <w:sz w:val="20"/>
        </w:rPr>
        <w:t>प्रदान गर्न सकिनेछ ः</w:t>
      </w:r>
    </w:p>
    <w:p>
      <w:pPr>
        <w:spacing w:after="62" w:line="259" w:lineRule="auto"/>
      </w:pPr>
      <w:r>
        <w:rPr>
          <w:rFonts w:ascii="Noto Sans" w:hAnsi="Noto Sans" w:cs="Noto Sans Devanagari" w:eastAsia="Noto Sans Devanagari"/>
          <w:b w:val="0"/>
          <w:i w:val="0"/>
          <w:sz w:val="20"/>
        </w:rPr>
        <w:t>(१) विदेशस्थित रोजगारदाता निकायमा रोजगारीमा पठाउन नेपाल सरकारको सम्बन्धित</w:t>
      </w:r>
    </w:p>
    <w:p>
      <w:pPr>
        <w:spacing w:after="62" w:line="259" w:lineRule="auto"/>
      </w:pPr>
      <w:r>
        <w:rPr>
          <w:rFonts w:ascii="Noto Sans" w:hAnsi="Noto Sans" w:cs="Noto Sans Devanagari" w:eastAsia="Noto Sans Devanagari"/>
          <w:b w:val="0"/>
          <w:i w:val="0"/>
          <w:sz w:val="20"/>
        </w:rPr>
        <w:t>निकायबाट स्वीकृति भएको आधिकारिक कागजातको प्रतिलिपि पेश गर्नु पर्नेछ ।</w:t>
      </w:r>
    </w:p>
    <w:p>
      <w:pPr>
        <w:spacing w:after="62" w:line="259" w:lineRule="auto"/>
      </w:pPr>
      <w:r>
        <w:rPr>
          <w:rFonts w:ascii="Noto Sans" w:hAnsi="Noto Sans" w:cs="Noto Sans Devanagari" w:eastAsia="Noto Sans Devanagari"/>
          <w:b w:val="0"/>
          <w:i w:val="0"/>
          <w:sz w:val="20"/>
        </w:rPr>
        <w:t>(२) वैदेशिक रोजगारमा जान नेपाल सरकारको सम्बन्धित निकायबाट स्वीकृति प्राप्त गरेका नेपाली</w:t>
      </w:r>
    </w:p>
    <w:p>
      <w:pPr>
        <w:spacing w:after="62" w:line="259" w:lineRule="auto"/>
      </w:pPr>
      <w:r>
        <w:rPr>
          <w:rFonts w:ascii="Noto Sans" w:hAnsi="Noto Sans" w:cs="Noto Sans Devanagari" w:eastAsia="Noto Sans Devanagari"/>
          <w:b w:val="0"/>
          <w:i w:val="0"/>
          <w:sz w:val="20"/>
        </w:rPr>
        <w:t>नागरिकको वैध राहदानीको प्रतिलिपि पेश गर्नु पर्नेछ ।</w:t>
      </w:r>
    </w:p>
    <w:p>
      <w:pPr>
        <w:spacing w:after="62" w:line="259" w:lineRule="auto"/>
      </w:pPr>
      <w:r>
        <w:rPr>
          <w:rFonts w:ascii="Noto Sans" w:hAnsi="Noto Sans" w:cs="Noto Sans Devanagari" w:eastAsia="Noto Sans Devanagari"/>
          <w:b w:val="0"/>
          <w:i w:val="0"/>
          <w:sz w:val="20"/>
        </w:rPr>
        <w:t>(३) विदेशस्थित रोजगारदाताबाट रोजगारी दिने सम्बन्धमा प्राप्त आधिकारिक कागजातको प्रतिलिपि</w:t>
      </w:r>
    </w:p>
    <w:p>
      <w:pPr>
        <w:spacing w:after="62" w:line="259" w:lineRule="auto"/>
      </w:pPr>
      <w:r>
        <w:rPr>
          <w:rFonts w:ascii="Noto Sans" w:hAnsi="Noto Sans" w:cs="Noto Sans Devanagari" w:eastAsia="Noto Sans Devanagari"/>
          <w:b w:val="0"/>
          <w:i w:val="0"/>
          <w:sz w:val="20"/>
        </w:rPr>
        <w:t>पेश गर्नु पर्नेछ ।</w:t>
      </w:r>
    </w:p>
    <w:p>
      <w:pPr>
        <w:spacing w:after="62" w:line="259" w:lineRule="auto"/>
      </w:pPr>
      <w:r>
        <w:rPr>
          <w:rFonts w:ascii="Noto Sans" w:hAnsi="Noto Sans" w:cs="Noto Sans Devanagari" w:eastAsia="Noto Sans Devanagari"/>
          <w:b w:val="0"/>
          <w:i w:val="0"/>
          <w:sz w:val="20"/>
        </w:rPr>
        <w:t>(४) यस व्यवस्था बमोजिम सटही सुविधा उपलव्ध गराउने विदेशी मुद्रा भिसा दस्तुर तिर्ने प्रयोजनको</w:t>
      </w:r>
    </w:p>
    <w:p>
      <w:pPr>
        <w:spacing w:after="62" w:line="259" w:lineRule="auto"/>
      </w:pPr>
      <w:r>
        <w:rPr>
          <w:rFonts w:ascii="Noto Sans" w:hAnsi="Noto Sans" w:cs="Noto Sans Devanagari" w:eastAsia="Noto Sans Devanagari"/>
          <w:b w:val="0"/>
          <w:i w:val="0"/>
          <w:sz w:val="20"/>
        </w:rPr>
        <w:t>लागि मात्र उपयोग हुने सुनिश्चित गर्नु पर्नेछ ।</w:t>
      </w:r>
    </w:p>
    <w:p>
      <w:pPr>
        <w:spacing w:after="62" w:line="259" w:lineRule="auto"/>
      </w:pPr>
      <w:r>
        <w:rPr>
          <w:rFonts w:ascii="Noto Sans" w:hAnsi="Noto Sans" w:cs="Noto Sans Devanagari" w:eastAsia="Noto Sans Devanagari"/>
          <w:b w:val="0"/>
          <w:i w:val="0"/>
          <w:sz w:val="20"/>
        </w:rPr>
        <w:t>(५) भिसा दस्तुर रकम सम्बन्धित मुलुकको भिसा प्रदान गर्ने आधिकारिक निकायको नाममा मात्र</w:t>
      </w:r>
    </w:p>
    <w:p>
      <w:pPr>
        <w:spacing w:after="62" w:line="259" w:lineRule="auto"/>
      </w:pPr>
      <w:r>
        <w:rPr>
          <w:rFonts w:ascii="Noto Sans" w:hAnsi="Noto Sans" w:cs="Noto Sans Devanagari" w:eastAsia="Noto Sans Devanagari"/>
          <w:b w:val="0"/>
          <w:i w:val="0"/>
          <w:sz w:val="20"/>
        </w:rPr>
        <w:t>उपलव्ध गराउनु पर्नेछ ।</w:t>
      </w:r>
    </w:p>
    <w:p>
      <w:pPr>
        <w:spacing w:after="62" w:line="259" w:lineRule="auto"/>
      </w:pPr>
      <w:r>
        <w:rPr>
          <w:rFonts w:ascii="Noto Sans" w:hAnsi="Noto Sans" w:cs="Noto Sans Devanagari" w:eastAsia="Noto Sans Devanagari"/>
          <w:b w:val="0"/>
          <w:i w:val="0"/>
          <w:sz w:val="20"/>
        </w:rPr>
        <w:t>(६) यस्तो रकम सम्बन्धित मुलुकले व्यवस्था गरेको वेवसाइट प्रयोग गरी इण्टरनेट मार्फत</w:t>
      </w:r>
    </w:p>
    <w:p>
      <w:pPr>
        <w:spacing w:after="62" w:line="259" w:lineRule="auto"/>
      </w:pPr>
      <w:r>
        <w:rPr>
          <w:rFonts w:ascii="Noto Sans" w:hAnsi="Noto Sans" w:cs="Noto Sans Devanagari" w:eastAsia="Noto Sans Devanagari"/>
          <w:b w:val="0"/>
          <w:i w:val="0"/>
          <w:sz w:val="20"/>
        </w:rPr>
        <w:t>इलेक्ट्रोनिक पेमेण्ट कार्ड प्रयोग गरेर समेत भुक्तानी गर्न सकिनेछ । यसरी गरिएको प्रत्येक</w:t>
      </w:r>
    </w:p>
    <w:p>
      <w:pPr>
        <w:spacing w:after="62" w:line="259" w:lineRule="auto"/>
      </w:pPr>
      <w:r>
        <w:rPr>
          <w:rFonts w:ascii="Noto Sans" w:hAnsi="Noto Sans" w:cs="Noto Sans Devanagari" w:eastAsia="Noto Sans Devanagari"/>
          <w:b w:val="0"/>
          <w:i w:val="0"/>
          <w:sz w:val="20"/>
        </w:rPr>
        <w:t>भुक्तानीको Receipt सो वेवसाइटबाट प्रिण्ट गरी अभिलेखको लागि सुरक्षित राख्नु पर्नेछ ।</w:t>
      </w:r>
    </w:p>
    <w:p>
      <w:pPr>
        <w:spacing w:after="62" w:line="259" w:lineRule="auto"/>
      </w:pPr>
      <w:r>
        <w:rPr>
          <w:rFonts w:ascii="Noto Sans" w:hAnsi="Noto Sans" w:cs="Noto Sans Devanagari" w:eastAsia="Noto Sans Devanagari"/>
          <w:b w:val="0"/>
          <w:i w:val="0"/>
          <w:sz w:val="20"/>
        </w:rPr>
        <w:t>(७) वेवसाइट मार्फत गरिने भुक्तानी वैदेशिक रोजगार व्यवसायी आफैले इन्टरनेट मार्फत गर्न</w:t>
      </w:r>
    </w:p>
    <w:p>
      <w:pPr>
        <w:spacing w:after="62" w:line="259" w:lineRule="auto"/>
      </w:pPr>
      <w:r>
        <w:rPr>
          <w:rFonts w:ascii="Noto Sans" w:hAnsi="Noto Sans" w:cs="Noto Sans Devanagari" w:eastAsia="Noto Sans Devanagari"/>
          <w:b w:val="0"/>
          <w:i w:val="0"/>
          <w:sz w:val="20"/>
        </w:rPr>
        <w:t>चाहेमा माथि खण्ड (१),(२) र (३) मा उल्लेख गरिएका कागजात र खण्ड (४),(५) र (६) मा</w:t>
      </w:r>
    </w:p>
    <w:p>
      <w:pPr>
        <w:spacing w:after="62" w:line="259" w:lineRule="auto"/>
      </w:pPr>
      <w:r>
        <w:rPr>
          <w:rFonts w:ascii="Noto Sans" w:hAnsi="Noto Sans" w:cs="Noto Sans Devanagari" w:eastAsia="Noto Sans Devanagari"/>
          <w:b w:val="0"/>
          <w:i w:val="0"/>
          <w:sz w:val="20"/>
        </w:rPr>
        <w:t>गरिएको व्यवस्था पालना हुनु पर्ने शर्तमा प्रति कामदार लाग्ने भिसा शुल्कको दरले हुने कुल</w:t>
      </w:r>
    </w:p>
    <w:p>
      <w:pPr>
        <w:spacing w:after="62" w:line="259" w:lineRule="auto"/>
      </w:pPr>
      <w:r>
        <w:rPr>
          <w:rFonts w:ascii="Noto Sans" w:hAnsi="Noto Sans" w:cs="Noto Sans Devanagari" w:eastAsia="Noto Sans Devanagari"/>
          <w:b w:val="0"/>
          <w:i w:val="0"/>
          <w:sz w:val="20"/>
        </w:rPr>
        <w:t>विदेशी मुद्राको सटही प्रदान गरी सोही सटही रकमको सीमा भित्र रही यस बैंकबाट जारी</w:t>
      </w:r>
    </w:p>
    <w:p>
      <w:pPr>
        <w:spacing w:after="62" w:line="259" w:lineRule="auto"/>
      </w:pPr>
      <w:r>
        <w:rPr>
          <w:rFonts w:ascii="Noto Sans" w:hAnsi="Noto Sans" w:cs="Noto Sans Devanagari" w:eastAsia="Noto Sans Devanagari"/>
          <w:b w:val="0"/>
          <w:i w:val="0"/>
          <w:sz w:val="20"/>
        </w:rPr>
        <w:t>एकीकृत परिपत्रको इ.प्रा.परिपत्र संख्याः १४ मा भएको व्यवस्था र आफ्नो आन्तरिक व्यवस्था</w:t>
      </w:r>
    </w:p>
    <w:p>
      <w:pPr>
        <w:spacing w:after="62" w:line="259" w:lineRule="auto"/>
      </w:pPr>
      <w:r>
        <w:rPr>
          <w:rFonts w:ascii="Noto Sans" w:hAnsi="Noto Sans" w:cs="Noto Sans Devanagari" w:eastAsia="Noto Sans Devanagari"/>
          <w:b w:val="0"/>
          <w:i w:val="0"/>
          <w:sz w:val="20"/>
        </w:rPr>
        <w:t>बमोजिम सम्बन्धित रोजगार व्यवसायीको संस्थागत नाममा विदेशी मुद्राको</w:t>
      </w:r>
    </w:p>
    <w:p>
      <w:pPr>
        <w:spacing w:after="62" w:line="259" w:lineRule="auto"/>
      </w:pPr>
      <w:r>
        <w:rPr>
          <w:rFonts w:ascii="Noto Sans" w:hAnsi="Noto Sans" w:cs="Noto Sans Devanagari" w:eastAsia="Noto Sans Devanagari"/>
          <w:b w:val="0"/>
          <w:i w:val="0"/>
          <w:sz w:val="20"/>
        </w:rPr>
        <w:t>क्रेडिट/डेविट/प्रिपेड कार्ड जारी गर्न सकिनेछ ।</w:t>
      </w:r>
    </w:p>
    <w:p>
      <w:pPr>
        <w:spacing w:after="62" w:line="259" w:lineRule="auto"/>
        <w:ind w:left="115"/>
      </w:pPr>
      <w:r>
        <w:rPr>
          <w:rFonts w:ascii="Noto Sans" w:hAnsi="Noto Sans" w:cs="Noto Sans Devanagari" w:eastAsia="Noto Sans Devanagari"/>
          <w:b w:val="0"/>
          <w:i w:val="0"/>
          <w:sz w:val="20"/>
        </w:rPr>
        <w:t>(ख) वैदेशिक रोजगार व्यवसायीले नेपाली नागरिकलाई विदेशमा रोजगारको अवसर दिलाए बापत विदेशी</w:t>
      </w:r>
    </w:p>
    <w:p>
      <w:pPr>
        <w:spacing w:after="62" w:line="259" w:lineRule="auto"/>
      </w:pPr>
      <w:r>
        <w:rPr>
          <w:rFonts w:ascii="Noto Sans" w:hAnsi="Noto Sans" w:cs="Noto Sans Devanagari" w:eastAsia="Noto Sans Devanagari"/>
          <w:b w:val="0"/>
          <w:i w:val="0"/>
          <w:sz w:val="20"/>
        </w:rPr>
        <w:t>पक्षलाई कुनै कमिसन, शुल्क आदि तिर्नु पर्ने भएमा सो प्रयोजनको लागि आवश्यक पर्ने विदेशी मुद्राको</w:t>
      </w:r>
    </w:p>
    <w:p>
      <w:pPr>
        <w:spacing w:after="62" w:line="259" w:lineRule="auto"/>
      </w:pPr>
      <w:r>
        <w:rPr>
          <w:rFonts w:ascii="Noto Sans" w:hAnsi="Noto Sans" w:cs="Noto Sans Devanagari" w:eastAsia="Noto Sans Devanagari"/>
          <w:b w:val="0"/>
          <w:i w:val="0"/>
          <w:sz w:val="20"/>
        </w:rPr>
        <w:t>सटही सुविधा देहायका प्रकृया पूरा गरी प्रदान गर्न सकिनेछ ः–</w:t>
      </w:r>
    </w:p>
    <w:p>
      <w:pPr>
        <w:spacing w:after="62" w:line="259" w:lineRule="auto"/>
      </w:pPr>
      <w:r>
        <w:rPr>
          <w:rFonts w:ascii="Noto Sans" w:hAnsi="Noto Sans" w:cs="Noto Sans Devanagari" w:eastAsia="Noto Sans Devanagari"/>
          <w:b w:val="0"/>
          <w:i w:val="0"/>
          <w:sz w:val="20"/>
        </w:rPr>
        <w:t>(१) यस्तो शुल्क लिने दिने सम्बन्धमा दुई पक्ष बीच आधिकारिक सम्झौता वा लिखत भई सो</w:t>
      </w:r>
    </w:p>
    <w:p>
      <w:pPr>
        <w:spacing w:after="62" w:line="259" w:lineRule="auto"/>
      </w:pPr>
      <w:r>
        <w:rPr>
          <w:rFonts w:ascii="Noto Sans" w:hAnsi="Noto Sans" w:cs="Noto Sans Devanagari" w:eastAsia="Noto Sans Devanagari"/>
          <w:b w:val="0"/>
          <w:i w:val="0"/>
          <w:sz w:val="20"/>
        </w:rPr>
        <w:t>लिखतलाई नेपाल सरकारको सम्बन्धित निकायबाट स्वीकृति प्रदान गरिएको हुनुपर्ने छ ।</w:t>
      </w:r>
    </w:p>
    <w:p>
      <w:pPr>
        <w:spacing w:after="62" w:line="259" w:lineRule="auto"/>
      </w:pPr>
      <w:r>
        <w:rPr>
          <w:rFonts w:ascii="Noto Sans" w:hAnsi="Noto Sans" w:cs="Noto Sans Devanagari" w:eastAsia="Noto Sans Devanagari"/>
          <w:b w:val="0"/>
          <w:i w:val="0"/>
          <w:sz w:val="20"/>
        </w:rPr>
        <w:t>(२) सम्झौता गर्ने विदेशी पक्षले विदेशस्थित रोजगारदाता पक्षले यस्तो कार्य गर्न अनुमति प्रदान</w:t>
      </w:r>
    </w:p>
    <w:p>
      <w:pPr>
        <w:spacing w:after="62" w:line="259" w:lineRule="auto"/>
      </w:pPr>
      <w:r>
        <w:rPr>
          <w:rFonts w:ascii="Noto Sans" w:hAnsi="Noto Sans" w:cs="Noto Sans Devanagari" w:eastAsia="Noto Sans Devanagari"/>
          <w:b w:val="0"/>
          <w:i w:val="0"/>
          <w:sz w:val="20"/>
        </w:rPr>
        <w:t>गरेको पुष्टि हुने कागजात लिनु पर्नेछ । साथै, यस्तो पक्ष व्यक्ति विशेष भएमा सो व्यक्तिको</w:t>
      </w:r>
    </w:p>
    <w:p>
      <w:pPr>
        <w:spacing w:after="62" w:line="259" w:lineRule="auto"/>
      </w:pPr>
      <w:r>
        <w:rPr>
          <w:rFonts w:ascii="Noto Sans" w:hAnsi="Noto Sans" w:cs="Noto Sans Devanagari" w:eastAsia="Noto Sans Devanagari"/>
          <w:b w:val="0"/>
          <w:i w:val="0"/>
          <w:sz w:val="20"/>
        </w:rPr>
        <w:t>नाममा भुक्तानी पठाउन समेत नेपाल सरकारको सम्बन्धित निकायबाट स्वीकृति प्राप्त व्यक्ति</w:t>
      </w:r>
    </w:p>
    <w:p>
      <w:pPr>
        <w:spacing w:after="62" w:line="259" w:lineRule="auto"/>
      </w:pPr>
      <w:r>
        <w:rPr>
          <w:rFonts w:ascii="Noto Sans" w:hAnsi="Noto Sans" w:cs="Noto Sans Devanagari" w:eastAsia="Noto Sans Devanagari"/>
          <w:b w:val="0"/>
          <w:i w:val="0"/>
          <w:sz w:val="20"/>
        </w:rPr>
        <w:t>हुनु पर्नेछ । तर, प्राकृतिक व्यक्ति वेनेफिसियरी हुने गरी यस्तो भुक्तानी गर्न पाइने छैन ।</w:t>
      </w:r>
    </w:p>
    <w:p>
      <w:pPr>
        <w:spacing w:after="62" w:line="259" w:lineRule="auto"/>
      </w:pPr>
      <w:r>
        <w:rPr>
          <w:rFonts w:ascii="Noto Sans" w:hAnsi="Noto Sans" w:cs="Noto Sans Devanagari" w:eastAsia="Noto Sans Devanagari"/>
          <w:b w:val="0"/>
          <w:i w:val="0"/>
          <w:sz w:val="20"/>
        </w:rPr>
        <w:t>(३) यस्तो प्रयोजनको लागि उपलव्ध गराइने सटही सुविधा बैंकिङ उपकरणको माध्यमबाट मात्र</w:t>
      </w:r>
    </w:p>
    <w:p>
      <w:pPr>
        <w:spacing w:after="62" w:line="259" w:lineRule="auto"/>
      </w:pPr>
      <w:r>
        <w:rPr>
          <w:rFonts w:ascii="Noto Sans" w:hAnsi="Noto Sans" w:cs="Noto Sans Devanagari" w:eastAsia="Noto Sans Devanagari"/>
          <w:b w:val="0"/>
          <w:i w:val="0"/>
          <w:sz w:val="20"/>
        </w:rPr>
        <w:t>उपलव्ध गराउनु पर्नेछ ।</w:t>
      </w:r>
    </w:p>
    <w:p>
      <w:pPr>
        <w:spacing w:after="62" w:line="259" w:lineRule="auto"/>
      </w:pPr>
      <w:r>
        <w:rPr>
          <w:rFonts w:ascii="Noto Sans" w:hAnsi="Noto Sans" w:cs="Noto Sans Devanagari" w:eastAsia="Noto Sans Devanagari"/>
          <w:b w:val="0"/>
          <w:i w:val="0"/>
          <w:sz w:val="20"/>
        </w:rPr>
        <w:t>(४) यस्तो भुक्तानीमा प्रचलित व्यवस्था अनुसार लाग्ने कर शुल्क आदि राजस्व दाखिला गरेको</w:t>
      </w:r>
    </w:p>
    <w:p>
      <w:pPr>
        <w:spacing w:after="62" w:line="259" w:lineRule="auto"/>
      </w:pPr>
      <w:r>
        <w:rPr>
          <w:rFonts w:ascii="Noto Sans" w:hAnsi="Noto Sans" w:cs="Noto Sans Devanagari" w:eastAsia="Noto Sans Devanagari"/>
          <w:b w:val="0"/>
          <w:i w:val="0"/>
          <w:sz w:val="20"/>
        </w:rPr>
        <w:t>प्रमाण लिनु पर्नेछ ।</w:t>
      </w:r>
    </w:p>
    <w:p>
      <w:pPr>
        <w:spacing w:after="62" w:line="259" w:lineRule="auto"/>
        <w:ind w:left="115"/>
      </w:pPr>
      <w:r>
        <w:rPr>
          <w:rFonts w:ascii="Noto Sans" w:hAnsi="Noto Sans" w:cs="Noto Sans Devanagari" w:eastAsia="Noto Sans Devanagari"/>
          <w:b w:val="0"/>
          <w:i w:val="0"/>
          <w:sz w:val="20"/>
        </w:rPr>
        <w:t>(ग) वैदेशिक रोजगार व्यवसायीले विदेशी मुद्रामा भएको आर्जनको आधारमा विदेशी मुद्रा खाता खोल्न सक्ने</w:t>
      </w:r>
    </w:p>
    <w:p>
      <w:pPr>
        <w:spacing w:after="62" w:line="259" w:lineRule="auto"/>
      </w:pPr>
      <w:r>
        <w:rPr>
          <w:rFonts w:ascii="Noto Sans" w:hAnsi="Noto Sans" w:cs="Noto Sans Devanagari" w:eastAsia="Noto Sans Devanagari"/>
          <w:b w:val="0"/>
          <w:i w:val="0"/>
          <w:sz w:val="20"/>
        </w:rPr>
        <w:t>हुंदा सम्बन्धित व्यवसायीको विदेशी मुद्रा खाता खर्च हुने गरी समेत माथि दफा ७ खण्ड (क) र दफा</w:t>
      </w:r>
    </w:p>
    <w:p>
      <w:pPr>
        <w:spacing w:after="62" w:line="259" w:lineRule="auto"/>
      </w:pPr>
      <w:r>
        <w:rPr>
          <w:rFonts w:ascii="Noto Sans" w:hAnsi="Noto Sans" w:cs="Noto Sans Devanagari" w:eastAsia="Noto Sans Devanagari"/>
          <w:b w:val="0"/>
          <w:i w:val="0"/>
          <w:sz w:val="20"/>
        </w:rPr>
        <w:t>७ खण्ड (ख) मा उल्लिखित प्रकृया पूरा गरी विदेशी मुद्रा भुक्तानी गर्न सकिनेछ ।</w:t>
      </w:r>
    </w:p>
    <w:p>
      <w:pPr>
        <w:spacing w:after="62" w:line="259" w:lineRule="auto"/>
        <w:ind w:left="115"/>
      </w:pPr>
      <w:r>
        <w:rPr>
          <w:rFonts w:ascii="Noto Sans" w:hAnsi="Noto Sans" w:cs="Noto Sans Devanagari" w:eastAsia="Noto Sans Devanagari"/>
          <w:b w:val="0"/>
          <w:i w:val="0"/>
          <w:sz w:val="20"/>
        </w:rPr>
        <w:t>७. नेपाल समुद्रपार निकासी पैठारी संघमा आवद्ध कम्पनी/फर्मलाई सटही सुविधा प्रदान गर्ने सम्बन्धी व्यवस्था</w:t>
      </w:r>
    </w:p>
    <w:p>
      <w:pPr>
        <w:spacing w:after="62" w:line="259" w:lineRule="auto"/>
      </w:pPr>
      <w:r>
        <w:rPr>
          <w:rFonts w:ascii="Noto Sans" w:hAnsi="Noto Sans" w:cs="Noto Sans Devanagari" w:eastAsia="Noto Sans Devanagari"/>
          <w:b w:val="0"/>
          <w:i w:val="0"/>
          <w:sz w:val="20"/>
        </w:rPr>
        <w:t>नेपाल समुद्रपार निकासी पैठारी संघले देहायमा उल्लिखित व्यवस्था तथा शर्त अनुसार सिफारिस गरेमा सो</w:t>
      </w:r>
    </w:p>
    <w:p>
      <w:pPr>
        <w:spacing w:after="62" w:line="259" w:lineRule="auto"/>
      </w:pPr>
      <w:r>
        <w:rPr>
          <w:rFonts w:ascii="Noto Sans" w:hAnsi="Noto Sans" w:cs="Noto Sans Devanagari" w:eastAsia="Noto Sans Devanagari"/>
          <w:b w:val="0"/>
          <w:i w:val="0"/>
          <w:sz w:val="20"/>
        </w:rPr>
        <w:t>संघसँग आवद्ध कम्पनी/फर्मको तर्फबाट व्यवसायिक भ्रमणमा विदेश जाने पदाधिकारीलाई देहाय बमोजिमको</w:t>
      </w:r>
    </w:p>
    <w:p>
      <w:pPr>
        <w:spacing w:after="62" w:line="259" w:lineRule="auto"/>
      </w:pPr>
      <w:r>
        <w:rPr>
          <w:rFonts w:ascii="Noto Sans" w:hAnsi="Noto Sans" w:cs="Noto Sans Devanagari" w:eastAsia="Noto Sans Devanagari"/>
          <w:b w:val="0"/>
          <w:i w:val="0"/>
          <w:sz w:val="20"/>
        </w:rPr>
        <w:t>सटही सुविधा उपलव्ध गराउन सकिने छ ।</w:t>
      </w:r>
    </w:p>
    <w:p>
      <w:pPr>
        <w:spacing w:after="62" w:line="259" w:lineRule="auto"/>
        <w:ind w:left="115"/>
      </w:pPr>
      <w:r>
        <w:rPr>
          <w:rFonts w:ascii="Noto Sans" w:hAnsi="Noto Sans" w:cs="Noto Sans Devanagari" w:eastAsia="Noto Sans Devanagari"/>
          <w:b w:val="0"/>
          <w:i w:val="0"/>
          <w:sz w:val="20"/>
        </w:rPr>
        <w:t>(क) सटही सुविधाको लागि संघबाट देहाय बमोजिमको विवरण खुलाई सिफारिस गर्नु पर्ने ।</w:t>
      </w:r>
    </w:p>
    <w:p>
      <w:pPr>
        <w:spacing w:after="62" w:line="259" w:lineRule="auto"/>
      </w:pPr>
      <w:r>
        <w:rPr>
          <w:rFonts w:ascii="Noto Sans" w:hAnsi="Noto Sans" w:cs="Noto Sans Devanagari" w:eastAsia="Noto Sans Devanagari"/>
          <w:b w:val="0"/>
          <w:i w:val="0"/>
          <w:sz w:val="20"/>
        </w:rPr>
        <w:t>(१) सटही सुविधा माग गरेको वा सो भन्दा अघिल्लो आर्थिक वर्षमा घटीमा क्रमशः रु.१० लाख, रु.५</w:t>
      </w:r>
    </w:p>
    <w:p>
      <w:pPr>
        <w:spacing w:after="62" w:line="259" w:lineRule="auto"/>
      </w:pPr>
      <w:r>
        <w:rPr>
          <w:rFonts w:ascii="Noto Sans" w:hAnsi="Noto Sans" w:cs="Noto Sans Devanagari" w:eastAsia="Noto Sans Devanagari"/>
          <w:b w:val="0"/>
          <w:i w:val="0"/>
          <w:sz w:val="20"/>
        </w:rPr>
        <w:t>लाख र रु.२ लाख ५० हजार आयकर तिरेका संघसँग आवद्ध कम्पनी/फर्मलाई क्रमशः “क”, “ख”</w:t>
      </w:r>
    </w:p>
    <w:p>
      <w:pPr>
        <w:spacing w:after="62" w:line="259" w:lineRule="auto"/>
      </w:pPr>
      <w:r>
        <w:rPr>
          <w:rFonts w:ascii="Noto Sans" w:hAnsi="Noto Sans" w:cs="Noto Sans Devanagari" w:eastAsia="Noto Sans Devanagari"/>
          <w:b w:val="0"/>
          <w:i w:val="0"/>
          <w:sz w:val="20"/>
        </w:rPr>
        <w:t>र “ग” वर्गमा वर्गीकृत गर्नु पर्ने ।</w:t>
      </w:r>
    </w:p>
    <w:p>
      <w:pPr>
        <w:spacing w:after="62" w:line="259" w:lineRule="auto"/>
      </w:pPr>
      <w:r>
        <w:rPr>
          <w:rFonts w:ascii="Noto Sans" w:hAnsi="Noto Sans" w:cs="Noto Sans Devanagari" w:eastAsia="Noto Sans Devanagari"/>
          <w:b w:val="0"/>
          <w:i w:val="0"/>
          <w:sz w:val="20"/>
        </w:rPr>
        <w:t>(२) संघसँग आवद्ध कम्पनी/फर्मको लागि वर्गीकरण अनुसार “क” वर्गको लागि १ जनाले मात्र पाउने</w:t>
      </w:r>
    </w:p>
    <w:p>
      <w:pPr>
        <w:spacing w:after="62" w:line="259" w:lineRule="auto"/>
      </w:pPr>
      <w:r>
        <w:rPr>
          <w:rFonts w:ascii="Noto Sans" w:hAnsi="Noto Sans" w:cs="Noto Sans Devanagari" w:eastAsia="Noto Sans Devanagari"/>
          <w:b w:val="0"/>
          <w:i w:val="0"/>
          <w:sz w:val="20"/>
        </w:rPr>
        <w:t>गरी बढीमा अमेरिकी डलर १०,०००।– “ख” वर्गको लागि १ जनाले मात्र पाउने गरी बढीमा अमेरिकी</w:t>
      </w:r>
    </w:p>
    <w:p>
      <w:pPr>
        <w:spacing w:after="62" w:line="259" w:lineRule="auto"/>
      </w:pPr>
      <w:r>
        <w:rPr>
          <w:rFonts w:ascii="Noto Sans" w:hAnsi="Noto Sans" w:cs="Noto Sans Devanagari" w:eastAsia="Noto Sans Devanagari"/>
          <w:b w:val="0"/>
          <w:i w:val="0"/>
          <w:sz w:val="20"/>
        </w:rPr>
        <w:t>डलर ७,०००।– र “ग” वर्गको लागि १ जनाले मात्र पाउने गरी बढीमा ५,०००।– अमेरिकी</w:t>
      </w:r>
    </w:p>
    <w:p>
      <w:pPr>
        <w:spacing w:after="62" w:line="259" w:lineRule="auto"/>
      </w:pPr>
      <w:r>
        <w:rPr>
          <w:rFonts w:ascii="Noto Sans" w:hAnsi="Noto Sans" w:cs="Noto Sans Devanagari" w:eastAsia="Noto Sans Devanagari"/>
          <w:b w:val="0"/>
          <w:i w:val="0"/>
          <w:sz w:val="20"/>
        </w:rPr>
        <w:t>डलरसम्मको सीमा भित्र रही सिफारिस गर्नु पर्ने ।</w:t>
      </w:r>
    </w:p>
    <w:p>
      <w:pPr>
        <w:spacing w:after="62" w:line="259" w:lineRule="auto"/>
      </w:pPr>
      <w:r>
        <w:rPr>
          <w:rFonts w:ascii="Noto Sans" w:hAnsi="Noto Sans" w:cs="Noto Sans Devanagari" w:eastAsia="Noto Sans Devanagari"/>
          <w:b w:val="0"/>
          <w:i w:val="0"/>
          <w:sz w:val="20"/>
        </w:rPr>
        <w:t>(३) सम्बन्धित फर्म/कम्पनीले तिरेको “आयकर रकम र आर्थिक वर्ष” उल्लेख गर्नु पर्ने ।</w:t>
      </w:r>
    </w:p>
    <w:p>
      <w:pPr>
        <w:spacing w:after="62" w:line="259" w:lineRule="auto"/>
      </w:pPr>
      <w:r>
        <w:rPr>
          <w:rFonts w:ascii="Noto Sans" w:hAnsi="Noto Sans" w:cs="Noto Sans Devanagari" w:eastAsia="Noto Sans Devanagari"/>
          <w:b w:val="0"/>
          <w:i w:val="0"/>
          <w:sz w:val="20"/>
        </w:rPr>
        <w:t>(४) आवद्व कम्पनी/फर्मको तर्फबाट देहायका पदाधिकारीहरूले मात्र सटही सुविधा उपभोग गर्न सक्ने</w:t>
      </w:r>
    </w:p>
    <w:p>
      <w:pPr>
        <w:spacing w:after="62" w:line="259" w:lineRule="auto"/>
      </w:pPr>
      <w:r>
        <w:rPr>
          <w:rFonts w:ascii="Noto Sans" w:hAnsi="Noto Sans" w:cs="Noto Sans Devanagari" w:eastAsia="Noto Sans Devanagari"/>
          <w:b w:val="0"/>
          <w:i w:val="0"/>
          <w:sz w:val="20"/>
        </w:rPr>
        <w:t>गरी पदाधिकारीको नाम, सटही स्वीकृति लिने बैंक/वित्तीय संस्थाको नाम उल्लेख गर्नु पर्ने ः</w:t>
      </w:r>
    </w:p>
    <w:p>
      <w:pPr>
        <w:spacing w:after="62" w:line="259" w:lineRule="auto"/>
        <w:ind w:left="115"/>
      </w:pPr>
      <w:r>
        <w:rPr>
          <w:rFonts w:ascii="Noto Sans" w:hAnsi="Noto Sans" w:cs="Noto Sans Devanagari" w:eastAsia="Noto Sans Devanagari"/>
          <w:b w:val="0"/>
          <w:i w:val="0"/>
          <w:sz w:val="20"/>
        </w:rPr>
        <w:t>(अ) फर्मको हकमा प्रोप्राइटर,</w:t>
      </w:r>
    </w:p>
    <w:p>
      <w:pPr>
        <w:spacing w:after="62" w:line="259" w:lineRule="auto"/>
        <w:ind w:left="115"/>
      </w:pPr>
      <w:r>
        <w:rPr>
          <w:rFonts w:ascii="Noto Sans" w:hAnsi="Noto Sans" w:cs="Noto Sans Devanagari" w:eastAsia="Noto Sans Devanagari"/>
          <w:b w:val="0"/>
          <w:i w:val="0"/>
          <w:sz w:val="20"/>
        </w:rPr>
        <w:t>(आ) साझेदारी फर्मको हकमा साझेदार,</w:t>
      </w:r>
    </w:p>
    <w:p>
      <w:pPr>
        <w:spacing w:after="62" w:line="259" w:lineRule="auto"/>
        <w:ind w:left="115"/>
      </w:pPr>
      <w:r>
        <w:rPr>
          <w:rFonts w:ascii="Noto Sans" w:hAnsi="Noto Sans" w:cs="Noto Sans Devanagari" w:eastAsia="Noto Sans Devanagari"/>
          <w:b w:val="0"/>
          <w:i w:val="0"/>
          <w:sz w:val="20"/>
        </w:rPr>
        <w:t>(इ) कम्पनीको हकमा संचालक/प्रवन्ध संचालक,</w:t>
      </w:r>
    </w:p>
    <w:p>
      <w:pPr>
        <w:spacing w:after="62" w:line="259" w:lineRule="auto"/>
      </w:pPr>
      <w:r>
        <w:rPr>
          <w:rFonts w:ascii="Noto Sans" w:hAnsi="Noto Sans" w:cs="Noto Sans Devanagari" w:eastAsia="Noto Sans Devanagari"/>
          <w:b w:val="0"/>
          <w:i w:val="0"/>
          <w:sz w:val="20"/>
        </w:rPr>
        <w:t>(५) सम्बन्धित फर्म/कम्पनीको दर्ता, आयकर दर्ता र कर तिरेको वा करको विवरण पेश गरेको</w:t>
      </w:r>
    </w:p>
    <w:p>
      <w:pPr>
        <w:spacing w:after="62" w:line="259" w:lineRule="auto"/>
      </w:pPr>
      <w:r>
        <w:rPr>
          <w:rFonts w:ascii="Noto Sans" w:hAnsi="Noto Sans" w:cs="Noto Sans Devanagari" w:eastAsia="Noto Sans Devanagari"/>
          <w:b w:val="0"/>
          <w:i w:val="0"/>
          <w:sz w:val="20"/>
        </w:rPr>
        <w:t>प्रमाण/प्रतिलिपि लिनु पर्ने ।</w:t>
      </w:r>
    </w:p>
    <w:p>
      <w:pPr>
        <w:spacing w:after="62" w:line="259" w:lineRule="auto"/>
      </w:pPr>
      <w:r>
        <w:rPr>
          <w:rFonts w:ascii="Noto Sans" w:hAnsi="Noto Sans" w:cs="Noto Sans Devanagari" w:eastAsia="Noto Sans Devanagari"/>
          <w:b w:val="0"/>
          <w:i w:val="0"/>
          <w:sz w:val="20"/>
        </w:rPr>
        <w:t>(६) आवद्ध फर्म/कम्पनीको वर्गीकरण, सटही सुविधा लगायत सम्पूर्ण अभिलेख र सो को आधारमा गरिने</w:t>
      </w:r>
    </w:p>
    <w:p>
      <w:pPr>
        <w:spacing w:after="62" w:line="259" w:lineRule="auto"/>
      </w:pPr>
      <w:r>
        <w:rPr>
          <w:rFonts w:ascii="Noto Sans" w:hAnsi="Noto Sans" w:cs="Noto Sans Devanagari" w:eastAsia="Noto Sans Devanagari"/>
          <w:b w:val="0"/>
          <w:i w:val="0"/>
          <w:sz w:val="20"/>
        </w:rPr>
        <w:t>सटही सुविधा सिफारिस सम्बन्धी सम्पूर्ण जिम्मेवारी संघको हुने व्यहोरा सिफारिसमा उल्लेख गर्नु</w:t>
      </w:r>
    </w:p>
    <w:p>
      <w:pPr>
        <w:spacing w:after="62" w:line="259" w:lineRule="auto"/>
      </w:pPr>
      <w:r>
        <w:rPr>
          <w:rFonts w:ascii="Noto Sans" w:hAnsi="Noto Sans" w:cs="Noto Sans Devanagari" w:eastAsia="Noto Sans Devanagari"/>
          <w:b w:val="0"/>
          <w:i w:val="0"/>
          <w:sz w:val="20"/>
        </w:rPr>
        <w:t>पर्ने ।</w:t>
      </w:r>
    </w:p>
    <w:p>
      <w:pPr>
        <w:spacing w:after="62" w:line="259" w:lineRule="auto"/>
        <w:ind w:left="115"/>
      </w:pPr>
      <w:r>
        <w:rPr>
          <w:rFonts w:ascii="Noto Sans" w:hAnsi="Noto Sans" w:cs="Noto Sans Devanagari" w:eastAsia="Noto Sans Devanagari"/>
          <w:b w:val="0"/>
          <w:i w:val="0"/>
          <w:sz w:val="20"/>
        </w:rPr>
        <w:t>(ख) माथि खण्ड (क) मा उल्लिखित विवरण सहित संघबाट प्राप्त सिफारिसको आधारमा बैंक तथा वित्तीय</w:t>
      </w:r>
    </w:p>
    <w:p>
      <w:pPr>
        <w:spacing w:after="62" w:line="259" w:lineRule="auto"/>
      </w:pPr>
      <w:r>
        <w:rPr>
          <w:rFonts w:ascii="Noto Sans" w:hAnsi="Noto Sans" w:cs="Noto Sans Devanagari" w:eastAsia="Noto Sans Devanagari"/>
          <w:b w:val="0"/>
          <w:i w:val="0"/>
          <w:sz w:val="20"/>
        </w:rPr>
        <w:t>संस्थाले देहाय बमोजिम सटही सुविधा प्रदान गर्नु पर्ने ।</w:t>
      </w:r>
    </w:p>
    <w:p>
      <w:pPr>
        <w:spacing w:after="62" w:line="259" w:lineRule="auto"/>
      </w:pPr>
      <w:r>
        <w:rPr>
          <w:rFonts w:ascii="Noto Sans" w:hAnsi="Noto Sans" w:cs="Noto Sans Devanagari" w:eastAsia="Noto Sans Devanagari"/>
          <w:b w:val="0"/>
          <w:i w:val="0"/>
          <w:sz w:val="20"/>
        </w:rPr>
        <w:t>(१) “क”, “ख” र “ग” वर्गमा परेका फर्म/कम्पनीलाई एक आर्थिक वर्षमा अधिकतम क्रमशः अमेरिकी</w:t>
      </w:r>
    </w:p>
    <w:p>
      <w:pPr>
        <w:spacing w:after="62" w:line="259" w:lineRule="auto"/>
      </w:pPr>
      <w:r>
        <w:rPr>
          <w:rFonts w:ascii="Noto Sans" w:hAnsi="Noto Sans" w:cs="Noto Sans Devanagari" w:eastAsia="Noto Sans Devanagari"/>
          <w:b w:val="0"/>
          <w:i w:val="0"/>
          <w:sz w:val="20"/>
        </w:rPr>
        <w:t>डलर १०,०००।–, ७,०००।– र ५,०००।– बराबर सम्मको मात्र सटही सुविधा उपलव्ध गराउनु</w:t>
      </w:r>
    </w:p>
    <w:p>
      <w:pPr>
        <w:spacing w:after="62" w:line="259" w:lineRule="auto"/>
      </w:pPr>
      <w:r>
        <w:rPr>
          <w:rFonts w:ascii="Noto Sans" w:hAnsi="Noto Sans" w:cs="Noto Sans Devanagari" w:eastAsia="Noto Sans Devanagari"/>
          <w:b w:val="0"/>
          <w:i w:val="0"/>
          <w:sz w:val="20"/>
        </w:rPr>
        <w:t>पर्ने ।</w:t>
      </w:r>
    </w:p>
    <w:p>
      <w:pPr>
        <w:spacing w:after="62" w:line="259" w:lineRule="auto"/>
      </w:pPr>
      <w:r>
        <w:rPr>
          <w:rFonts w:ascii="Noto Sans" w:hAnsi="Noto Sans" w:cs="Noto Sans Devanagari" w:eastAsia="Noto Sans Devanagari"/>
          <w:b w:val="0"/>
          <w:i w:val="0"/>
          <w:sz w:val="20"/>
        </w:rPr>
        <w:t>(२) यस्तो सटही सुविधा डेविट/क्रेडिट/प्रिपेड कार्ड जस्ता बैंकिङ उपकरणका माध्यमबाट उपलव्ध</w:t>
      </w:r>
    </w:p>
    <w:p>
      <w:pPr>
        <w:spacing w:after="62" w:line="259" w:lineRule="auto"/>
      </w:pPr>
      <w:r>
        <w:rPr>
          <w:rFonts w:ascii="Noto Sans" w:hAnsi="Noto Sans" w:cs="Noto Sans Devanagari" w:eastAsia="Noto Sans Devanagari"/>
          <w:b w:val="0"/>
          <w:i w:val="0"/>
          <w:sz w:val="20"/>
        </w:rPr>
        <w:t>गराउन सकिने ।</w:t>
      </w:r>
    </w:p>
    <w:p>
      <w:pPr>
        <w:spacing w:after="62" w:line="259" w:lineRule="auto"/>
      </w:pPr>
      <w:r>
        <w:rPr>
          <w:rFonts w:ascii="Noto Sans" w:hAnsi="Noto Sans" w:cs="Noto Sans Devanagari" w:eastAsia="Noto Sans Devanagari"/>
          <w:b w:val="0"/>
          <w:i w:val="0"/>
          <w:sz w:val="20"/>
        </w:rPr>
        <w:t>(३) क्रेडिट कार्ड मार्फत यस्तो सटही सुविधा उपलव्ध गराउंदा क्रेडिट कार्ड सम्बन्धी आफ्नो</w:t>
      </w:r>
    </w:p>
    <w:p>
      <w:pPr>
        <w:spacing w:after="62" w:line="259" w:lineRule="auto"/>
      </w:pPr>
      <w:r>
        <w:rPr>
          <w:rFonts w:ascii="Noto Sans" w:hAnsi="Noto Sans" w:cs="Noto Sans Devanagari" w:eastAsia="Noto Sans Devanagari"/>
          <w:b w:val="0"/>
          <w:i w:val="0"/>
          <w:sz w:val="20"/>
        </w:rPr>
        <w:t>कार्यविधि/प्रक्रिया पूरा गरेर मात्र उपलव्ध गराउनु पर्ने ।</w:t>
      </w:r>
    </w:p>
    <w:p>
      <w:pPr>
        <w:spacing w:after="62" w:line="259" w:lineRule="auto"/>
      </w:pPr>
      <w:r>
        <w:rPr>
          <w:rFonts w:ascii="Noto Sans" w:hAnsi="Noto Sans" w:cs="Noto Sans Devanagari" w:eastAsia="Noto Sans Devanagari"/>
          <w:b w:val="0"/>
          <w:i w:val="0"/>
          <w:sz w:val="20"/>
        </w:rPr>
        <w:t>(४) भ्रमणमा जाने पदाधिकारीको कन्फर्म हवाई टिकट, राहदानी र भिसा लिनुपर्ने भए सो समेतको</w:t>
      </w:r>
    </w:p>
    <w:p>
      <w:pPr>
        <w:spacing w:after="62" w:line="259" w:lineRule="auto"/>
      </w:pPr>
      <w:r>
        <w:rPr>
          <w:rFonts w:ascii="Noto Sans" w:hAnsi="Noto Sans" w:cs="Noto Sans Devanagari" w:eastAsia="Noto Sans Devanagari"/>
          <w:b w:val="0"/>
          <w:i w:val="0"/>
          <w:sz w:val="20"/>
        </w:rPr>
        <w:t>आधारमा मात्र यस्तो सुविधा उपलव्ध गराउनु पर्ने ।</w:t>
      </w:r>
    </w:p>
    <w:p>
      <w:pPr>
        <w:spacing w:after="62" w:line="259" w:lineRule="auto"/>
      </w:pPr>
      <w:r>
        <w:rPr>
          <w:rFonts w:ascii="Noto Sans" w:hAnsi="Noto Sans" w:cs="Noto Sans Devanagari" w:eastAsia="Noto Sans Devanagari"/>
          <w:b w:val="0"/>
          <w:i w:val="0"/>
          <w:sz w:val="20"/>
        </w:rPr>
        <w:t>(५) यस व्यवस्था अन्तर्गत प्रदान भएको सटही सुविधाको बिवरण संलग्न</w:t>
      </w:r>
    </w:p>
    <w:p>
      <w:pPr>
        <w:keepNext/>
        <w:spacing w:before="200" w:after="80"/>
        <w:pBdr>
          <w:bottom w:val="single" w:sz="12" w:space="2" w:color="2F5597"/>
        </w:pBdr>
      </w:pPr>
      <w:r>
        <w:rPr>
          <w:rFonts w:ascii="Noto Sans" w:hAnsi="Noto Sans" w:cs="Noto Sans Devanagari" w:eastAsia="Noto Sans Devanagari"/>
          <w:b/>
          <w:i w:val="0"/>
          <w:color w:val="2F5597"/>
          <w:sz w:val="24"/>
        </w:rPr>
        <w:t>Schedule 7.6</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7.6</w:t>
      </w:r>
    </w:p>
    <w:p>
      <w:pPr>
        <w:spacing w:after="70" w:line="259" w:lineRule="auto"/>
      </w:pPr>
      <w:r>
        <w:rPr>
          <w:rFonts w:ascii="Noto Sans" w:hAnsi="Noto Sans" w:cs="Noto Sans Devanagari" w:eastAsia="Noto Sans Devanagari"/>
          <w:b w:val="0"/>
          <w:i w:val="0"/>
          <w:color w:val="222222"/>
          <w:sz w:val="18"/>
        </w:rPr>
        <w:t>(For the purpose of Clause 3(e) of F.E. Circular No. 7)</w:t>
      </w:r>
    </w:p>
    <w:p>
      <w:pPr>
        <w:spacing w:after="70" w:line="259" w:lineRule="auto"/>
      </w:pPr>
      <w:r>
        <w:rPr>
          <w:rFonts w:ascii="Noto Sans" w:hAnsi="Noto Sans" w:cs="Noto Sans Devanagari" w:eastAsia="Noto Sans Devanagari"/>
          <w:b w:val="0"/>
          <w:i w:val="0"/>
          <w:color w:val="222222"/>
          <w:sz w:val="18"/>
        </w:rPr>
        <w:t>Form to be Completed for Exchange Facility for Travel to Countries Other than India pursuant to Clause 3(e)</w:t>
      </w:r>
    </w:p>
    <w:p>
      <w:pPr>
        <w:spacing w:after="70" w:line="259" w:lineRule="auto"/>
      </w:pPr>
      <w:r>
        <w:rPr>
          <w:rFonts w:ascii="Noto Sans" w:hAnsi="Noto Sans" w:cs="Noto Sans Devanagari" w:eastAsia="Noto Sans Devanagari"/>
          <w:b w:val="0"/>
          <w:i w:val="0"/>
          <w:color w:val="222222"/>
          <w:sz w:val="18"/>
        </w:rPr>
        <w:t>To: ...................................</w:t>
      </w:r>
    </w:p>
    <w:p>
      <w:pPr>
        <w:spacing w:after="70" w:line="259" w:lineRule="auto"/>
      </w:pPr>
      <w:r>
        <w:rPr>
          <w:rFonts w:ascii="Noto Sans" w:hAnsi="Noto Sans" w:cs="Noto Sans Devanagari" w:eastAsia="Noto Sans Devanagari"/>
          <w:b w:val="0"/>
          <w:i w:val="0"/>
          <w:color w:val="222222"/>
          <w:sz w:val="18"/>
        </w:rPr>
        <w:t>........................................</w:t>
      </w:r>
    </w:p>
    <w:p>
      <w:pPr>
        <w:spacing w:after="70" w:line="259" w:lineRule="auto"/>
      </w:pPr>
      <w:r>
        <w:rPr>
          <w:rFonts w:ascii="Noto Sans" w:hAnsi="Noto Sans" w:cs="Noto Sans Devanagari" w:eastAsia="Noto Sans Devanagari"/>
          <w:b w:val="0"/>
          <w:i w:val="0"/>
          <w:color w:val="222222"/>
          <w:sz w:val="18"/>
        </w:rPr>
        <w:t>...........................................</w:t>
      </w:r>
    </w:p>
    <w:p>
      <w:pPr>
        <w:spacing w:after="70" w:line="259" w:lineRule="auto"/>
        <w:ind w:left="115"/>
      </w:pPr>
      <w:r>
        <w:rPr>
          <w:rFonts w:ascii="Noto Sans" w:hAnsi="Noto Sans" w:cs="Noto Sans Devanagari" w:eastAsia="Noto Sans Devanagari"/>
          <w:b w:val="0"/>
          <w:i w:val="0"/>
          <w:color w:val="222222"/>
          <w:sz w:val="18"/>
        </w:rPr>
        <w:t>1. Name of applicant: ...................................................</w:t>
      </w:r>
    </w:p>
    <w:p>
      <w:pPr>
        <w:spacing w:after="70" w:line="259" w:lineRule="auto"/>
        <w:ind w:left="115"/>
      </w:pPr>
      <w:r>
        <w:rPr>
          <w:rFonts w:ascii="Noto Sans" w:hAnsi="Noto Sans" w:cs="Noto Sans Devanagari" w:eastAsia="Noto Sans Devanagari"/>
          <w:b w:val="0"/>
          <w:i w:val="0"/>
          <w:color w:val="222222"/>
          <w:sz w:val="18"/>
        </w:rPr>
        <w:t>2. Designation: ..................................</w:t>
      </w:r>
    </w:p>
    <w:p>
      <w:pPr>
        <w:spacing w:after="70" w:line="259" w:lineRule="auto"/>
        <w:ind w:left="115"/>
      </w:pPr>
      <w:r>
        <w:rPr>
          <w:rFonts w:ascii="Noto Sans" w:hAnsi="Noto Sans" w:cs="Noto Sans Devanagari" w:eastAsia="Noto Sans Devanagari"/>
          <w:b w:val="0"/>
          <w:i w:val="0"/>
          <w:color w:val="222222"/>
          <w:sz w:val="18"/>
        </w:rPr>
        <w:t>3. Name of firm/company/office: ..................................</w:t>
      </w:r>
    </w:p>
    <w:p>
      <w:pPr>
        <w:spacing w:after="70" w:line="259" w:lineRule="auto"/>
        <w:ind w:left="115"/>
      </w:pPr>
      <w:r>
        <w:rPr>
          <w:rFonts w:ascii="Noto Sans" w:hAnsi="Noto Sans" w:cs="Noto Sans Devanagari" w:eastAsia="Noto Sans Devanagari"/>
          <w:b w:val="0"/>
          <w:i w:val="0"/>
          <w:color w:val="222222"/>
          <w:sz w:val="18"/>
        </w:rPr>
        <w:t>4. Country to be visited: ..................................................</w:t>
      </w:r>
    </w:p>
    <w:p>
      <w:pPr>
        <w:spacing w:after="70" w:line="259" w:lineRule="auto"/>
        <w:ind w:left="115"/>
      </w:pPr>
      <w:r>
        <w:rPr>
          <w:rFonts w:ascii="Noto Sans" w:hAnsi="Noto Sans" w:cs="Noto Sans Devanagari" w:eastAsia="Noto Sans Devanagari"/>
          <w:b w:val="0"/>
          <w:i w:val="0"/>
          <w:color w:val="222222"/>
          <w:sz w:val="18"/>
        </w:rPr>
        <w:t>5. Period of visit: from ....................... to ..................... Total days: .........</w:t>
      </w:r>
    </w:p>
    <w:p>
      <w:pPr>
        <w:spacing w:after="70" w:line="259" w:lineRule="auto"/>
        <w:ind w:left="115"/>
      </w:pPr>
      <w:r>
        <w:rPr>
          <w:rFonts w:ascii="Noto Sans" w:hAnsi="Noto Sans" w:cs="Noto Sans Devanagari" w:eastAsia="Noto Sans Devanagari"/>
          <w:b w:val="0"/>
          <w:i w:val="0"/>
          <w:color w:val="222222"/>
          <w:sz w:val="18"/>
        </w:rPr>
        <w:t>7. Foreign currency required:</w:t>
      </w:r>
    </w:p>
    <w:p>
      <w:pPr>
        <w:spacing w:after="70" w:line="259" w:lineRule="auto"/>
        <w:ind w:left="115"/>
      </w:pPr>
      <w:r>
        <w:rPr>
          <w:rFonts w:ascii="Noto Sans" w:hAnsi="Noto Sans" w:cs="Noto Sans Devanagari" w:eastAsia="Noto Sans Devanagari"/>
          <w:b w:val="0"/>
          <w:i w:val="0"/>
          <w:color w:val="222222"/>
          <w:sz w:val="18"/>
        </w:rPr>
        <w:t>(a) Daily hotel and food expenses</w:t>
      </w:r>
    </w:p>
    <w:p>
      <w:pPr>
        <w:spacing w:after="70" w:line="259" w:lineRule="auto"/>
        <w:ind w:left="115"/>
      </w:pPr>
      <w:r>
        <w:rPr>
          <w:rFonts w:ascii="Noto Sans" w:hAnsi="Noto Sans" w:cs="Noto Sans Devanagari" w:eastAsia="Noto Sans Devanagari"/>
          <w:b w:val="0"/>
          <w:i w:val="0"/>
          <w:color w:val="222222"/>
          <w:sz w:val="18"/>
        </w:rPr>
        <w:t>(b) Entertainment and contingency expenses</w:t>
      </w:r>
    </w:p>
    <w:p>
      <w:pPr>
        <w:spacing w:after="70" w:line="259" w:lineRule="auto"/>
        <w:ind w:left="115"/>
      </w:pPr>
      <w:r>
        <w:rPr>
          <w:rFonts w:ascii="Noto Sans" w:hAnsi="Noto Sans" w:cs="Noto Sans Devanagari" w:eastAsia="Noto Sans Devanagari"/>
          <w:b w:val="0"/>
          <w:i w:val="0"/>
          <w:color w:val="222222"/>
          <w:sz w:val="18"/>
        </w:rPr>
        <w:t>8. If to be debited from the applicant's foreign currency account, Account No.: ...........................</w:t>
      </w:r>
    </w:p>
    <w:p>
      <w:pPr>
        <w:spacing w:after="70" w:line="259" w:lineRule="auto"/>
        <w:ind w:left="115"/>
      </w:pPr>
      <w:r>
        <w:rPr>
          <w:rFonts w:ascii="Noto Sans" w:hAnsi="Noto Sans" w:cs="Noto Sans Devanagari" w:eastAsia="Noto Sans Devanagari"/>
          <w:b w:val="0"/>
          <w:i w:val="0"/>
          <w:color w:val="222222"/>
          <w:sz w:val="18"/>
        </w:rPr>
        <w:t>9. If previously travelled, foreign currency obtained: ........................ and travel period from ........................ to .......................</w:t>
      </w:r>
    </w:p>
    <w:p>
      <w:pPr>
        <w:spacing w:after="70" w:line="259" w:lineRule="auto"/>
        <w:ind w:left="115"/>
      </w:pPr>
      <w:r>
        <w:rPr>
          <w:rFonts w:ascii="Noto Sans" w:hAnsi="Noto Sans" w:cs="Noto Sans Devanagari" w:eastAsia="Noto Sans Devanagari"/>
          <w:b w:val="0"/>
          <w:i w:val="0"/>
          <w:color w:val="222222"/>
          <w:sz w:val="18"/>
        </w:rPr>
        <w:t>10. Foreign currency earned on different occasions up to date in this fiscal year: ...............</w:t>
      </w:r>
    </w:p>
    <w:p>
      <w:pPr>
        <w:spacing w:after="70" w:line="259" w:lineRule="auto"/>
      </w:pPr>
      <w:r>
        <w:rPr>
          <w:rFonts w:ascii="Noto Sans" w:hAnsi="Noto Sans" w:cs="Noto Sans Devanagari" w:eastAsia="Noto Sans Devanagari"/>
          <w:b w:val="0"/>
          <w:i w:val="0"/>
          <w:color w:val="222222"/>
          <w:sz w:val="18"/>
        </w:rPr>
        <w:t>Of which, foreign currency deposited in account: ......................</w:t>
      </w:r>
    </w:p>
    <w:p>
      <w:pPr>
        <w:spacing w:after="70" w:line="259" w:lineRule="auto"/>
        <w:ind w:left="115"/>
      </w:pPr>
      <w:r>
        <w:rPr>
          <w:rFonts w:ascii="Noto Sans" w:hAnsi="Noto Sans" w:cs="Noto Sans Devanagari" w:eastAsia="Noto Sans Devanagari"/>
          <w:b w:val="0"/>
          <w:i w:val="0"/>
          <w:color w:val="222222"/>
          <w:sz w:val="18"/>
        </w:rPr>
        <w:t>11. Documents attached:</w:t>
      </w:r>
    </w:p>
    <w:p>
      <w:pPr>
        <w:spacing w:after="70" w:line="259" w:lineRule="auto"/>
        <w:ind w:left="115"/>
      </w:pPr>
      <w:r>
        <w:rPr>
          <w:rFonts w:ascii="Noto Sans" w:hAnsi="Noto Sans" w:cs="Noto Sans Devanagari" w:eastAsia="Noto Sans Devanagari"/>
          <w:b w:val="0"/>
          <w:i w:val="0"/>
          <w:color w:val="222222"/>
          <w:sz w:val="18"/>
        </w:rPr>
        <w:t>(a) ...........................</w:t>
      </w:r>
    </w:p>
    <w:p>
      <w:pPr>
        <w:spacing w:after="70" w:line="259" w:lineRule="auto"/>
        <w:ind w:left="115"/>
      </w:pPr>
      <w:r>
        <w:rPr>
          <w:rFonts w:ascii="Noto Sans" w:hAnsi="Noto Sans" w:cs="Noto Sans Devanagari" w:eastAsia="Noto Sans Devanagari"/>
          <w:b w:val="0"/>
          <w:i w:val="0"/>
          <w:color w:val="222222"/>
          <w:sz w:val="18"/>
        </w:rPr>
        <w:t>(b) ...........................</w:t>
      </w:r>
    </w:p>
    <w:p>
      <w:pPr>
        <w:spacing w:after="70" w:line="259" w:lineRule="auto"/>
        <w:ind w:left="115"/>
      </w:pPr>
      <w:r>
        <w:rPr>
          <w:rFonts w:ascii="Noto Sans" w:hAnsi="Noto Sans" w:cs="Noto Sans Devanagari" w:eastAsia="Noto Sans Devanagari"/>
          <w:b w:val="0"/>
          <w:i w:val="0"/>
          <w:color w:val="222222"/>
          <w:sz w:val="18"/>
        </w:rPr>
        <w:t>(c) ...........................</w:t>
      </w:r>
    </w:p>
    <w:p>
      <w:pPr>
        <w:spacing w:after="70" w:line="259" w:lineRule="auto"/>
      </w:pPr>
      <w:r>
        <w:rPr>
          <w:rFonts w:ascii="Noto Sans" w:hAnsi="Noto Sans" w:cs="Noto Sans Devanagari" w:eastAsia="Noto Sans Devanagari"/>
          <w:b w:val="0"/>
          <w:i w:val="0"/>
          <w:color w:val="222222"/>
          <w:sz w:val="18"/>
        </w:rPr>
        <w:t>Signature of Applicant</w:t>
      </w:r>
    </w:p>
    <w:p>
      <w:pPr>
        <w:spacing w:after="70" w:line="259" w:lineRule="auto"/>
      </w:pPr>
      <w:r>
        <w:rPr>
          <w:rFonts w:ascii="Noto Sans" w:hAnsi="Noto Sans" w:cs="Noto Sans Devanagari" w:eastAsia="Noto Sans Devanagari"/>
          <w:b w:val="0"/>
          <w:i w:val="0"/>
          <w:color w:val="222222"/>
          <w:sz w:val="18"/>
        </w:rPr>
        <w:t>Date: ....................................</w:t>
      </w:r>
    </w:p>
    <w:p>
      <w:pPr>
        <w:spacing w:after="70" w:line="259" w:lineRule="auto"/>
      </w:pPr>
      <w:r>
        <w:rPr>
          <w:rFonts w:ascii="Noto Sans" w:hAnsi="Noto Sans" w:cs="Noto Sans Devanagari" w:eastAsia="Noto Sans Devanagari"/>
          <w:b w:val="0"/>
          <w:i w:val="0"/>
          <w:color w:val="222222"/>
          <w:sz w:val="18"/>
        </w:rPr>
        <w:t>Pursuant to the above application, .................................... for daily hotel and food expenses and ...................................... for entertainment and contingency expenses, totalling ........................................, has been provided in accordance with the rules.</w:t>
      </w:r>
    </w:p>
    <w:p>
      <w:pPr>
        <w:spacing w:after="70" w:line="259" w:lineRule="auto"/>
      </w:pPr>
      <w:r>
        <w:rPr>
          <w:rFonts w:ascii="Noto Sans" w:hAnsi="Noto Sans" w:cs="Noto Sans Devanagari" w:eastAsia="Noto Sans Devanagari"/>
          <w:b w:val="0"/>
          <w:i w:val="0"/>
          <w:color w:val="222222"/>
          <w:sz w:val="18"/>
        </w:rPr>
        <w:t>Signature of Authorised Officer</w:t>
      </w:r>
    </w:p>
    <w:p>
      <w:pPr>
        <w:spacing w:after="70" w:line="259" w:lineRule="auto"/>
      </w:pPr>
      <w:r>
        <w:rPr>
          <w:rFonts w:ascii="Noto Sans" w:hAnsi="Noto Sans" w:cs="Noto Sans Devanagari" w:eastAsia="Noto Sans Devanagari"/>
          <w:b w:val="0"/>
          <w:i w:val="0"/>
          <w:color w:val="222222"/>
          <w:sz w:val="18"/>
        </w:rPr>
        <w:t>Name:</w:t>
      </w:r>
    </w:p>
    <w:p>
      <w:pPr>
        <w:spacing w:after="70" w:line="259" w:lineRule="auto"/>
      </w:pPr>
      <w:r>
        <w:rPr>
          <w:rFonts w:ascii="Noto Sans" w:hAnsi="Noto Sans" w:cs="Noto Sans Devanagari" w:eastAsia="Noto Sans Devanagari"/>
          <w:b w:val="0"/>
          <w:i w:val="0"/>
          <w:color w:val="222222"/>
          <w:sz w:val="18"/>
        </w:rPr>
        <w:t>Designation:</w:t>
      </w:r>
    </w:p>
    <w:p>
      <w:pPr>
        <w:spacing w:after="70" w:line="259" w:lineRule="auto"/>
      </w:pPr>
      <w:r>
        <w:rPr>
          <w:rFonts w:ascii="Noto Sans" w:hAnsi="Noto Sans" w:cs="Noto Sans Devanagari" w:eastAsia="Noto Sans Devanagari"/>
          <w:b w:val="0"/>
          <w:i w:val="0"/>
          <w:color w:val="222222"/>
          <w:sz w:val="18"/>
        </w:rPr>
        <w:t>Bank Seal:</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७.७</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७.७ अनुसार प्रत्येक</w:t>
      </w:r>
    </w:p>
    <w:p>
      <w:pPr>
        <w:spacing w:after="62" w:line="259" w:lineRule="auto"/>
      </w:pPr>
      <w:r>
        <w:rPr>
          <w:rFonts w:ascii="Noto Sans" w:hAnsi="Noto Sans" w:cs="Noto Sans Devanagari" w:eastAsia="Noto Sans Devanagari"/>
          <w:b w:val="0"/>
          <w:i w:val="0"/>
          <w:sz w:val="20"/>
        </w:rPr>
        <w:t>महिना व्यतित भएको १५ दिन भित्र यस विभागमा पेश गर्नु पर्नेछ ।</w:t>
      </w:r>
    </w:p>
    <w:p>
      <w:pPr>
        <w:spacing w:after="62" w:line="259" w:lineRule="auto"/>
        <w:ind w:left="115"/>
      </w:pPr>
      <w:r>
        <w:rPr>
          <w:rFonts w:ascii="Noto Sans" w:hAnsi="Noto Sans" w:cs="Noto Sans Devanagari" w:eastAsia="Noto Sans Devanagari"/>
          <w:b w:val="0"/>
          <w:i w:val="0"/>
          <w:sz w:val="20"/>
        </w:rPr>
        <w:t>८. विभिन्न प्रयोजनको लागि विदेशी मुद्राको सटही सम्बन्धी व्यवस्था</w:t>
      </w:r>
    </w:p>
    <w:p>
      <w:pPr>
        <w:spacing w:after="62" w:line="259" w:lineRule="auto"/>
      </w:pPr>
      <w:r>
        <w:rPr>
          <w:rFonts w:ascii="Noto Sans" w:hAnsi="Noto Sans" w:cs="Noto Sans Devanagari" w:eastAsia="Noto Sans Devanagari"/>
          <w:b w:val="0"/>
          <w:i w:val="0"/>
          <w:sz w:val="20"/>
        </w:rPr>
        <w:t>देहायका संघ, संस्था तथा इजाजतपत्रप्राप्त संस्थाहरूलाई विभिन्न प्रयोजनको लागि निम्न बमोजिम परिवर्त्य</w:t>
      </w:r>
    </w:p>
    <w:p>
      <w:pPr>
        <w:spacing w:after="62" w:line="259" w:lineRule="auto"/>
      </w:pPr>
      <w:r>
        <w:rPr>
          <w:rFonts w:ascii="Noto Sans" w:hAnsi="Noto Sans" w:cs="Noto Sans Devanagari" w:eastAsia="Noto Sans Devanagari"/>
          <w:b w:val="0"/>
          <w:i w:val="0"/>
          <w:sz w:val="20"/>
        </w:rPr>
        <w:t>विदेशी मुद्रा (भारतको हकमा भा.रु.मा मात्र) को सटही सुविधा प्रदान गर्न सकिने व्यवस्था गरिएको छ ।</w:t>
      </w:r>
    </w:p>
    <w:p>
      <w:pPr>
        <w:spacing w:after="62" w:line="259" w:lineRule="auto"/>
        <w:ind w:left="115"/>
      </w:pPr>
      <w:r>
        <w:rPr>
          <w:rFonts w:ascii="Noto Sans" w:hAnsi="Noto Sans" w:cs="Noto Sans Devanagari" w:eastAsia="Noto Sans Devanagari"/>
          <w:b w:val="0"/>
          <w:i w:val="0"/>
          <w:sz w:val="20"/>
        </w:rPr>
        <w:t>(क) नेपाल राष्ट्र बैंकबाट इजाजतप्राप्त बैंक/वित्तीय संस्थाहरूलाई आवश्यक पर्ने सेवा आयात, सदस्यता</w:t>
      </w:r>
    </w:p>
    <w:p>
      <w:pPr>
        <w:spacing w:after="62" w:line="259" w:lineRule="auto"/>
      </w:pPr>
      <w:r>
        <w:rPr>
          <w:rFonts w:ascii="Noto Sans" w:hAnsi="Noto Sans" w:cs="Noto Sans Devanagari" w:eastAsia="Noto Sans Devanagari"/>
          <w:b w:val="0"/>
          <w:i w:val="0"/>
          <w:sz w:val="20"/>
        </w:rPr>
        <w:t>शुल्क, आदि Beneficiary संस्थाको नाउँमा भुक्तानी गर्ने प्रयोजनको लागि विदेशी मुद्राको सटही</w:t>
      </w:r>
    </w:p>
    <w:p>
      <w:pPr>
        <w:spacing w:after="62" w:line="259" w:lineRule="auto"/>
      </w:pPr>
      <w:r>
        <w:rPr>
          <w:rFonts w:ascii="Noto Sans" w:hAnsi="Noto Sans" w:cs="Noto Sans Devanagari" w:eastAsia="Noto Sans Devanagari"/>
          <w:b w:val="0"/>
          <w:i w:val="0"/>
          <w:sz w:val="20"/>
        </w:rPr>
        <w:t>सुविधाको लागि यस बैंकको स्वीकृति लिनुपर्ने छैन । उपर्युक्त प्रयोजनका लागि नियमानुसार</w:t>
      </w:r>
    </w:p>
    <w:p>
      <w:pPr>
        <w:spacing w:after="62" w:line="259" w:lineRule="auto"/>
      </w:pPr>
      <w:r>
        <w:rPr>
          <w:rFonts w:ascii="Noto Sans" w:hAnsi="Noto Sans" w:cs="Noto Sans Devanagari" w:eastAsia="Noto Sans Devanagari"/>
          <w:b w:val="0"/>
          <w:i w:val="0"/>
          <w:sz w:val="20"/>
        </w:rPr>
        <w:t>भुक्तानीमा कर लाग्ने भए कर तिरेको निस्सा संलग्न गर्नु पर्नेछ । साथै, उपर्युक्त बमोजिमका सेवा</w:t>
      </w:r>
    </w:p>
    <w:p>
      <w:pPr>
        <w:spacing w:after="62" w:line="259" w:lineRule="auto"/>
      </w:pPr>
      <w:r>
        <w:rPr>
          <w:rFonts w:ascii="Noto Sans" w:hAnsi="Noto Sans" w:cs="Noto Sans Devanagari" w:eastAsia="Noto Sans Devanagari"/>
          <w:b w:val="0"/>
          <w:i w:val="0"/>
          <w:sz w:val="20"/>
        </w:rPr>
        <w:t>आयात, सदस्यता शुल्क, आदिका लागि प्रचलित व्यवस्थाबमोजिम स्वीकृति लिनुपर्ने भएमा सम्बन्धित</w:t>
      </w:r>
    </w:p>
    <w:p>
      <w:pPr>
        <w:spacing w:after="62" w:line="259" w:lineRule="auto"/>
      </w:pPr>
      <w:r>
        <w:rPr>
          <w:rFonts w:ascii="Noto Sans" w:hAnsi="Noto Sans" w:cs="Noto Sans Devanagari" w:eastAsia="Noto Sans Devanagari"/>
          <w:b w:val="0"/>
          <w:i w:val="0"/>
          <w:sz w:val="20"/>
        </w:rPr>
        <w:t>निकायको स्वीकृति लिनुपर्नेछ तथा अमेरिकी डलर तीन लाख वा सो बरावरको अन्य परिवर्त्य विदेशी</w:t>
      </w:r>
    </w:p>
    <w:p>
      <w:pPr>
        <w:spacing w:after="62" w:line="259" w:lineRule="auto"/>
      </w:pPr>
      <w:r>
        <w:rPr>
          <w:rFonts w:ascii="Noto Sans" w:hAnsi="Noto Sans" w:cs="Noto Sans Devanagari" w:eastAsia="Noto Sans Devanagari"/>
          <w:b w:val="0"/>
          <w:i w:val="0"/>
          <w:sz w:val="20"/>
        </w:rPr>
        <w:t>मुद्रा भन्दा बढी रकम भुक्तानी दायित्व सिर्जना हुने सम्झौताको हकमा त्यस्तो सम्झौता गर्नुपूर्व</w:t>
      </w:r>
    </w:p>
    <w:p>
      <w:pPr>
        <w:spacing w:after="62" w:line="259" w:lineRule="auto"/>
      </w:pPr>
      <w:r>
        <w:rPr>
          <w:rFonts w:ascii="Noto Sans" w:hAnsi="Noto Sans" w:cs="Noto Sans Devanagari" w:eastAsia="Noto Sans Devanagari"/>
          <w:b w:val="0"/>
          <w:i w:val="0"/>
          <w:sz w:val="20"/>
        </w:rPr>
        <w:t>बैंक तथा वित्तीय संस्था नियमन विभाग तथा सम्बन्धित सुपरिवेक्षण विभागलाई अनिवार्य जानकारी</w:t>
      </w:r>
    </w:p>
    <w:p>
      <w:pPr>
        <w:spacing w:after="62" w:line="259" w:lineRule="auto"/>
      </w:pPr>
      <w:r>
        <w:rPr>
          <w:rFonts w:ascii="Noto Sans" w:hAnsi="Noto Sans" w:cs="Noto Sans Devanagari" w:eastAsia="Noto Sans Devanagari"/>
          <w:b w:val="0"/>
          <w:i w:val="0"/>
          <w:sz w:val="20"/>
        </w:rPr>
        <w:t>गराउनु पर्नेछ ।</w:t>
      </w:r>
    </w:p>
    <w:p>
      <w:pPr>
        <w:spacing w:after="62" w:line="259" w:lineRule="auto"/>
        <w:ind w:left="115"/>
      </w:pPr>
      <w:r>
        <w:rPr>
          <w:rFonts w:ascii="Noto Sans" w:hAnsi="Noto Sans" w:cs="Noto Sans Devanagari" w:eastAsia="Noto Sans Devanagari"/>
          <w:b w:val="0"/>
          <w:i w:val="0"/>
          <w:sz w:val="20"/>
        </w:rPr>
        <w:t>(ख) विदेशस्थित अस्पतालमा गई औषधोपचार गराउने र आवश्यक औषधि तथा उपचारजन्य उपकरण</w:t>
      </w:r>
    </w:p>
    <w:p>
      <w:pPr>
        <w:spacing w:after="62" w:line="259" w:lineRule="auto"/>
      </w:pPr>
      <w:r>
        <w:rPr>
          <w:rFonts w:ascii="Noto Sans" w:hAnsi="Noto Sans" w:cs="Noto Sans Devanagari" w:eastAsia="Noto Sans Devanagari"/>
          <w:b w:val="0"/>
          <w:i w:val="0"/>
          <w:sz w:val="20"/>
        </w:rPr>
        <w:t>खरिद गर्ने प्रयोजनका लागि नेपाली नागरिकहरूलाई देहाय बमोजिमको प्रकृया पूरा गरी बैंक तथा</w:t>
      </w:r>
    </w:p>
    <w:p>
      <w:pPr>
        <w:spacing w:after="62" w:line="259" w:lineRule="auto"/>
      </w:pPr>
      <w:r>
        <w:rPr>
          <w:rFonts w:ascii="Noto Sans" w:hAnsi="Noto Sans" w:cs="Noto Sans Devanagari" w:eastAsia="Noto Sans Devanagari"/>
          <w:b w:val="0"/>
          <w:i w:val="0"/>
          <w:sz w:val="20"/>
        </w:rPr>
        <w:t>वित्तीय संस्थाहरूले वार्षिक अमेरिकी डलर १५ हजारसम्म सटही सुविधा प्रदान गर्न सक्नेछन् ः</w:t>
      </w:r>
    </w:p>
    <w:p>
      <w:pPr>
        <w:spacing w:after="62" w:line="259" w:lineRule="auto"/>
      </w:pPr>
      <w:r>
        <w:rPr>
          <w:rFonts w:ascii="Noto Sans" w:hAnsi="Noto Sans" w:cs="Noto Sans Devanagari" w:eastAsia="Noto Sans Devanagari"/>
          <w:b w:val="0"/>
          <w:i w:val="0"/>
          <w:sz w:val="20"/>
        </w:rPr>
        <w:t>(१) बाह्य मुलुक गई उपचार गराउन चाहने वा गर्नुपर्ने व्यक्तिले नेपालका अस्पतालमा स्वास्थ्य</w:t>
      </w:r>
    </w:p>
    <w:p>
      <w:pPr>
        <w:spacing w:after="62" w:line="259" w:lineRule="auto"/>
      </w:pPr>
      <w:r>
        <w:rPr>
          <w:rFonts w:ascii="Noto Sans" w:hAnsi="Noto Sans" w:cs="Noto Sans Devanagari" w:eastAsia="Noto Sans Devanagari"/>
          <w:b w:val="0"/>
          <w:i w:val="0"/>
          <w:sz w:val="20"/>
        </w:rPr>
        <w:t>परीक्षण गराई वाह्य मुलुक गई उपचार गराउन उपयुक्त हुने भनी स्वदेशका डाक्टरले उपलव्ध</w:t>
      </w:r>
    </w:p>
    <w:p>
      <w:pPr>
        <w:spacing w:after="62" w:line="259" w:lineRule="auto"/>
      </w:pPr>
      <w:r>
        <w:rPr>
          <w:rFonts w:ascii="Noto Sans" w:hAnsi="Noto Sans" w:cs="Noto Sans Devanagari" w:eastAsia="Noto Sans Devanagari"/>
          <w:b w:val="0"/>
          <w:i w:val="0"/>
          <w:sz w:val="20"/>
        </w:rPr>
        <w:t>गराएको सिफारिसपत्र तथा विदेशस्थित अस्पतालबाट उपचारमा लाग्ने अनुमानित खर्च उल्लेख</w:t>
      </w:r>
    </w:p>
    <w:p>
      <w:pPr>
        <w:spacing w:after="62" w:line="259" w:lineRule="auto"/>
      </w:pPr>
      <w:r>
        <w:rPr>
          <w:rFonts w:ascii="Noto Sans" w:hAnsi="Noto Sans" w:cs="Noto Sans Devanagari" w:eastAsia="Noto Sans Devanagari"/>
          <w:b w:val="0"/>
          <w:i w:val="0"/>
          <w:sz w:val="20"/>
        </w:rPr>
        <w:t>भएको कागजात पेश गर्नुपर्ने ।</w:t>
      </w:r>
    </w:p>
    <w:p>
      <w:pPr>
        <w:spacing w:after="62" w:line="259" w:lineRule="auto"/>
      </w:pPr>
      <w:r>
        <w:rPr>
          <w:rFonts w:ascii="Noto Sans" w:hAnsi="Noto Sans" w:cs="Noto Sans Devanagari" w:eastAsia="Noto Sans Devanagari"/>
          <w:b w:val="0"/>
          <w:i w:val="0"/>
          <w:sz w:val="20"/>
        </w:rPr>
        <w:t>(२) यस्तो सटही सुविधा विदेशी अस्पताल (औषधि तथा उपकरण बिक्रेता समेत) ले भुक्तानी पाउने</w:t>
      </w:r>
    </w:p>
    <w:p>
      <w:pPr>
        <w:spacing w:after="62" w:line="259" w:lineRule="auto"/>
      </w:pPr>
      <w:r>
        <w:rPr>
          <w:rFonts w:ascii="Noto Sans" w:hAnsi="Noto Sans" w:cs="Noto Sans Devanagari" w:eastAsia="Noto Sans Devanagari"/>
          <w:b w:val="0"/>
          <w:i w:val="0"/>
          <w:sz w:val="20"/>
        </w:rPr>
        <w:t>गरी पठाउनु पर्ने ।</w:t>
      </w:r>
    </w:p>
    <w:p>
      <w:pPr>
        <w:spacing w:after="62" w:line="259" w:lineRule="auto"/>
      </w:pPr>
      <w:r>
        <w:rPr>
          <w:rFonts w:ascii="Noto Sans" w:hAnsi="Noto Sans" w:cs="Noto Sans Devanagari" w:eastAsia="Noto Sans Devanagari"/>
          <w:b w:val="0"/>
          <w:i w:val="0"/>
          <w:sz w:val="20"/>
        </w:rPr>
        <w:t>(३) यस व्यवस्था अन्तर्गत सटहीबापत् लिएको रकमको खर्च विवरण उपचारबाट फर्केको १५ दिनभित्र</w:t>
      </w:r>
    </w:p>
    <w:p>
      <w:pPr>
        <w:spacing w:after="62" w:line="259" w:lineRule="auto"/>
      </w:pPr>
      <w:r>
        <w:rPr>
          <w:rFonts w:ascii="Noto Sans" w:hAnsi="Noto Sans" w:cs="Noto Sans Devanagari" w:eastAsia="Noto Sans Devanagari"/>
          <w:b w:val="0"/>
          <w:i w:val="0"/>
          <w:sz w:val="20"/>
        </w:rPr>
        <w:t>सम्बन्धित बैंक तथा वित्तीय संस्थामा बुझाउनु पर्नेछ ।</w:t>
      </w:r>
    </w:p>
    <w:p>
      <w:pPr>
        <w:spacing w:after="62" w:line="259" w:lineRule="auto"/>
      </w:pPr>
      <w:r>
        <w:rPr>
          <w:rFonts w:ascii="Noto Sans" w:hAnsi="Noto Sans" w:cs="Noto Sans Devanagari" w:eastAsia="Noto Sans Devanagari"/>
          <w:b w:val="0"/>
          <w:i w:val="0"/>
          <w:sz w:val="20"/>
        </w:rPr>
        <w:t>(४) यसरी सटही सुविधा प्रदान गरे पश्चात ऊक्त सुविधा दिइएका व्यत्तिहरूको नाम, ठेगाना, फोन</w:t>
      </w:r>
    </w:p>
    <w:p>
      <w:pPr>
        <w:spacing w:after="62" w:line="259" w:lineRule="auto"/>
      </w:pPr>
      <w:r>
        <w:rPr>
          <w:rFonts w:ascii="Noto Sans" w:hAnsi="Noto Sans" w:cs="Noto Sans Devanagari" w:eastAsia="Noto Sans Devanagari"/>
          <w:b w:val="0"/>
          <w:i w:val="0"/>
          <w:sz w:val="20"/>
        </w:rPr>
        <w:t>नम्बर, सटही लिएको मुद्रा र रकम उपचार गराउने विदेशी अस्पताल (औषधि तथा उपकरण</w:t>
      </w:r>
    </w:p>
    <w:p>
      <w:pPr>
        <w:spacing w:after="62" w:line="259" w:lineRule="auto"/>
      </w:pPr>
      <w:r>
        <w:rPr>
          <w:rFonts w:ascii="Noto Sans" w:hAnsi="Noto Sans" w:cs="Noto Sans Devanagari" w:eastAsia="Noto Sans Devanagari"/>
          <w:b w:val="0"/>
          <w:i w:val="0"/>
          <w:sz w:val="20"/>
        </w:rPr>
        <w:t>बिक्रेता समेत) को नाम, ठेगाना एवम् खर्च फछर्यौट् भए/नभएको विवरण अर्धवार्षिक रुपमा</w:t>
      </w:r>
    </w:p>
    <w:p>
      <w:pPr>
        <w:spacing w:after="62" w:line="259" w:lineRule="auto"/>
      </w:pPr>
      <w:r>
        <w:rPr>
          <w:rFonts w:ascii="Noto Sans" w:hAnsi="Noto Sans" w:cs="Noto Sans Devanagari" w:eastAsia="Noto Sans Devanagari"/>
          <w:b w:val="0"/>
          <w:i w:val="0"/>
          <w:sz w:val="20"/>
        </w:rPr>
        <w:t>अवधि समाप्त भएको मितिले १५ (पन्ध्र) दिन भित्र यस विभागमा पेश गर्नु पर्नेछ ।</w:t>
      </w:r>
    </w:p>
    <w:p>
      <w:pPr>
        <w:spacing w:after="62" w:line="259" w:lineRule="auto"/>
      </w:pPr>
      <w:r>
        <w:rPr>
          <w:rFonts w:ascii="Noto Sans" w:hAnsi="Noto Sans" w:cs="Noto Sans Devanagari" w:eastAsia="Noto Sans Devanagari"/>
          <w:b w:val="0"/>
          <w:i w:val="0"/>
          <w:sz w:val="20"/>
        </w:rPr>
        <w:t>(५) खण्ड ख(३) बमोजिमको सटही लिई सोको विवरण नबुझाउने व्यक्तिलाई पुनः त्यस्तो सुविधा</w:t>
      </w:r>
    </w:p>
    <w:p>
      <w:pPr>
        <w:spacing w:after="62" w:line="259" w:lineRule="auto"/>
      </w:pPr>
      <w:r>
        <w:rPr>
          <w:rFonts w:ascii="Noto Sans" w:hAnsi="Noto Sans" w:cs="Noto Sans Devanagari" w:eastAsia="Noto Sans Devanagari"/>
          <w:b w:val="0"/>
          <w:i w:val="0"/>
          <w:sz w:val="20"/>
        </w:rPr>
        <w:t>प्रदान गरिनेछैन ।</w:t>
      </w:r>
    </w:p>
    <w:p>
      <w:pPr>
        <w:spacing w:after="62" w:line="259" w:lineRule="auto"/>
        <w:ind w:left="115"/>
      </w:pPr>
      <w:r>
        <w:rPr>
          <w:rFonts w:ascii="Noto Sans" w:hAnsi="Noto Sans" w:cs="Noto Sans Devanagari" w:eastAsia="Noto Sans Devanagari"/>
          <w:b w:val="0"/>
          <w:i w:val="0"/>
          <w:sz w:val="20"/>
        </w:rPr>
        <w:t>(ग) दूर संचार सम्बन्धी सेवा प्रदायक नेपाली कम्पनीहरूले विदेशी सेवा प्रदायक कम्पनीहरूसँग सम्झौता</w:t>
      </w:r>
    </w:p>
    <w:p>
      <w:pPr>
        <w:spacing w:after="62" w:line="259" w:lineRule="auto"/>
      </w:pPr>
      <w:r>
        <w:rPr>
          <w:rFonts w:ascii="Noto Sans" w:hAnsi="Noto Sans" w:cs="Noto Sans Devanagari" w:eastAsia="Noto Sans Devanagari"/>
          <w:b w:val="0"/>
          <w:i w:val="0"/>
          <w:sz w:val="20"/>
        </w:rPr>
        <w:t>गरी सेटेलाइट सेवा भाडामा लिने वा प्रयोग गरेकोमा देहायका कागजात लिई भाडा बापत वार्षिक</w:t>
      </w:r>
    </w:p>
    <w:p>
      <w:pPr>
        <w:spacing w:after="62" w:line="259" w:lineRule="auto"/>
      </w:pPr>
      <w:r>
        <w:rPr>
          <w:rFonts w:ascii="Noto Sans" w:hAnsi="Noto Sans" w:cs="Noto Sans Devanagari" w:eastAsia="Noto Sans Devanagari"/>
          <w:b w:val="0"/>
          <w:i w:val="0"/>
          <w:sz w:val="20"/>
        </w:rPr>
        <w:t>अमेरिकी डलर १ लाखसम्मको भुक्तानी बैंक तथा वित्तीय सस्था स्वयम्ले गर्न सक्नेछन् ः</w:t>
      </w:r>
    </w:p>
    <w:p>
      <w:pPr>
        <w:spacing w:after="62" w:line="259" w:lineRule="auto"/>
      </w:pPr>
      <w:r>
        <w:rPr>
          <w:rFonts w:ascii="Noto Sans" w:hAnsi="Noto Sans" w:cs="Noto Sans Devanagari" w:eastAsia="Noto Sans Devanagari"/>
          <w:b w:val="0"/>
          <w:i w:val="0"/>
          <w:sz w:val="20"/>
        </w:rPr>
        <w:t>(१) सेवा प्रदायक संस्था र नेपाली कम्पनी बीच सेवा उपलव्ध गराउने सम्बन्धमा भएको</w:t>
      </w:r>
    </w:p>
    <w:p>
      <w:pPr>
        <w:spacing w:after="62" w:line="259" w:lineRule="auto"/>
      </w:pPr>
      <w:r>
        <w:rPr>
          <w:rFonts w:ascii="Noto Sans" w:hAnsi="Noto Sans" w:cs="Noto Sans Devanagari" w:eastAsia="Noto Sans Devanagari"/>
          <w:b w:val="0"/>
          <w:i w:val="0"/>
          <w:sz w:val="20"/>
        </w:rPr>
        <w:t>सम्झौता ।</w:t>
      </w:r>
    </w:p>
    <w:p>
      <w:pPr>
        <w:spacing w:after="62" w:line="259" w:lineRule="auto"/>
      </w:pPr>
      <w:r>
        <w:rPr>
          <w:rFonts w:ascii="Noto Sans" w:hAnsi="Noto Sans" w:cs="Noto Sans Devanagari" w:eastAsia="Noto Sans Devanagari"/>
          <w:b w:val="0"/>
          <w:i w:val="0"/>
          <w:sz w:val="20"/>
        </w:rPr>
        <w:t>(२) सम्बन्धित नियमनकारी निकाय (सूचना तथा सञ्चार मन्त्रालय) को सिफारिस ।</w:t>
      </w:r>
    </w:p>
    <w:p>
      <w:pPr>
        <w:spacing w:after="62" w:line="259" w:lineRule="auto"/>
      </w:pPr>
      <w:r>
        <w:rPr>
          <w:rFonts w:ascii="Noto Sans" w:hAnsi="Noto Sans" w:cs="Noto Sans Devanagari" w:eastAsia="Noto Sans Devanagari"/>
          <w:b w:val="0"/>
          <w:i w:val="0"/>
          <w:sz w:val="20"/>
        </w:rPr>
        <w:t>(३) विदेशस्थित सेवा प्रदायक कम्पनी/संस्थाले जारी गरेको इन्भ्वाइस ।</w:t>
      </w:r>
    </w:p>
    <w:p>
      <w:pPr>
        <w:spacing w:after="62" w:line="259" w:lineRule="auto"/>
      </w:pPr>
      <w:r>
        <w:rPr>
          <w:rFonts w:ascii="Noto Sans" w:hAnsi="Noto Sans" w:cs="Noto Sans Devanagari" w:eastAsia="Noto Sans Devanagari"/>
          <w:b w:val="0"/>
          <w:i w:val="0"/>
          <w:sz w:val="20"/>
        </w:rPr>
        <w:t>(४) नियमानुसार लाग्ने कर तिरेको निस्सा ।</w:t>
      </w:r>
    </w:p>
    <w:p>
      <w:pPr>
        <w:spacing w:after="62" w:line="259" w:lineRule="auto"/>
        <w:ind w:left="115"/>
      </w:pPr>
      <w:r>
        <w:rPr>
          <w:rFonts w:ascii="Noto Sans" w:hAnsi="Noto Sans" w:cs="Noto Sans Devanagari" w:eastAsia="Noto Sans Devanagari"/>
          <w:b w:val="0"/>
          <w:i w:val="0"/>
          <w:sz w:val="20"/>
        </w:rPr>
        <w:t>(घ) अन्तराष्ट्रिय उडान अनुमति प्राप्त नेपाली वायुसेवा कम्पनीहरूले हवाई जहाजका इन्धन खरिद</w:t>
      </w:r>
    </w:p>
    <w:p>
      <w:pPr>
        <w:spacing w:after="62" w:line="259" w:lineRule="auto"/>
      </w:pPr>
      <w:r>
        <w:rPr>
          <w:rFonts w:ascii="Noto Sans" w:hAnsi="Noto Sans" w:cs="Noto Sans Devanagari" w:eastAsia="Noto Sans Devanagari"/>
          <w:b w:val="0"/>
          <w:i w:val="0"/>
          <w:sz w:val="20"/>
        </w:rPr>
        <w:t>प्रयोजनका लागि देहाय बमोजिमका कागजातका आधारमा प्रचलित व्यवस्था अन्तर्गत रही अमेरिकी</w:t>
      </w:r>
    </w:p>
    <w:p>
      <w:pPr>
        <w:spacing w:after="62" w:line="259" w:lineRule="auto"/>
      </w:pPr>
      <w:r>
        <w:rPr>
          <w:rFonts w:ascii="Noto Sans" w:hAnsi="Noto Sans" w:cs="Noto Sans Devanagari" w:eastAsia="Noto Sans Devanagari"/>
          <w:b w:val="0"/>
          <w:i w:val="0"/>
          <w:sz w:val="20"/>
        </w:rPr>
        <w:t>डलर १ लाखको सीमा सम्म परिवर्त्य विदेशी मुद्रा बैंक तथा वित्तीय संस्था स्वयम्ले</w:t>
      </w:r>
    </w:p>
    <w:p>
      <w:pPr>
        <w:spacing w:after="62" w:line="259" w:lineRule="auto"/>
      </w:pPr>
      <w:r>
        <w:rPr>
          <w:rFonts w:ascii="Noto Sans" w:hAnsi="Noto Sans" w:cs="Noto Sans Devanagari" w:eastAsia="Noto Sans Devanagari"/>
          <w:b w:val="0"/>
          <w:i w:val="0"/>
          <w:sz w:val="20"/>
        </w:rPr>
        <w:t>ड्राफ्ट/टी.टी./स्वीफ्ट मार्फत् पठाउन सक्नेछन् ः</w:t>
      </w:r>
    </w:p>
    <w:p>
      <w:pPr>
        <w:spacing w:after="62" w:line="259" w:lineRule="auto"/>
      </w:pPr>
      <w:r>
        <w:rPr>
          <w:rFonts w:ascii="Noto Sans" w:hAnsi="Noto Sans" w:cs="Noto Sans Devanagari" w:eastAsia="Noto Sans Devanagari"/>
          <w:b w:val="0"/>
          <w:i w:val="0"/>
          <w:sz w:val="20"/>
        </w:rPr>
        <w:t>(१) सम्बन्धित नियमनकारी निकाय (नेपाल नागरिक उडड्यन प्राधिकरण) को सिफारिस ।</w:t>
      </w:r>
    </w:p>
    <w:p>
      <w:pPr>
        <w:spacing w:after="62" w:line="259" w:lineRule="auto"/>
      </w:pPr>
      <w:r>
        <w:rPr>
          <w:rFonts w:ascii="Noto Sans" w:hAnsi="Noto Sans" w:cs="Noto Sans Devanagari" w:eastAsia="Noto Sans Devanagari"/>
          <w:b w:val="0"/>
          <w:i w:val="0"/>
          <w:sz w:val="20"/>
        </w:rPr>
        <w:t>(२) विमानस्थलमा इन्धन आपूर्ति प्रदायक संस्था (विमानस्थलमा इन्धन आपूर्ति गर्ने संस्था खुल्ने</w:t>
      </w:r>
    </w:p>
    <w:p>
      <w:pPr>
        <w:spacing w:after="62" w:line="259" w:lineRule="auto"/>
      </w:pPr>
      <w:r>
        <w:rPr>
          <w:rFonts w:ascii="Noto Sans" w:hAnsi="Noto Sans" w:cs="Noto Sans Devanagari" w:eastAsia="Noto Sans Devanagari"/>
          <w:b w:val="0"/>
          <w:i w:val="0"/>
          <w:sz w:val="20"/>
        </w:rPr>
        <w:t>कागजात) वा सोसँग भएको सम्झौता ।</w:t>
      </w:r>
    </w:p>
    <w:p>
      <w:pPr>
        <w:spacing w:after="62" w:line="259" w:lineRule="auto"/>
      </w:pPr>
      <w:r>
        <w:rPr>
          <w:rFonts w:ascii="Noto Sans" w:hAnsi="Noto Sans" w:cs="Noto Sans Devanagari" w:eastAsia="Noto Sans Devanagari"/>
          <w:b w:val="0"/>
          <w:i w:val="0"/>
          <w:sz w:val="20"/>
        </w:rPr>
        <w:t>(३) विदेशस्थित सेवा प्रदायक कम्पनी/संस्थाले जारी गरेको इन्भ्वाइस ।</w:t>
      </w:r>
    </w:p>
    <w:p>
      <w:pPr>
        <w:spacing w:after="62" w:line="259" w:lineRule="auto"/>
        <w:ind w:left="115"/>
      </w:pPr>
      <w:r>
        <w:rPr>
          <w:rFonts w:ascii="Noto Sans" w:hAnsi="Noto Sans" w:cs="Noto Sans Devanagari" w:eastAsia="Noto Sans Devanagari"/>
          <w:b w:val="0"/>
          <w:i w:val="0"/>
          <w:sz w:val="20"/>
        </w:rPr>
        <w:t>९. मेशिनरी तथा औजारहरू भाडामा प्रयोग गरे बापतको सटही सुविधा सम्बन्धमा</w:t>
      </w:r>
    </w:p>
    <w:p>
      <w:pPr>
        <w:spacing w:after="62" w:line="259" w:lineRule="auto"/>
      </w:pPr>
      <w:r>
        <w:rPr>
          <w:rFonts w:ascii="Noto Sans" w:hAnsi="Noto Sans" w:cs="Noto Sans Devanagari" w:eastAsia="Noto Sans Devanagari"/>
          <w:b w:val="0"/>
          <w:i w:val="0"/>
          <w:sz w:val="20"/>
        </w:rPr>
        <w:t>नेपाली उद्योगहरूले भारतबाट मेशिनरी तथा औजारहरू भाडामा लिई प्रयोग गरे बापत भुक्तानी गर्नु पर्ने</w:t>
      </w:r>
    </w:p>
    <w:p>
      <w:pPr>
        <w:spacing w:after="62" w:line="259" w:lineRule="auto"/>
      </w:pPr>
      <w:r>
        <w:rPr>
          <w:rFonts w:ascii="Noto Sans" w:hAnsi="Noto Sans" w:cs="Noto Sans Devanagari" w:eastAsia="Noto Sans Devanagari"/>
          <w:b w:val="0"/>
          <w:i w:val="0"/>
          <w:sz w:val="20"/>
        </w:rPr>
        <w:t>रकम देहायका आधारमा वार्षिक भा.रु.१० लाखसम्मको भुक्तानी बैंक तथा वित्तीय संस्था आफैले पठाउन</w:t>
      </w:r>
    </w:p>
    <w:p>
      <w:pPr>
        <w:spacing w:after="62" w:line="259" w:lineRule="auto"/>
      </w:pPr>
      <w:r>
        <w:rPr>
          <w:rFonts w:ascii="Noto Sans" w:hAnsi="Noto Sans" w:cs="Noto Sans Devanagari" w:eastAsia="Noto Sans Devanagari"/>
          <w:b w:val="0"/>
          <w:i w:val="0"/>
          <w:sz w:val="20"/>
        </w:rPr>
        <w:t>सक्ने छन् ः</w:t>
      </w:r>
    </w:p>
    <w:p>
      <w:pPr>
        <w:spacing w:after="62" w:line="259" w:lineRule="auto"/>
        <w:ind w:left="115"/>
      </w:pPr>
      <w:r>
        <w:rPr>
          <w:rFonts w:ascii="Noto Sans" w:hAnsi="Noto Sans" w:cs="Noto Sans Devanagari" w:eastAsia="Noto Sans Devanagari"/>
          <w:b w:val="0"/>
          <w:i w:val="0"/>
          <w:sz w:val="20"/>
        </w:rPr>
        <w:t>(क) उद्योगले सटहीको लागि बैंक समक्ष निवेदन दिनु पर्नेछ ।</w:t>
      </w:r>
    </w:p>
    <w:p>
      <w:pPr>
        <w:spacing w:after="62" w:line="259" w:lineRule="auto"/>
        <w:ind w:left="115"/>
      </w:pPr>
      <w:r>
        <w:rPr>
          <w:rFonts w:ascii="Noto Sans" w:hAnsi="Noto Sans" w:cs="Noto Sans Devanagari" w:eastAsia="Noto Sans Devanagari"/>
          <w:b w:val="0"/>
          <w:i w:val="0"/>
          <w:sz w:val="20"/>
        </w:rPr>
        <w:t>(ख) नेपाली उद्योग र भारतीय मेशिनरी सामान आपूर्तिकर्ता बीच सामान भाडामा लिने दिने सम्बन्धमा</w:t>
      </w:r>
    </w:p>
    <w:p>
      <w:pPr>
        <w:spacing w:after="62" w:line="259" w:lineRule="auto"/>
      </w:pPr>
      <w:r>
        <w:rPr>
          <w:rFonts w:ascii="Noto Sans" w:hAnsi="Noto Sans" w:cs="Noto Sans Devanagari" w:eastAsia="Noto Sans Devanagari"/>
          <w:b w:val="0"/>
          <w:i w:val="0"/>
          <w:sz w:val="20"/>
        </w:rPr>
        <w:t>भएको सम्झौता वा आपूर्तिकर्ताले जारी गरेको Invoice को प्रमाणित प्रतिलिपि संलग्न हुनुपर्ने छ ।</w:t>
      </w:r>
    </w:p>
    <w:p>
      <w:pPr>
        <w:spacing w:after="62" w:line="259" w:lineRule="auto"/>
        <w:ind w:left="115"/>
      </w:pPr>
      <w:r>
        <w:rPr>
          <w:rFonts w:ascii="Noto Sans" w:hAnsi="Noto Sans" w:cs="Noto Sans Devanagari" w:eastAsia="Noto Sans Devanagari"/>
          <w:b w:val="0"/>
          <w:i w:val="0"/>
          <w:sz w:val="20"/>
        </w:rPr>
        <w:t>(ग) सामान भाडामा प्रयोग गर्ने गरी धरौटीमा आयात भएको भन्सार प्रज्ञापनपत्रको प्रतिलिपि संलग्न</w:t>
      </w:r>
    </w:p>
    <w:p>
      <w:pPr>
        <w:spacing w:after="62" w:line="259" w:lineRule="auto"/>
      </w:pPr>
      <w:r>
        <w:rPr>
          <w:rFonts w:ascii="Noto Sans" w:hAnsi="Noto Sans" w:cs="Noto Sans Devanagari" w:eastAsia="Noto Sans Devanagari"/>
          <w:b w:val="0"/>
          <w:i w:val="0"/>
          <w:sz w:val="20"/>
        </w:rPr>
        <w:t>हुनु पर्नेछ ।</w:t>
      </w:r>
    </w:p>
    <w:p>
      <w:pPr>
        <w:spacing w:after="62" w:line="259" w:lineRule="auto"/>
        <w:ind w:left="115"/>
      </w:pPr>
      <w:r>
        <w:rPr>
          <w:rFonts w:ascii="Noto Sans" w:hAnsi="Noto Sans" w:cs="Noto Sans Devanagari" w:eastAsia="Noto Sans Devanagari"/>
          <w:b w:val="0"/>
          <w:i w:val="0"/>
          <w:sz w:val="20"/>
        </w:rPr>
        <w:t>(घ) नियमानुसार लाग्ने कर तिरेको प्रमाणित निस्सा पेश गर्नु पर्नेछ ।</w:t>
      </w:r>
    </w:p>
    <w:p>
      <w:pPr>
        <w:spacing w:after="62" w:line="259" w:lineRule="auto"/>
        <w:ind w:left="115"/>
      </w:pPr>
      <w:r>
        <w:rPr>
          <w:rFonts w:ascii="Noto Sans" w:hAnsi="Noto Sans" w:cs="Noto Sans Devanagari" w:eastAsia="Noto Sans Devanagari"/>
          <w:b w:val="0"/>
          <w:i w:val="0"/>
          <w:sz w:val="20"/>
        </w:rPr>
        <w:t>१०. विविध कार्यक्रमहरू सञ्चालन गर्ने संस्थालाई उपलब्ध हुने सटही व्यवस्थाः</w:t>
      </w:r>
    </w:p>
    <w:p>
      <w:pPr>
        <w:spacing w:after="62" w:line="259" w:lineRule="auto"/>
      </w:pPr>
      <w:r>
        <w:rPr>
          <w:rFonts w:ascii="Noto Sans" w:hAnsi="Noto Sans" w:cs="Noto Sans Devanagari" w:eastAsia="Noto Sans Devanagari"/>
          <w:b w:val="0"/>
          <w:i w:val="0"/>
          <w:sz w:val="20"/>
        </w:rPr>
        <w:t>प्रचलित कानुनबमोजिम नेपालमा संस्थापित संस्था, नेपालका विश्वविद्यालय, सरकारी अनुदान तथा सहयोगमा</w:t>
      </w:r>
    </w:p>
    <w:p>
      <w:pPr>
        <w:spacing w:after="62" w:line="259" w:lineRule="auto"/>
      </w:pPr>
      <w:r>
        <w:rPr>
          <w:rFonts w:ascii="Noto Sans" w:hAnsi="Noto Sans" w:cs="Noto Sans Devanagari" w:eastAsia="Noto Sans Devanagari"/>
          <w:b w:val="0"/>
          <w:i w:val="0"/>
          <w:sz w:val="20"/>
        </w:rPr>
        <w:t>संचालित संघ/संस्था वा अन्तर्राष्ट्रिय गैर सरकारी संघ संस्थाहरूले विदेशस्थित सरकार वा संघ संस्थाहरूबाट</w:t>
      </w:r>
    </w:p>
    <w:p>
      <w:pPr>
        <w:spacing w:after="62" w:line="259" w:lineRule="auto"/>
      </w:pPr>
      <w:r>
        <w:rPr>
          <w:rFonts w:ascii="Noto Sans" w:hAnsi="Noto Sans" w:cs="Noto Sans Devanagari" w:eastAsia="Noto Sans Devanagari"/>
          <w:b w:val="0"/>
          <w:i w:val="0"/>
          <w:sz w:val="20"/>
        </w:rPr>
        <w:t>विदेशी मुद्रामा आर्थिक सहयोग प्राप्त गरीे नेपाल सहित अन्य मुलुकका लागि कार्यक्रम सञ्चालन गरेको</w:t>
      </w:r>
    </w:p>
    <w:p>
      <w:pPr>
        <w:spacing w:after="62" w:line="259" w:lineRule="auto"/>
      </w:pPr>
      <w:r>
        <w:rPr>
          <w:rFonts w:ascii="Noto Sans" w:hAnsi="Noto Sans" w:cs="Noto Sans Devanagari" w:eastAsia="Noto Sans Devanagari"/>
          <w:b w:val="0"/>
          <w:i w:val="0"/>
          <w:sz w:val="20"/>
        </w:rPr>
        <w:t>भएमा कुल विदेशी मुद्रा नेपाल भित्रिएको प्रमाण, सम्बन्धित नियामक निकायको सिफारिस र सम्बन्धित</w:t>
      </w:r>
    </w:p>
    <w:p>
      <w:pPr>
        <w:spacing w:after="62" w:line="259" w:lineRule="auto"/>
      </w:pPr>
      <w:r>
        <w:rPr>
          <w:rFonts w:ascii="Noto Sans" w:hAnsi="Noto Sans" w:cs="Noto Sans Devanagari" w:eastAsia="Noto Sans Devanagari"/>
          <w:b w:val="0"/>
          <w:i w:val="0"/>
          <w:sz w:val="20"/>
        </w:rPr>
        <w:t>पक्षहरू वीच रकम समेत उल्लेख भएको सम्झौताका आधारमा नेपालका लागि प्राप्त रकम कट्टा गरी बाँकी</w:t>
      </w:r>
    </w:p>
    <w:p>
      <w:pPr>
        <w:spacing w:after="62" w:line="259" w:lineRule="auto"/>
      </w:pPr>
      <w:r>
        <w:rPr>
          <w:rFonts w:ascii="Noto Sans" w:hAnsi="Noto Sans" w:cs="Noto Sans Devanagari" w:eastAsia="Noto Sans Devanagari"/>
          <w:b w:val="0"/>
          <w:i w:val="0"/>
          <w:sz w:val="20"/>
        </w:rPr>
        <w:t>विदेशी मुद्रा रकम प्राप्त गर्ने सम्बन्धित वाणिज्य बैंकहरूमार्फत् कार्यक्रम सञ्चालन हुने अन्य मुलुकमा</w:t>
      </w:r>
    </w:p>
    <w:p>
      <w:pPr>
        <w:spacing w:after="62" w:line="259" w:lineRule="auto"/>
      </w:pPr>
      <w:r>
        <w:rPr>
          <w:rFonts w:ascii="Noto Sans" w:hAnsi="Noto Sans" w:cs="Noto Sans Devanagari" w:eastAsia="Noto Sans Devanagari"/>
          <w:b w:val="0"/>
          <w:i w:val="0"/>
          <w:sz w:val="20"/>
        </w:rPr>
        <w:t>पठाउन वा फिर्ता पठाउन सक्नेछन् ।</w:t>
      </w:r>
    </w:p>
    <w:p>
      <w:pPr>
        <w:spacing w:after="62" w:line="259" w:lineRule="auto"/>
      </w:pPr>
      <w:r>
        <w:rPr>
          <w:rFonts w:ascii="Noto Sans" w:hAnsi="Noto Sans" w:cs="Noto Sans Devanagari" w:eastAsia="Noto Sans Devanagari"/>
          <w:b w:val="0"/>
          <w:i w:val="0"/>
          <w:sz w:val="20"/>
        </w:rPr>
        <w:t>नियामक निकाय नहुने प्रकृतिका संस्थाको हकमा सोही व्यहोरा उल्लेख गरी अन्यथा पर्न गएमा सम्पूर्ण</w:t>
      </w:r>
    </w:p>
    <w:p>
      <w:pPr>
        <w:spacing w:after="62" w:line="259" w:lineRule="auto"/>
      </w:pPr>
      <w:r>
        <w:rPr>
          <w:rFonts w:ascii="Noto Sans" w:hAnsi="Noto Sans" w:cs="Noto Sans Devanagari" w:eastAsia="Noto Sans Devanagari"/>
          <w:b w:val="0"/>
          <w:i w:val="0"/>
          <w:sz w:val="20"/>
        </w:rPr>
        <w:t>जिम्मेवारी वहन गर्ने स्वःघोषणा अख्तियारप्राप्त अधिकारीबाट पेश भएमा समेत सम्झौता बमोजिमको रकम</w:t>
      </w:r>
    </w:p>
    <w:p>
      <w:pPr>
        <w:spacing w:after="62" w:line="259" w:lineRule="auto"/>
      </w:pPr>
      <w:r>
        <w:rPr>
          <w:rFonts w:ascii="Noto Sans" w:hAnsi="Noto Sans" w:cs="Noto Sans Devanagari" w:eastAsia="Noto Sans Devanagari"/>
          <w:b w:val="0"/>
          <w:i w:val="0"/>
          <w:sz w:val="20"/>
        </w:rPr>
        <w:t>फिर्ता/भुक्तानी पठाउन सकिनेछ । यस व्यवस्था अन्तर्गत परिवर्त्य विदेशी मुद्रा प्राप्त भएमा भारतमा समेत</w:t>
      </w:r>
    </w:p>
    <w:p>
      <w:pPr>
        <w:spacing w:after="62" w:line="259" w:lineRule="auto"/>
      </w:pPr>
      <w:r>
        <w:rPr>
          <w:rFonts w:ascii="Noto Sans" w:hAnsi="Noto Sans" w:cs="Noto Sans Devanagari" w:eastAsia="Noto Sans Devanagari"/>
          <w:b w:val="0"/>
          <w:i w:val="0"/>
          <w:sz w:val="20"/>
        </w:rPr>
        <w:t>परिवर्त्य विदेशी मुद्रा पठाउन सकिनेछ ।</w:t>
      </w:r>
    </w:p>
    <w:p>
      <w:pPr>
        <w:spacing w:after="62" w:line="259" w:lineRule="auto"/>
        <w:ind w:left="115"/>
      </w:pPr>
      <w:r>
        <w:rPr>
          <w:rFonts w:ascii="Noto Sans" w:hAnsi="Noto Sans" w:cs="Noto Sans Devanagari" w:eastAsia="Noto Sans Devanagari"/>
          <w:b w:val="0"/>
          <w:i w:val="0"/>
          <w:sz w:val="20"/>
        </w:rPr>
        <w:t>११. प्याकेज टुर सम्बन्धी काम गर्ने टुर अपरेटरहरूलाई प्रदान गर्ने सटही सम्बन्धी व्यवस्था</w:t>
      </w:r>
    </w:p>
    <w:p>
      <w:pPr>
        <w:spacing w:after="62" w:line="259" w:lineRule="auto"/>
      </w:pPr>
      <w:r>
        <w:rPr>
          <w:rFonts w:ascii="Noto Sans" w:hAnsi="Noto Sans" w:cs="Noto Sans Devanagari" w:eastAsia="Noto Sans Devanagari"/>
          <w:b w:val="0"/>
          <w:i w:val="0"/>
          <w:sz w:val="20"/>
        </w:rPr>
        <w:t>यस बैंकबाट विदेशी विनिमयको कारोबार गर्न इजाजत प्राप्त गरेका नेपाली ट्राभल्स/टुर्स कम्पनीहरूले विदेश</w:t>
      </w:r>
    </w:p>
    <w:p>
      <w:pPr>
        <w:spacing w:after="62" w:line="259" w:lineRule="auto"/>
      </w:pPr>
      <w:r>
        <w:rPr>
          <w:rFonts w:ascii="Noto Sans" w:hAnsi="Noto Sans" w:cs="Noto Sans Devanagari" w:eastAsia="Noto Sans Devanagari"/>
          <w:b w:val="0"/>
          <w:i w:val="0"/>
          <w:sz w:val="20"/>
        </w:rPr>
        <w:t>भ्रमणका लागि स्वयम्ले वा विदेशस्थित एजेन्सीसँग सहकार्य गरी विभिन्न टुर प्याकेज सम्बन्धी सेवा दिई</w:t>
      </w:r>
    </w:p>
    <w:p>
      <w:pPr>
        <w:spacing w:after="62" w:line="259" w:lineRule="auto"/>
      </w:pPr>
      <w:r>
        <w:rPr>
          <w:rFonts w:ascii="Noto Sans" w:hAnsi="Noto Sans" w:cs="Noto Sans Devanagari" w:eastAsia="Noto Sans Devanagari"/>
          <w:b w:val="0"/>
          <w:i w:val="0"/>
          <w:sz w:val="20"/>
        </w:rPr>
        <w:t>सोको लागि विदेशस्थित टुर अपरेटरलाई भुक्तानी पठाउन विदेशी मुद्रा आवश्यक परेमा विदेश स्थित</w:t>
      </w:r>
    </w:p>
    <w:p>
      <w:pPr>
        <w:spacing w:after="62" w:line="259" w:lineRule="auto"/>
      </w:pPr>
      <w:r>
        <w:rPr>
          <w:rFonts w:ascii="Noto Sans" w:hAnsi="Noto Sans" w:cs="Noto Sans Devanagari" w:eastAsia="Noto Sans Devanagari"/>
          <w:b w:val="0"/>
          <w:i w:val="0"/>
          <w:sz w:val="20"/>
        </w:rPr>
        <w:t>कम्पनी/संस्थाका नाउँमा जम्मा हुने गरी बैंक तथा वित्तीय संस्थाले भुक्तानी पठाउन तथा मानसरोवर</w:t>
      </w:r>
    </w:p>
    <w:p>
      <w:pPr>
        <w:spacing w:after="62" w:line="259" w:lineRule="auto"/>
      </w:pPr>
      <w:r>
        <w:rPr>
          <w:rFonts w:ascii="Noto Sans" w:hAnsi="Noto Sans" w:cs="Noto Sans Devanagari" w:eastAsia="Noto Sans Devanagari"/>
          <w:b w:val="0"/>
          <w:i w:val="0"/>
          <w:sz w:val="20"/>
        </w:rPr>
        <w:t>कैलासको प्याकेज अन्तर्गत भारतीय पर्यटकलाई सेवा प्रदान गर्ने नेपाली टुर अपरेटरहरूबाट भारतीय पर्यटकले</w:t>
      </w:r>
    </w:p>
    <w:p>
      <w:pPr>
        <w:spacing w:after="62" w:line="259" w:lineRule="auto"/>
      </w:pPr>
      <w:r>
        <w:rPr>
          <w:rFonts w:ascii="Noto Sans" w:hAnsi="Noto Sans" w:cs="Noto Sans Devanagari" w:eastAsia="Noto Sans Devanagari"/>
          <w:b w:val="0"/>
          <w:i w:val="0"/>
          <w:sz w:val="20"/>
        </w:rPr>
        <w:t>नेपालमा विदेशी मुद्रामा गरेको खर्चको आधारमा सटही माग गरेको अवस्थामा देहाय बमोजिम सटही दिन</w:t>
      </w:r>
    </w:p>
    <w:p>
      <w:pPr>
        <w:spacing w:after="62" w:line="259" w:lineRule="auto"/>
      </w:pPr>
      <w:r>
        <w:rPr>
          <w:rFonts w:ascii="Noto Sans" w:hAnsi="Noto Sans" w:cs="Noto Sans Devanagari" w:eastAsia="Noto Sans Devanagari"/>
          <w:b w:val="0"/>
          <w:i w:val="0"/>
          <w:sz w:val="20"/>
        </w:rPr>
        <w:t>सकिने छ ।</w:t>
      </w:r>
    </w:p>
    <w:p>
      <w:pPr>
        <w:spacing w:after="62" w:line="259" w:lineRule="auto"/>
      </w:pPr>
      <w:r>
        <w:rPr>
          <w:rFonts w:ascii="Noto Sans" w:hAnsi="Noto Sans" w:cs="Noto Sans Devanagari" w:eastAsia="Noto Sans Devanagari"/>
          <w:b w:val="0"/>
          <w:i w:val="0"/>
          <w:sz w:val="20"/>
        </w:rPr>
        <w:t>क. नेपाली नागरिकहरूलाई विदेश भ्रमणका लागि प्रति व्यक्ति अमेरिकी डलर १,०००।– सम्म राहदानी</w:t>
      </w:r>
    </w:p>
    <w:p>
      <w:pPr>
        <w:spacing w:after="62" w:line="259" w:lineRule="auto"/>
      </w:pPr>
      <w:r>
        <w:rPr>
          <w:rFonts w:ascii="Noto Sans" w:hAnsi="Noto Sans" w:cs="Noto Sans Devanagari" w:eastAsia="Noto Sans Devanagari"/>
          <w:b w:val="0"/>
          <w:i w:val="0"/>
          <w:sz w:val="20"/>
        </w:rPr>
        <w:t>सुविधाबापत प्राप्त हुने विदेशी मुद्राको सीमा अन्तर्गत रही देहायका आधारमा भुक्तानी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pPr>
      <w:r>
        <w:rPr>
          <w:rFonts w:ascii="Noto Sans" w:hAnsi="Noto Sans" w:cs="Noto Sans Devanagari" w:eastAsia="Noto Sans Devanagari"/>
          <w:b w:val="0"/>
          <w:i w:val="0"/>
          <w:sz w:val="20"/>
        </w:rPr>
        <w:t>(१) सटही माग गर्ने ट्राभल/टुर कम्पनीले आफ्नो कारोबार भएको बैंक समक्ष निवेदन दिनुपर्ने</w:t>
      </w:r>
    </w:p>
    <w:p>
      <w:pPr>
        <w:spacing w:after="62" w:line="259" w:lineRule="auto"/>
      </w:pPr>
      <w:r>
        <w:rPr>
          <w:rFonts w:ascii="Noto Sans" w:hAnsi="Noto Sans" w:cs="Noto Sans Devanagari" w:eastAsia="Noto Sans Devanagari"/>
          <w:b w:val="0"/>
          <w:i w:val="0"/>
          <w:sz w:val="20"/>
        </w:rPr>
        <w:t>छ ।</w:t>
      </w:r>
    </w:p>
    <w:p>
      <w:pPr>
        <w:spacing w:after="62" w:line="259" w:lineRule="auto"/>
      </w:pPr>
      <w:r>
        <w:rPr>
          <w:rFonts w:ascii="Noto Sans" w:hAnsi="Noto Sans" w:cs="Noto Sans Devanagari" w:eastAsia="Noto Sans Devanagari"/>
          <w:b w:val="0"/>
          <w:i w:val="0"/>
          <w:sz w:val="20"/>
        </w:rPr>
        <w:t>(२) विदेशस्थित टुर प्याकेज सञ्चालन गर्ने सम्बन्धित कम्पनी/संस्थाले जारी गरेको यात्रु संख्या</w:t>
      </w:r>
    </w:p>
    <w:p>
      <w:pPr>
        <w:spacing w:after="62" w:line="259" w:lineRule="auto"/>
      </w:pPr>
      <w:r>
        <w:rPr>
          <w:rFonts w:ascii="Noto Sans" w:hAnsi="Noto Sans" w:cs="Noto Sans Devanagari" w:eastAsia="Noto Sans Devanagari"/>
          <w:b w:val="0"/>
          <w:i w:val="0"/>
          <w:sz w:val="20"/>
        </w:rPr>
        <w:t>र दर उल्लेख भएको इन्भ्वाइस संलग्न हुनुपर्ने छ ।</w:t>
      </w:r>
    </w:p>
    <w:p>
      <w:pPr>
        <w:spacing w:after="62" w:line="259" w:lineRule="auto"/>
      </w:pPr>
      <w:r>
        <w:rPr>
          <w:rFonts w:ascii="Noto Sans" w:hAnsi="Noto Sans" w:cs="Noto Sans Devanagari" w:eastAsia="Noto Sans Devanagari"/>
          <w:b w:val="0"/>
          <w:i w:val="0"/>
          <w:sz w:val="20"/>
        </w:rPr>
        <w:t>(३) विदेशस्थित टुर अपरेटरलाई भुक्तानी पठाउँदा विदेशको टुर अपरेटर/कम्पनी/संस्थाले नै</w:t>
      </w:r>
    </w:p>
    <w:p>
      <w:pPr>
        <w:spacing w:after="62" w:line="259" w:lineRule="auto"/>
      </w:pPr>
      <w:r>
        <w:rPr>
          <w:rFonts w:ascii="Noto Sans" w:hAnsi="Noto Sans" w:cs="Noto Sans Devanagari" w:eastAsia="Noto Sans Devanagari"/>
          <w:b w:val="0"/>
          <w:i w:val="0"/>
          <w:sz w:val="20"/>
        </w:rPr>
        <w:t>भुक्तानी पाउने गरी पठाउनु पर्नेछ ।</w:t>
      </w:r>
    </w:p>
    <w:p>
      <w:pPr>
        <w:spacing w:after="62" w:line="259" w:lineRule="auto"/>
      </w:pPr>
      <w:r>
        <w:rPr>
          <w:rFonts w:ascii="Noto Sans" w:hAnsi="Noto Sans" w:cs="Noto Sans Devanagari" w:eastAsia="Noto Sans Devanagari"/>
          <w:b w:val="0"/>
          <w:i w:val="0"/>
          <w:sz w:val="20"/>
        </w:rPr>
        <w:t>(४) भ्रमणमा जाने नेपाली नागरिकको राहदानी, कन्फर्म हवाई टिकट भिसा लिनुपर्ने भए सो</w:t>
      </w:r>
    </w:p>
    <w:p>
      <w:pPr>
        <w:spacing w:after="62" w:line="259" w:lineRule="auto"/>
      </w:pPr>
      <w:r>
        <w:rPr>
          <w:rFonts w:ascii="Noto Sans" w:hAnsi="Noto Sans" w:cs="Noto Sans Devanagari" w:eastAsia="Noto Sans Devanagari"/>
          <w:b w:val="0"/>
          <w:i w:val="0"/>
          <w:sz w:val="20"/>
        </w:rPr>
        <w:t>समेतको प्रतिलिपि संग्लन हुनुपर्ने छ ।</w:t>
      </w:r>
    </w:p>
    <w:p>
      <w:pPr>
        <w:spacing w:after="62" w:line="259" w:lineRule="auto"/>
      </w:pPr>
      <w:r>
        <w:rPr>
          <w:rFonts w:ascii="Noto Sans" w:hAnsi="Noto Sans" w:cs="Noto Sans Devanagari" w:eastAsia="Noto Sans Devanagari"/>
          <w:b w:val="0"/>
          <w:i w:val="0"/>
          <w:sz w:val="20"/>
        </w:rPr>
        <w:t>(५) उपर्युक्त रकमबाट नपुग भएको खण्डमा भ्रमण गर्ने व्यक्तिले राहदानी सुविधा अन्तर्गत प्राप्त</w:t>
      </w:r>
    </w:p>
    <w:p>
      <w:pPr>
        <w:spacing w:after="62" w:line="259" w:lineRule="auto"/>
      </w:pPr>
      <w:r>
        <w:rPr>
          <w:rFonts w:ascii="Noto Sans" w:hAnsi="Noto Sans" w:cs="Noto Sans Devanagari" w:eastAsia="Noto Sans Devanagari"/>
          <w:b w:val="0"/>
          <w:i w:val="0"/>
          <w:sz w:val="20"/>
        </w:rPr>
        <w:t>गर्ने विदेशी मुद्राको सीमाबाट कट्टा गरी राहदानीमा भुक्तानी दिएको छाप लगाई मात्र सटही</w:t>
      </w:r>
    </w:p>
    <w:p>
      <w:pPr>
        <w:spacing w:after="62" w:line="259" w:lineRule="auto"/>
      </w:pPr>
      <w:r>
        <w:rPr>
          <w:rFonts w:ascii="Noto Sans" w:hAnsi="Noto Sans" w:cs="Noto Sans Devanagari" w:eastAsia="Noto Sans Devanagari"/>
          <w:b w:val="0"/>
          <w:i w:val="0"/>
          <w:sz w:val="20"/>
        </w:rPr>
        <w:t>दिनु पर्नेछ ।</w:t>
      </w:r>
    </w:p>
    <w:p>
      <w:pPr>
        <w:spacing w:after="62" w:line="259" w:lineRule="auto"/>
      </w:pPr>
      <w:r>
        <w:rPr>
          <w:rFonts w:ascii="Noto Sans" w:hAnsi="Noto Sans" w:cs="Noto Sans Devanagari" w:eastAsia="Noto Sans Devanagari"/>
          <w:b w:val="0"/>
          <w:i w:val="0"/>
          <w:sz w:val="20"/>
        </w:rPr>
        <w:t>(६) कथम्कदाचित भ्रमण कार्यक्रम रद्द भएमा पठाएको रकम फिर्ता गर्ने जिम्मेवारी सटहीको</w:t>
      </w:r>
    </w:p>
    <w:p>
      <w:pPr>
        <w:spacing w:after="62" w:line="259" w:lineRule="auto"/>
      </w:pPr>
      <w:r>
        <w:rPr>
          <w:rFonts w:ascii="Noto Sans" w:hAnsi="Noto Sans" w:cs="Noto Sans Devanagari" w:eastAsia="Noto Sans Devanagari"/>
          <w:b w:val="0"/>
          <w:i w:val="0"/>
          <w:sz w:val="20"/>
        </w:rPr>
        <w:t>लागि अनुरोध गर्ने ट्राभल टुर एजेन्सीको हुनेछ ।</w:t>
      </w:r>
    </w:p>
    <w:p>
      <w:pPr>
        <w:spacing w:after="62" w:line="259" w:lineRule="auto"/>
      </w:pPr>
      <w:r>
        <w:rPr>
          <w:rFonts w:ascii="Noto Sans" w:hAnsi="Noto Sans" w:cs="Noto Sans Devanagari" w:eastAsia="Noto Sans Devanagari"/>
          <w:b w:val="0"/>
          <w:i w:val="0"/>
          <w:sz w:val="20"/>
        </w:rPr>
        <w:t>(७) यसरी फिर्ता भएको विदेशी मुद्रा बापत सम्बन्धित बैंकले ट्राभल्स तथा टुर अपरेटरलाई</w:t>
      </w:r>
    </w:p>
    <w:p>
      <w:pPr>
        <w:spacing w:after="62" w:line="259" w:lineRule="auto"/>
      </w:pPr>
      <w:r>
        <w:rPr>
          <w:rFonts w:ascii="Noto Sans" w:hAnsi="Noto Sans" w:cs="Noto Sans Devanagari" w:eastAsia="Noto Sans Devanagari"/>
          <w:b w:val="0"/>
          <w:i w:val="0"/>
          <w:sz w:val="20"/>
        </w:rPr>
        <w:t>नेपाली रुपैयाँमा सटही दिनु पर्नेछ । साथै, इजाजतपत्रप्राप्त ट्राभल तथा टुर एजेन्सीहरूले</w:t>
      </w:r>
    </w:p>
    <w:p>
      <w:pPr>
        <w:spacing w:after="62" w:line="259" w:lineRule="auto"/>
      </w:pPr>
      <w:r>
        <w:rPr>
          <w:rFonts w:ascii="Noto Sans" w:hAnsi="Noto Sans" w:cs="Noto Sans Devanagari" w:eastAsia="Noto Sans Devanagari"/>
          <w:b w:val="0"/>
          <w:i w:val="0"/>
          <w:sz w:val="20"/>
        </w:rPr>
        <w:t>यसरी सटही लिई रकम पठाएको र भ्रमण रद्द भई रकम फिर्ता भएको विवरण यसै साथ</w:t>
      </w:r>
    </w:p>
    <w:p>
      <w:pPr>
        <w:spacing w:after="62" w:line="259" w:lineRule="auto"/>
      </w:pPr>
      <w:r>
        <w:rPr>
          <w:rFonts w:ascii="Noto Sans" w:hAnsi="Noto Sans" w:cs="Noto Sans Devanagari" w:eastAsia="Noto Sans Devanagari"/>
          <w:b w:val="0"/>
          <w:i w:val="0"/>
          <w:sz w:val="20"/>
        </w:rPr>
        <w:t>संलग्न बमोजिमको फाराम भरी मासिक रुपमा यस विभागमा पेश गर्नुपर्ने छ ।</w:t>
      </w:r>
    </w:p>
    <w:p>
      <w:pPr>
        <w:spacing w:after="62" w:line="259" w:lineRule="auto"/>
      </w:pPr>
      <w:r>
        <w:rPr>
          <w:rFonts w:ascii="Noto Sans" w:hAnsi="Noto Sans" w:cs="Noto Sans Devanagari" w:eastAsia="Noto Sans Devanagari"/>
          <w:b w:val="0"/>
          <w:i w:val="0"/>
          <w:sz w:val="20"/>
        </w:rPr>
        <w:t>(८) यस व्यवस्था अन्तर्गतको सटही सुविधा प्रदान गर्दा राहदानीमा दरपीठ गर्नु पर्नेछ ।</w:t>
      </w:r>
    </w:p>
    <w:p>
      <w:pPr>
        <w:spacing w:after="62" w:line="259" w:lineRule="auto"/>
      </w:pPr>
      <w:r>
        <w:rPr>
          <w:rFonts w:ascii="Noto Sans" w:hAnsi="Noto Sans" w:cs="Noto Sans Devanagari" w:eastAsia="Noto Sans Devanagari"/>
          <w:b w:val="0"/>
          <w:i w:val="0"/>
          <w:sz w:val="20"/>
        </w:rPr>
        <w:t>ख. नेपाली टुर अपरेटर मार्फत कैलाश मानसरोवर, तिब्बत जाने भारतीय पर्यटकलाई नेपाली टुर</w:t>
      </w:r>
    </w:p>
    <w:p>
      <w:pPr>
        <w:spacing w:after="62" w:line="259" w:lineRule="auto"/>
      </w:pPr>
      <w:r>
        <w:rPr>
          <w:rFonts w:ascii="Noto Sans" w:hAnsi="Noto Sans" w:cs="Noto Sans Devanagari" w:eastAsia="Noto Sans Devanagari"/>
          <w:b w:val="0"/>
          <w:i w:val="0"/>
          <w:sz w:val="20"/>
        </w:rPr>
        <w:t>अपरेटरले बिक्री गरेको कैलाश जाने टुर प्याकेजलाई व्यवस्थापन गर्ने सम्बन्धमा तिब्बतस्थित</w:t>
      </w:r>
    </w:p>
    <w:p>
      <w:pPr>
        <w:spacing w:after="62" w:line="259" w:lineRule="auto"/>
      </w:pPr>
      <w:r>
        <w:rPr>
          <w:rFonts w:ascii="Noto Sans" w:hAnsi="Noto Sans" w:cs="Noto Sans Devanagari" w:eastAsia="Noto Sans Devanagari"/>
          <w:b w:val="0"/>
          <w:i w:val="0"/>
          <w:sz w:val="20"/>
        </w:rPr>
        <w:t>सम्बन्धित निकायमा जम्मा गर्नुपर्ने रकमको लागि टुर अपरेटरले सटही सुबिधा माग गरेमा देहायका</w:t>
      </w:r>
    </w:p>
    <w:p>
      <w:pPr>
        <w:spacing w:after="62" w:line="259" w:lineRule="auto"/>
      </w:pPr>
      <w:r>
        <w:rPr>
          <w:rFonts w:ascii="Noto Sans" w:hAnsi="Noto Sans" w:cs="Noto Sans Devanagari" w:eastAsia="Noto Sans Devanagari"/>
          <w:b w:val="0"/>
          <w:i w:val="0"/>
          <w:sz w:val="20"/>
        </w:rPr>
        <w:t>आधारमा सटही सुविधा उपलब्ध गराउन सकिने छ ।</w:t>
      </w:r>
    </w:p>
    <w:p>
      <w:pPr>
        <w:spacing w:after="62" w:line="259" w:lineRule="auto"/>
        <w:ind w:left="115"/>
      </w:pPr>
      <w:r>
        <w:rPr>
          <w:rFonts w:ascii="Noto Sans" w:hAnsi="Noto Sans" w:cs="Noto Sans Devanagari" w:eastAsia="Noto Sans Devanagari"/>
          <w:b w:val="0"/>
          <w:i w:val="0"/>
          <w:sz w:val="20"/>
        </w:rPr>
        <w:t>1. टुर अपरेटरले नियमानुसार नेपाल राष्ट्र बैंकबाट विदेशी विनिमय कारोबारको इजाजत पत्र</w:t>
      </w:r>
    </w:p>
    <w:p>
      <w:pPr>
        <w:spacing w:after="62" w:line="259" w:lineRule="auto"/>
      </w:pPr>
      <w:r>
        <w:rPr>
          <w:rFonts w:ascii="Noto Sans" w:hAnsi="Noto Sans" w:cs="Noto Sans Devanagari" w:eastAsia="Noto Sans Devanagari"/>
          <w:b w:val="0"/>
          <w:i w:val="0"/>
          <w:sz w:val="20"/>
        </w:rPr>
        <w:t>लिएको हुनु पर्नेछ ।</w:t>
      </w:r>
    </w:p>
    <w:p>
      <w:pPr>
        <w:spacing w:after="62" w:line="259" w:lineRule="auto"/>
        <w:ind w:left="115"/>
      </w:pPr>
      <w:r>
        <w:rPr>
          <w:rFonts w:ascii="Noto Sans" w:hAnsi="Noto Sans" w:cs="Noto Sans Devanagari" w:eastAsia="Noto Sans Devanagari"/>
          <w:b w:val="0"/>
          <w:i w:val="0"/>
          <w:sz w:val="20"/>
        </w:rPr>
        <w:t>2. प्राप्त भएको प्याकेजबापतको रकमको टुर अपरेटरले Tax Invoice जारी गरेको हुनु पर्नेछ ।</w:t>
      </w:r>
    </w:p>
    <w:p>
      <w:pPr>
        <w:spacing w:after="62" w:line="259" w:lineRule="auto"/>
        <w:ind w:left="115"/>
      </w:pPr>
      <w:r>
        <w:rPr>
          <w:rFonts w:ascii="Noto Sans" w:hAnsi="Noto Sans" w:cs="Noto Sans Devanagari" w:eastAsia="Noto Sans Devanagari"/>
          <w:b w:val="0"/>
          <w:i w:val="0"/>
          <w:sz w:val="20"/>
        </w:rPr>
        <w:t>3. टुर प्याकेजको रकम पठाउँदा तिब्बतस्थित निकायले जारी गरेको यात्रु संख्या र दर उल्लेख</w:t>
      </w:r>
    </w:p>
    <w:p>
      <w:pPr>
        <w:spacing w:after="62" w:line="259" w:lineRule="auto"/>
      </w:pPr>
      <w:r>
        <w:rPr>
          <w:rFonts w:ascii="Noto Sans" w:hAnsi="Noto Sans" w:cs="Noto Sans Devanagari" w:eastAsia="Noto Sans Devanagari"/>
          <w:b w:val="0"/>
          <w:i w:val="0"/>
          <w:sz w:val="20"/>
        </w:rPr>
        <w:t>भएको इन्भ्वाइस प्राप्त गरेको हुनु पर्नेछ । Credit Invoice पेश भएको अवस्थामा खर्च भएको</w:t>
      </w:r>
    </w:p>
    <w:p>
      <w:pPr>
        <w:spacing w:after="62" w:line="259" w:lineRule="auto"/>
      </w:pPr>
      <w:r>
        <w:rPr>
          <w:rFonts w:ascii="Noto Sans" w:hAnsi="Noto Sans" w:cs="Noto Sans Devanagari" w:eastAsia="Noto Sans Devanagari"/>
          <w:b w:val="0"/>
          <w:i w:val="0"/>
          <w:sz w:val="20"/>
        </w:rPr>
        <w:t>Invoice पेश गर्न लगाई बैंकले फाइल अद्यावधिक गर्नु पर्नेछ ।</w:t>
      </w:r>
    </w:p>
    <w:p>
      <w:pPr>
        <w:spacing w:after="62" w:line="259" w:lineRule="auto"/>
        <w:ind w:left="115"/>
      </w:pPr>
      <w:r>
        <w:rPr>
          <w:rFonts w:ascii="Noto Sans" w:hAnsi="Noto Sans" w:cs="Noto Sans Devanagari" w:eastAsia="Noto Sans Devanagari"/>
          <w:b w:val="0"/>
          <w:i w:val="0"/>
          <w:sz w:val="20"/>
        </w:rPr>
        <w:t>4. भ्रमणमा जाने भारतीय नागरिकको राहदानी तथा भिसाको प्रतिलिपि संग्लन हुनुपर्ने छ ।</w:t>
      </w:r>
    </w:p>
    <w:p>
      <w:pPr>
        <w:spacing w:after="62" w:line="259" w:lineRule="auto"/>
        <w:ind w:left="115"/>
      </w:pPr>
      <w:r>
        <w:rPr>
          <w:rFonts w:ascii="Noto Sans" w:hAnsi="Noto Sans" w:cs="Noto Sans Devanagari" w:eastAsia="Noto Sans Devanagari"/>
          <w:b w:val="0"/>
          <w:i w:val="0"/>
          <w:sz w:val="20"/>
        </w:rPr>
        <w:t>5. सटही प्राप्त गर्न नेपालको टुर अपरेटरले बनाएको टुर प्याकेज भारतीय नागरीकले खरिद गरेको</w:t>
      </w:r>
    </w:p>
    <w:p>
      <w:pPr>
        <w:spacing w:after="62" w:line="259" w:lineRule="auto"/>
      </w:pPr>
      <w:r>
        <w:rPr>
          <w:rFonts w:ascii="Noto Sans" w:hAnsi="Noto Sans" w:cs="Noto Sans Devanagari" w:eastAsia="Noto Sans Devanagari"/>
          <w:b w:val="0"/>
          <w:i w:val="0"/>
          <w:sz w:val="20"/>
        </w:rPr>
        <w:t>हुनु पर्नेछ ।</w:t>
      </w:r>
    </w:p>
    <w:p>
      <w:pPr>
        <w:spacing w:after="62" w:line="259" w:lineRule="auto"/>
        <w:ind w:left="115"/>
      </w:pPr>
      <w:r>
        <w:rPr>
          <w:rFonts w:ascii="Noto Sans" w:hAnsi="Noto Sans" w:cs="Noto Sans Devanagari" w:eastAsia="Noto Sans Devanagari"/>
          <w:b w:val="0"/>
          <w:i w:val="0"/>
          <w:sz w:val="20"/>
        </w:rPr>
        <w:t>6. टुर अपरेटरले भारतीय पर्यटकबाट रकम प्राप्त गर्दा निम्न बमोजिम गरेको हुनु पर्नेछ ः</w:t>
      </w:r>
    </w:p>
    <w:p>
      <w:pPr>
        <w:spacing w:after="62" w:line="259" w:lineRule="auto"/>
        <w:ind w:left="115"/>
      </w:pPr>
      <w:r>
        <w:rPr>
          <w:rFonts w:ascii="Noto Sans" w:hAnsi="Noto Sans" w:cs="Noto Sans Devanagari" w:eastAsia="Noto Sans Devanagari"/>
          <w:b w:val="0"/>
          <w:i w:val="0"/>
          <w:sz w:val="20"/>
        </w:rPr>
        <w:t>(क) भारतीय पर्यटकले नियमानुसार साटेको अमेरिकी डलरको निस्साको आधारमा नेपालको</w:t>
      </w:r>
    </w:p>
    <w:p>
      <w:pPr>
        <w:spacing w:after="62" w:line="259" w:lineRule="auto"/>
      </w:pPr>
      <w:r>
        <w:rPr>
          <w:rFonts w:ascii="Noto Sans" w:hAnsi="Noto Sans" w:cs="Noto Sans Devanagari" w:eastAsia="Noto Sans Devanagari"/>
          <w:b w:val="0"/>
          <w:i w:val="0"/>
          <w:sz w:val="20"/>
        </w:rPr>
        <w:t>टुर अपरेटरको डलर खातामा अमेरिकी डलर जम्मा गर्न सकिने छ ।</w:t>
      </w:r>
    </w:p>
    <w:p>
      <w:pPr>
        <w:spacing w:after="62" w:line="259" w:lineRule="auto"/>
        <w:ind w:left="115"/>
      </w:pPr>
      <w:r>
        <w:rPr>
          <w:rFonts w:ascii="Noto Sans" w:hAnsi="Noto Sans" w:cs="Noto Sans Devanagari" w:eastAsia="Noto Sans Devanagari"/>
          <w:b w:val="0"/>
          <w:i w:val="0"/>
          <w:sz w:val="20"/>
        </w:rPr>
        <w:t>(ख) यसरी नगद अमेरिकी डलर स्वीकार गर्दा नियमानुसार FEER जारी गरेको हुनु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(ग) भारतीय पर्यटकले भारतको बैंक/वित्तीय संस्थामार्फत् टुर अपरेटरको नेपाली खातामा</w:t>
      </w:r>
    </w:p>
    <w:p>
      <w:pPr>
        <w:spacing w:after="62" w:line="259" w:lineRule="auto"/>
      </w:pPr>
      <w:r>
        <w:rPr>
          <w:rFonts w:ascii="Noto Sans" w:hAnsi="Noto Sans" w:cs="Noto Sans Devanagari" w:eastAsia="Noto Sans Devanagari"/>
          <w:b w:val="0"/>
          <w:i w:val="0"/>
          <w:sz w:val="20"/>
        </w:rPr>
        <w:t>भा.रु. समेत रकमान्तर गर्न सक्ने छन् ।</w:t>
      </w:r>
    </w:p>
    <w:p>
      <w:pPr>
        <w:spacing w:after="62" w:line="259" w:lineRule="auto"/>
        <w:ind w:left="115"/>
      </w:pPr>
      <w:r>
        <w:rPr>
          <w:rFonts w:ascii="Noto Sans" w:hAnsi="Noto Sans" w:cs="Noto Sans Devanagari" w:eastAsia="Noto Sans Devanagari"/>
          <w:b w:val="0"/>
          <w:i w:val="0"/>
          <w:sz w:val="20"/>
        </w:rPr>
        <w:t>(घ) नेपाल राष्ट्र बैकले भारतीय मुद्रा सटही सम्बन्धमा जारी गरेको निर्देशनको अधिनमा रही</w:t>
      </w:r>
    </w:p>
    <w:p>
      <w:pPr>
        <w:spacing w:after="62" w:line="259" w:lineRule="auto"/>
      </w:pPr>
      <w:r>
        <w:rPr>
          <w:rFonts w:ascii="Noto Sans" w:hAnsi="Noto Sans" w:cs="Noto Sans Devanagari" w:eastAsia="Noto Sans Devanagari"/>
          <w:b w:val="0"/>
          <w:i w:val="0"/>
          <w:sz w:val="20"/>
        </w:rPr>
        <w:t>भारतीय पर्यटकले ल्याएको भारतीय मुद्रा टुर अपरेटरले स्वीकार गरी बैंकमा जम्मा</w:t>
      </w:r>
    </w:p>
    <w:p>
      <w:pPr>
        <w:spacing w:after="62" w:line="259" w:lineRule="auto"/>
      </w:pPr>
      <w:r>
        <w:rPr>
          <w:rFonts w:ascii="Noto Sans" w:hAnsi="Noto Sans" w:cs="Noto Sans Devanagari" w:eastAsia="Noto Sans Devanagari"/>
          <w:b w:val="0"/>
          <w:i w:val="0"/>
          <w:sz w:val="20"/>
        </w:rPr>
        <w:t>गरेको हुनुपर्नेछ ।</w:t>
      </w:r>
    </w:p>
    <w:p>
      <w:pPr>
        <w:spacing w:after="62" w:line="259" w:lineRule="auto"/>
        <w:ind w:left="115"/>
      </w:pPr>
      <w:r>
        <w:rPr>
          <w:rFonts w:ascii="Noto Sans" w:hAnsi="Noto Sans" w:cs="Noto Sans Devanagari" w:eastAsia="Noto Sans Devanagari"/>
          <w:b w:val="0"/>
          <w:i w:val="0"/>
          <w:sz w:val="20"/>
        </w:rPr>
        <w:t>7. उपरोक्त बमोजिम जम्मा भएको तथा प्राप्त हुन आएको रकमबाट तातोपानी वा केरुङको मार्ग</w:t>
      </w:r>
    </w:p>
    <w:p>
      <w:pPr>
        <w:spacing w:after="62" w:line="259" w:lineRule="auto"/>
      </w:pPr>
      <w:r>
        <w:rPr>
          <w:rFonts w:ascii="Noto Sans" w:hAnsi="Noto Sans" w:cs="Noto Sans Devanagari" w:eastAsia="Noto Sans Devanagari"/>
          <w:b w:val="0"/>
          <w:i w:val="0"/>
          <w:sz w:val="20"/>
        </w:rPr>
        <w:t>भई जाने पर्यटकको हकमा पर्यटकबाट प्याकेज बापत प्राप्त भएको रकमको प्रचलित दरमा</w:t>
      </w:r>
    </w:p>
    <w:p>
      <w:pPr>
        <w:spacing w:after="62" w:line="259" w:lineRule="auto"/>
      </w:pPr>
      <w:r>
        <w:rPr>
          <w:rFonts w:ascii="Noto Sans" w:hAnsi="Noto Sans" w:cs="Noto Sans Devanagari" w:eastAsia="Noto Sans Devanagari"/>
          <w:b w:val="0"/>
          <w:i w:val="0"/>
          <w:sz w:val="20"/>
        </w:rPr>
        <w:t>युयान वा अमेरिकी डलर चीनको स्वशासित क्षेत्र तिब्बतको ल्हासास्थित सरकारी निकाय,</w:t>
      </w:r>
    </w:p>
    <w:p>
      <w:pPr>
        <w:spacing w:after="62" w:line="259" w:lineRule="auto"/>
      </w:pPr>
      <w:r>
        <w:rPr>
          <w:rFonts w:ascii="Noto Sans" w:hAnsi="Noto Sans" w:cs="Noto Sans Devanagari" w:eastAsia="Noto Sans Devanagari"/>
          <w:b w:val="0"/>
          <w:i w:val="0"/>
          <w:sz w:val="20"/>
        </w:rPr>
        <w:t>Foreign Exchange Center वा Center ले तोकेको बैंक एवम् सम्बन्धित निकायको खातामा</w:t>
      </w:r>
    </w:p>
    <w:p>
      <w:pPr>
        <w:spacing w:after="62" w:line="259" w:lineRule="auto"/>
      </w:pPr>
      <w:r>
        <w:rPr>
          <w:rFonts w:ascii="Noto Sans" w:hAnsi="Noto Sans" w:cs="Noto Sans Devanagari" w:eastAsia="Noto Sans Devanagari"/>
          <w:b w:val="0"/>
          <w:i w:val="0"/>
          <w:sz w:val="20"/>
        </w:rPr>
        <w:t>जम्मा रकमको ७०% सम्म पठाउन सकिने छ ।</w:t>
      </w:r>
    </w:p>
    <w:p>
      <w:pPr>
        <w:spacing w:after="62" w:line="259" w:lineRule="auto"/>
        <w:ind w:left="115"/>
      </w:pPr>
      <w:r>
        <w:rPr>
          <w:rFonts w:ascii="Noto Sans" w:hAnsi="Noto Sans" w:cs="Noto Sans Devanagari" w:eastAsia="Noto Sans Devanagari"/>
          <w:b w:val="0"/>
          <w:i w:val="0"/>
          <w:sz w:val="20"/>
        </w:rPr>
        <w:t>8. तातोपानी वा केरुङ नाका बाहेक अन्य नाकाबाट कैलाश मानसरोवर तिर्थयात्रामा जाने भारतीय</w:t>
      </w:r>
    </w:p>
    <w:p>
      <w:pPr>
        <w:spacing w:after="62" w:line="259" w:lineRule="auto"/>
      </w:pPr>
      <w:r>
        <w:rPr>
          <w:rFonts w:ascii="Noto Sans" w:hAnsi="Noto Sans" w:cs="Noto Sans Devanagari" w:eastAsia="Noto Sans Devanagari"/>
          <w:b w:val="0"/>
          <w:i w:val="0"/>
          <w:sz w:val="20"/>
        </w:rPr>
        <w:t>पर्यटकहरूको लागि पर्यटकबाट प्याकेज बापत प्राप्त भएको विदेशी मुद्राको बढीमा ५०%</w:t>
      </w:r>
    </w:p>
    <w:p>
      <w:pPr>
        <w:spacing w:after="62" w:line="259" w:lineRule="auto"/>
      </w:pPr>
      <w:r>
        <w:rPr>
          <w:rFonts w:ascii="Noto Sans" w:hAnsi="Noto Sans" w:cs="Noto Sans Devanagari" w:eastAsia="Noto Sans Devanagari"/>
          <w:b w:val="0"/>
          <w:i w:val="0"/>
          <w:sz w:val="20"/>
        </w:rPr>
        <w:t>रकमसम्म तिब्बतको सम्बन्धित निकायलाई पठाउन सकिने छ ।</w:t>
      </w:r>
    </w:p>
    <w:p>
      <w:pPr>
        <w:spacing w:after="62" w:line="259" w:lineRule="auto"/>
        <w:ind w:left="115"/>
      </w:pPr>
      <w:r>
        <w:rPr>
          <w:rFonts w:ascii="Noto Sans" w:hAnsi="Noto Sans" w:cs="Noto Sans Devanagari" w:eastAsia="Noto Sans Devanagari"/>
          <w:b w:val="0"/>
          <w:i w:val="0"/>
          <w:sz w:val="20"/>
        </w:rPr>
        <w:t>9. भ्रमण कार्यक्रम रद्द भएमा पठाएको रकम फिर्ता गर्ने जिम्मेवारी सटहीको लागि अनुरोध गर्ने</w:t>
      </w:r>
    </w:p>
    <w:p>
      <w:pPr>
        <w:spacing w:after="62" w:line="259" w:lineRule="auto"/>
      </w:pPr>
      <w:r>
        <w:rPr>
          <w:rFonts w:ascii="Noto Sans" w:hAnsi="Noto Sans" w:cs="Noto Sans Devanagari" w:eastAsia="Noto Sans Devanagari"/>
          <w:b w:val="0"/>
          <w:i w:val="0"/>
          <w:sz w:val="20"/>
        </w:rPr>
        <w:t>टुर अपरेटरको हुनेछ ।</w:t>
      </w:r>
    </w:p>
    <w:p>
      <w:pPr>
        <w:spacing w:after="62" w:line="259" w:lineRule="auto"/>
        <w:ind w:left="115"/>
      </w:pPr>
      <w:r>
        <w:rPr>
          <w:rFonts w:ascii="Noto Sans" w:hAnsi="Noto Sans" w:cs="Noto Sans Devanagari" w:eastAsia="Noto Sans Devanagari"/>
          <w:b w:val="0"/>
          <w:i w:val="0"/>
          <w:sz w:val="20"/>
        </w:rPr>
        <w:t>10. माथि खण्ड (ख) को (९) बमोजिम फिर्ता भएको विदेशी मुद्रा बापत सम्बन्धित बैंकले ट्राभल्स</w:t>
      </w:r>
    </w:p>
    <w:p>
      <w:pPr>
        <w:spacing w:after="62" w:line="259" w:lineRule="auto"/>
      </w:pPr>
      <w:r>
        <w:rPr>
          <w:rFonts w:ascii="Noto Sans" w:hAnsi="Noto Sans" w:cs="Noto Sans Devanagari" w:eastAsia="Noto Sans Devanagari"/>
          <w:b w:val="0"/>
          <w:i w:val="0"/>
          <w:sz w:val="20"/>
        </w:rPr>
        <w:t>तथा टुर अपरेटरलाई नेपाली रुपैयाँमा सटही दिनु पर्नेछ । यसरी प्राप्त नेपाली रुपैयाँमा सम्बन्धित</w:t>
      </w:r>
    </w:p>
    <w:p>
      <w:pPr>
        <w:spacing w:after="62" w:line="259" w:lineRule="auto"/>
      </w:pPr>
      <w:r>
        <w:rPr>
          <w:rFonts w:ascii="Noto Sans" w:hAnsi="Noto Sans" w:cs="Noto Sans Devanagari" w:eastAsia="Noto Sans Devanagari"/>
          <w:b w:val="0"/>
          <w:i w:val="0"/>
          <w:sz w:val="20"/>
        </w:rPr>
        <w:t>पर्यटकले भारत पठाउन चाहेमा बैंकले ड्राफ्ट, टीटी आदि बैकिङ्घ उपकरणको माध्यमबाट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ind w:left="115"/>
      </w:pPr>
      <w:r>
        <w:rPr>
          <w:rFonts w:ascii="Noto Sans" w:hAnsi="Noto Sans" w:cs="Noto Sans Devanagari" w:eastAsia="Noto Sans Devanagari"/>
          <w:b w:val="0"/>
          <w:i w:val="0"/>
          <w:sz w:val="20"/>
        </w:rPr>
        <w:t>11. इजाजतपत्रप्राप्त टुर अपरेटरहरूले यसरी सटही लिई रकम पठाएको र भ्रमण रद्द भई रकम</w:t>
      </w:r>
    </w:p>
    <w:p>
      <w:pPr>
        <w:spacing w:after="62" w:line="259" w:lineRule="auto"/>
      </w:pPr>
      <w:r>
        <w:rPr>
          <w:rFonts w:ascii="Noto Sans" w:hAnsi="Noto Sans" w:cs="Noto Sans Devanagari" w:eastAsia="Noto Sans Devanagari"/>
          <w:b w:val="0"/>
          <w:i w:val="0"/>
          <w:sz w:val="20"/>
        </w:rPr>
        <w:t>फिर्ता भएको विवरण मासिक रुपमा यस विभागमा पेश गर्नुपर्ने छ ।</w:t>
      </w:r>
    </w:p>
    <w:p>
      <w:pPr>
        <w:spacing w:after="62" w:line="259" w:lineRule="auto"/>
        <w:ind w:left="115"/>
      </w:pPr>
      <w:r>
        <w:rPr>
          <w:rFonts w:ascii="Noto Sans" w:hAnsi="Noto Sans" w:cs="Noto Sans Devanagari" w:eastAsia="Noto Sans Devanagari"/>
          <w:b w:val="0"/>
          <w:i w:val="0"/>
          <w:sz w:val="20"/>
        </w:rPr>
        <w:t>१२. यस परिपत्र बमोजिमको अमेरिकी डलरमा प्रदान गरिने सटही सुविधा आवश्यकतानुसार सो बराबरको अन्य</w:t>
      </w:r>
    </w:p>
    <w:p>
      <w:pPr>
        <w:spacing w:after="62" w:line="259" w:lineRule="auto"/>
      </w:pPr>
      <w:r>
        <w:rPr>
          <w:rFonts w:ascii="Noto Sans" w:hAnsi="Noto Sans" w:cs="Noto Sans Devanagari" w:eastAsia="Noto Sans Devanagari"/>
          <w:b w:val="0"/>
          <w:i w:val="0"/>
          <w:sz w:val="20"/>
        </w:rPr>
        <w:t>परिवर्त्य विदेशी मुद्रामा समेत प्रदान गर्न सकिने छ ।</w:t>
      </w:r>
    </w:p>
    <w:p>
      <w:pPr>
        <w:spacing w:after="62" w:line="259" w:lineRule="auto"/>
        <w:ind w:left="115"/>
      </w:pPr>
      <w:r>
        <w:rPr>
          <w:rFonts w:ascii="Noto Sans" w:hAnsi="Noto Sans" w:cs="Noto Sans Devanagari" w:eastAsia="Noto Sans Devanagari"/>
          <w:b w:val="0"/>
          <w:i w:val="0"/>
          <w:sz w:val="20"/>
        </w:rPr>
        <w:t>१३. परिवर्त्य विदेशी मुद्रामा भुक्तानी हुनेगरी तेस्रो मुलुकबाट लिएको सेवाको सटही स्वीकृति प्रदान गर्दा नेपाल</w:t>
      </w:r>
    </w:p>
    <w:p>
      <w:pPr>
        <w:spacing w:after="62" w:line="259" w:lineRule="auto"/>
      </w:pPr>
      <w:r>
        <w:rPr>
          <w:rFonts w:ascii="Noto Sans" w:hAnsi="Noto Sans" w:cs="Noto Sans Devanagari" w:eastAsia="Noto Sans Devanagari"/>
          <w:b w:val="0"/>
          <w:i w:val="0"/>
          <w:sz w:val="20"/>
        </w:rPr>
        <w:t>सरकारलाई भुक्तानी गर्नुपर्ने अग्रिम आयकर (TDS) लगायतका नियमानुसार लाग्ने कर यस बैंकले प्रकाशन</w:t>
      </w:r>
    </w:p>
    <w:p>
      <w:pPr>
        <w:spacing w:after="62" w:line="259" w:lineRule="auto"/>
      </w:pPr>
      <w:r>
        <w:rPr>
          <w:rFonts w:ascii="Noto Sans" w:hAnsi="Noto Sans" w:cs="Noto Sans Devanagari" w:eastAsia="Noto Sans Devanagari"/>
          <w:b w:val="0"/>
          <w:i w:val="0"/>
          <w:sz w:val="20"/>
        </w:rPr>
        <w:t>गरेको परिवर्त्य विदेशी मुद्राको बिक्रीदरको आधारमा गणना गरी दाखिला गर्नु पर्नेछ ।</w:t>
      </w:r>
    </w:p>
    <w:p>
      <w:pPr>
        <w:spacing w:after="62" w:line="259" w:lineRule="auto"/>
        <w:ind w:left="115"/>
      </w:pPr>
      <w:r>
        <w:rPr>
          <w:rFonts w:ascii="Noto Sans" w:hAnsi="Noto Sans" w:cs="Noto Sans Devanagari" w:eastAsia="Noto Sans Devanagari"/>
          <w:b w:val="0"/>
          <w:i w:val="0"/>
          <w:sz w:val="20"/>
        </w:rPr>
        <w:t>१४. विदेशी मुद्रा फिर्ता पठाउनेसम्बन्धी व्यवस्था</w:t>
      </w:r>
    </w:p>
    <w:p>
      <w:pPr>
        <w:spacing w:after="62" w:line="259" w:lineRule="auto"/>
        <w:ind w:left="115"/>
      </w:pPr>
      <w:r>
        <w:rPr>
          <w:rFonts w:ascii="Noto Sans" w:hAnsi="Noto Sans" w:cs="Noto Sans Devanagari" w:eastAsia="Noto Sans Devanagari"/>
          <w:b w:val="0"/>
          <w:i w:val="0"/>
          <w:sz w:val="20"/>
        </w:rPr>
        <w:t>(क) विदेशबाट विभिन्न प्रयोजनको लागि प्राप्त भएको विदेशी मुद्रा जुन प्रयोजनको लागि भित्रिएको हो</w:t>
      </w:r>
    </w:p>
    <w:p>
      <w:pPr>
        <w:spacing w:after="62" w:line="259" w:lineRule="auto"/>
      </w:pPr>
      <w:r>
        <w:rPr>
          <w:rFonts w:ascii="Noto Sans" w:hAnsi="Noto Sans" w:cs="Noto Sans Devanagari" w:eastAsia="Noto Sans Devanagari"/>
          <w:b w:val="0"/>
          <w:i w:val="0"/>
          <w:sz w:val="20"/>
        </w:rPr>
        <w:t>सोअनुरुप खर्च नहुने भएमा सम्बन्धित बेनेफिसियरी (नेपालमा रकम प्रापक) को सहमति लिई प्राप्त</w:t>
      </w:r>
    </w:p>
    <w:p>
      <w:pPr>
        <w:spacing w:after="62" w:line="259" w:lineRule="auto"/>
      </w:pPr>
      <w:r>
        <w:rPr>
          <w:rFonts w:ascii="Noto Sans" w:hAnsi="Noto Sans" w:cs="Noto Sans Devanagari" w:eastAsia="Noto Sans Devanagari"/>
          <w:b w:val="0"/>
          <w:i w:val="0"/>
          <w:sz w:val="20"/>
        </w:rPr>
        <w:t>भएको विदेशी मुद्राको सीमा ननाघ्ने गरी अमेरिकी डलर १० हजारसम्म वा सो बराबरको विदेशी मुद्रा</w:t>
      </w:r>
    </w:p>
    <w:p>
      <w:pPr>
        <w:spacing w:after="62" w:line="259" w:lineRule="auto"/>
      </w:pPr>
      <w:r>
        <w:rPr>
          <w:rFonts w:ascii="Noto Sans" w:hAnsi="Noto Sans" w:cs="Noto Sans Devanagari" w:eastAsia="Noto Sans Devanagari"/>
          <w:b w:val="0"/>
          <w:i w:val="0"/>
          <w:sz w:val="20"/>
        </w:rPr>
        <w:t>आवश्यक कागजातका आधारमा सम्पक्ति शुद्धीकरण तथा आतंकवादी त्रियाकलापमा वित्तीय लगानी</w:t>
      </w:r>
    </w:p>
    <w:p>
      <w:pPr>
        <w:spacing w:after="62" w:line="259" w:lineRule="auto"/>
      </w:pPr>
      <w:r>
        <w:rPr>
          <w:rFonts w:ascii="Noto Sans" w:hAnsi="Noto Sans" w:cs="Noto Sans Devanagari" w:eastAsia="Noto Sans Devanagari"/>
          <w:b w:val="0"/>
          <w:i w:val="0"/>
          <w:sz w:val="20"/>
        </w:rPr>
        <w:t>निवारणसम्बन्धी प्रचलित राष्ट्रिय तथा अन्तर्राष्ट्रिय कानुनी व्यवस्थाको पूर्ण पालना हुने गरी</w:t>
      </w:r>
    </w:p>
    <w:p>
      <w:pPr>
        <w:spacing w:after="62" w:line="259" w:lineRule="auto"/>
      </w:pPr>
      <w:r>
        <w:rPr>
          <w:rFonts w:ascii="Noto Sans" w:hAnsi="Noto Sans" w:cs="Noto Sans Devanagari" w:eastAsia="Noto Sans Devanagari"/>
          <w:b w:val="0"/>
          <w:i w:val="0"/>
          <w:sz w:val="20"/>
        </w:rPr>
        <w:t>बेनेफिसियरीको खातामा जम्मा भएको ६० दिनभित्र फिर्ता पठाउन सक्नेछ ।</w:t>
      </w:r>
    </w:p>
    <w:p>
      <w:pPr>
        <w:spacing w:after="62" w:line="259" w:lineRule="auto"/>
      </w:pPr>
      <w:r>
        <w:rPr>
          <w:rFonts w:ascii="Noto Sans" w:hAnsi="Noto Sans" w:cs="Noto Sans Devanagari" w:eastAsia="Noto Sans Devanagari"/>
          <w:b w:val="0"/>
          <w:i w:val="0"/>
          <w:sz w:val="20"/>
        </w:rPr>
        <w:t>बेनेफिसियरीको खातामा जम्मा नभई सम्बन्धित बैंकको एजेन्सी वा नोस्ट्रो खातामा जम्मा भएको रकम</w:t>
      </w:r>
    </w:p>
    <w:p>
      <w:pPr>
        <w:spacing w:after="62" w:line="259" w:lineRule="auto"/>
      </w:pPr>
      <w:r>
        <w:rPr>
          <w:rFonts w:ascii="Noto Sans" w:hAnsi="Noto Sans" w:cs="Noto Sans Devanagari" w:eastAsia="Noto Sans Devanagari"/>
          <w:b w:val="0"/>
          <w:i w:val="0"/>
          <w:sz w:val="20"/>
        </w:rPr>
        <w:t>बैंक तथा वित्तीय संस्था आफैँले फिर्ता पठाउन सक्नेछ ।</w:t>
      </w:r>
    </w:p>
    <w:p>
      <w:pPr>
        <w:spacing w:after="62" w:line="259" w:lineRule="auto"/>
      </w:pPr>
      <w:r>
        <w:rPr>
          <w:rFonts w:ascii="Noto Sans" w:hAnsi="Noto Sans" w:cs="Noto Sans Devanagari" w:eastAsia="Noto Sans Devanagari"/>
          <w:b w:val="0"/>
          <w:i w:val="0"/>
          <w:sz w:val="20"/>
        </w:rPr>
        <w:t>तर, त्यस्तो रकम अवैधानिक तथा अपराधिक प्रकृतिको भएमा वा शंकास्पद देखिएमा फिर्ता पठाउन</w:t>
      </w:r>
    </w:p>
    <w:p>
      <w:pPr>
        <w:spacing w:after="62" w:line="259" w:lineRule="auto"/>
      </w:pPr>
      <w:r>
        <w:rPr>
          <w:rFonts w:ascii="Noto Sans" w:hAnsi="Noto Sans" w:cs="Noto Sans Devanagari" w:eastAsia="Noto Sans Devanagari"/>
          <w:b w:val="0"/>
          <w:i w:val="0"/>
          <w:sz w:val="20"/>
        </w:rPr>
        <w:t>मिल्ने छैन ।</w:t>
      </w:r>
    </w:p>
    <w:p>
      <w:pPr>
        <w:spacing w:after="62" w:line="259" w:lineRule="auto"/>
      </w:pPr>
      <w:r>
        <w:rPr>
          <w:rFonts w:ascii="Noto Sans" w:hAnsi="Noto Sans" w:cs="Noto Sans Devanagari" w:eastAsia="Noto Sans Devanagari"/>
          <w:b w:val="0"/>
          <w:i w:val="0"/>
          <w:sz w:val="20"/>
        </w:rPr>
        <w:t>यसरी फिर्ता गरिएको फेहरिस्त मासिक रुपमा महिना व्यतीत भएको १५ दिनभित्र यस विभागमा पठाउनु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(ख) विदेशी पक्षबाट ट्रेकिङ, टुर प्याकेजको लागि पठाएको अग्रिम भुक्तानी रकम कुनै कारणवश त्यस्तो</w:t>
      </w:r>
    </w:p>
    <w:p>
      <w:pPr>
        <w:spacing w:after="62" w:line="259" w:lineRule="auto"/>
      </w:pPr>
      <w:r>
        <w:rPr>
          <w:rFonts w:ascii="Noto Sans" w:hAnsi="Noto Sans" w:cs="Noto Sans Devanagari" w:eastAsia="Noto Sans Devanagari"/>
          <w:b w:val="0"/>
          <w:i w:val="0"/>
          <w:sz w:val="20"/>
        </w:rPr>
        <w:t>प्याकेज (आंशिक रद्द समेत) रद्द भई रकम पठाउने व्यक्ति वा संस्थाबाट फिर्ता माग भएमा विदेशबाट</w:t>
      </w:r>
    </w:p>
    <w:p>
      <w:pPr>
        <w:spacing w:after="62" w:line="259" w:lineRule="auto"/>
      </w:pPr>
      <w:r>
        <w:rPr>
          <w:rFonts w:ascii="Noto Sans" w:hAnsi="Noto Sans" w:cs="Noto Sans Devanagari" w:eastAsia="Noto Sans Devanagari"/>
          <w:b w:val="0"/>
          <w:i w:val="0"/>
          <w:sz w:val="20"/>
        </w:rPr>
        <w:t>रकम आएको प्रमाण तथा रकम प्राप्त गर्ने ट्राभल कम्पनीको अनुरोधको आधारमा दुई पक्ष बीचको</w:t>
      </w:r>
    </w:p>
    <w:p>
      <w:pPr>
        <w:spacing w:after="62" w:line="259" w:lineRule="auto"/>
      </w:pPr>
      <w:r>
        <w:rPr>
          <w:rFonts w:ascii="Noto Sans" w:hAnsi="Noto Sans" w:cs="Noto Sans Devanagari" w:eastAsia="Noto Sans Devanagari"/>
          <w:b w:val="0"/>
          <w:i w:val="0"/>
          <w:sz w:val="20"/>
        </w:rPr>
        <w:t>सहमति वा सम्बन्धित ट्राभल कम्पनीको नीतिबमोजिम आंशिक वा पूरै रकम अमेरिकी डलर १०,०००</w:t>
      </w:r>
    </w:p>
    <w:p>
      <w:pPr>
        <w:spacing w:after="62" w:line="259" w:lineRule="auto"/>
      </w:pPr>
      <w:r>
        <w:rPr>
          <w:rFonts w:ascii="Noto Sans" w:hAnsi="Noto Sans" w:cs="Noto Sans Devanagari" w:eastAsia="Noto Sans Devanagari"/>
          <w:b w:val="0"/>
          <w:i w:val="0"/>
          <w:sz w:val="20"/>
        </w:rPr>
        <w:t>सम्म बैंकहरुबाट नै फिर्ता गर्न सकिनेछ । यसरी रकम फिर्ता गर्दा रकम पठाउने विदेशी बैंकबाट Fund</w:t>
      </w:r>
    </w:p>
    <w:p>
      <w:pPr>
        <w:spacing w:after="62" w:line="259" w:lineRule="auto"/>
      </w:pPr>
      <w:r>
        <w:rPr>
          <w:rFonts w:ascii="Noto Sans" w:hAnsi="Noto Sans" w:cs="Noto Sans Devanagari" w:eastAsia="Noto Sans Devanagari"/>
          <w:b w:val="0"/>
          <w:i w:val="0"/>
          <w:sz w:val="20"/>
        </w:rPr>
        <w:t>Return सम्बन्धी अनुरोध आवश्यक पर्ने छैन । यस्तो रकम प्राप्त भएको मितिबाट ३६५ दिनभन्दा बढी</w:t>
      </w:r>
    </w:p>
    <w:p>
      <w:pPr>
        <w:spacing w:after="62" w:line="259" w:lineRule="auto"/>
      </w:pPr>
      <w:r>
        <w:rPr>
          <w:rFonts w:ascii="Noto Sans" w:hAnsi="Noto Sans" w:cs="Noto Sans Devanagari" w:eastAsia="Noto Sans Devanagari"/>
          <w:b w:val="0"/>
          <w:i w:val="0"/>
          <w:sz w:val="20"/>
        </w:rPr>
        <w:t>भएमा यस विभागको स्वीकृति लिएर मात्र फिर्ता गर्न सकिने छ ।</w:t>
      </w:r>
    </w:p>
    <w:p>
      <w:pPr>
        <w:spacing w:after="62" w:line="259" w:lineRule="auto"/>
        <w:ind w:left="115"/>
      </w:pPr>
      <w:r>
        <w:rPr>
          <w:rFonts w:ascii="Noto Sans" w:hAnsi="Noto Sans" w:cs="Noto Sans Devanagari" w:eastAsia="Noto Sans Devanagari"/>
          <w:b w:val="0"/>
          <w:i w:val="0"/>
          <w:sz w:val="20"/>
        </w:rPr>
        <w:t>(ग) कुनै सार्वजनिक संस्थान वा निकायहरुले अन्तर्राष्ट्रिय प्रतिस्पर्धात्मक बोलपत्र अन्तर्गत बोलपत्र आह्वान</w:t>
      </w:r>
    </w:p>
    <w:p>
      <w:pPr>
        <w:spacing w:after="62" w:line="259" w:lineRule="auto"/>
      </w:pPr>
      <w:r>
        <w:rPr>
          <w:rFonts w:ascii="Noto Sans" w:hAnsi="Noto Sans" w:cs="Noto Sans Devanagari" w:eastAsia="Noto Sans Devanagari"/>
          <w:b w:val="0"/>
          <w:i w:val="0"/>
          <w:sz w:val="20"/>
        </w:rPr>
        <w:t>गर्दा प्राप्त भएको Bid Security, Performance Security, Advance Payment Guarantee लगायतका</w:t>
      </w:r>
    </w:p>
    <w:p>
      <w:pPr>
        <w:spacing w:after="62" w:line="259" w:lineRule="auto"/>
      </w:pPr>
      <w:r>
        <w:rPr>
          <w:rFonts w:ascii="Noto Sans" w:hAnsi="Noto Sans" w:cs="Noto Sans Devanagari" w:eastAsia="Noto Sans Devanagari"/>
          <w:b w:val="0"/>
          <w:i w:val="0"/>
          <w:sz w:val="20"/>
        </w:rPr>
        <w:t>त्यस्तो बोलपत्रसम्बन्धी Guarantee बापतको रकम फिर्ता गर्न अनुरोध भई आएमा सो निकाय वा</w:t>
      </w:r>
    </w:p>
    <w:p>
      <w:pPr>
        <w:spacing w:after="62" w:line="259" w:lineRule="auto"/>
      </w:pPr>
      <w:r>
        <w:rPr>
          <w:rFonts w:ascii="Noto Sans" w:hAnsi="Noto Sans" w:cs="Noto Sans Devanagari" w:eastAsia="Noto Sans Devanagari"/>
          <w:b w:val="0"/>
          <w:i w:val="0"/>
          <w:sz w:val="20"/>
        </w:rPr>
        <w:t>संस्थानको सिफारिसपत्र, बोलपत्रमा भाग लिने विदेशी पक्षको रकम फिर्ता गर्ने अनुरोध तथा उक्त रकम</w:t>
      </w:r>
    </w:p>
    <w:p>
      <w:pPr>
        <w:spacing w:after="62" w:line="259" w:lineRule="auto"/>
      </w:pPr>
      <w:r>
        <w:rPr>
          <w:rFonts w:ascii="Noto Sans" w:hAnsi="Noto Sans" w:cs="Noto Sans Devanagari" w:eastAsia="Noto Sans Devanagari"/>
          <w:b w:val="0"/>
          <w:i w:val="0"/>
          <w:sz w:val="20"/>
        </w:rPr>
        <w:t>सम्बन्धित खातामा जम्मा भएको प्रमाणको आधारमा बैंक तथा वित्तीय संस्थाहरुबाट नै फिर्ता गर्न</w:t>
      </w:r>
    </w:p>
    <w:p>
      <w:pPr>
        <w:spacing w:after="62" w:line="259" w:lineRule="auto"/>
      </w:pPr>
      <w:r>
        <w:rPr>
          <w:rFonts w:ascii="Noto Sans" w:hAnsi="Noto Sans" w:cs="Noto Sans Devanagari" w:eastAsia="Noto Sans Devanagari"/>
          <w:b w:val="0"/>
          <w:i w:val="0"/>
          <w:sz w:val="20"/>
        </w:rPr>
        <w:t>सकिनेछ ।</w:t>
      </w:r>
    </w:p>
    <w:p>
      <w:pPr>
        <w:spacing w:after="62" w:line="259" w:lineRule="auto"/>
      </w:pPr>
      <w:r>
        <w:rPr>
          <w:rFonts w:ascii="Noto Sans" w:hAnsi="Noto Sans" w:cs="Noto Sans Devanagari" w:eastAsia="Noto Sans Devanagari"/>
          <w:b w:val="0"/>
          <w:i w:val="0"/>
          <w:sz w:val="20"/>
        </w:rPr>
        <w:t>साथै, सार्वजनिक निकाय वा नेपाल सरकार र विदेशी सरकार समेत सहभागी भई सञ्चालन हुने</w:t>
      </w:r>
    </w:p>
    <w:p>
      <w:pPr>
        <w:spacing w:after="62" w:line="259" w:lineRule="auto"/>
      </w:pPr>
      <w:r>
        <w:rPr>
          <w:rFonts w:ascii="Noto Sans" w:hAnsi="Noto Sans" w:cs="Noto Sans Devanagari" w:eastAsia="Noto Sans Devanagari"/>
          <w:b w:val="0"/>
          <w:i w:val="0"/>
          <w:sz w:val="20"/>
        </w:rPr>
        <w:t>परियोजनाका लागि वस्तु तथा सेवा आपूर्ति गर्न छनौट भएको कुनै विदेशी संस्थाको नेपालमा संस्थापित</w:t>
      </w:r>
    </w:p>
    <w:p>
      <w:pPr>
        <w:spacing w:after="62" w:line="259" w:lineRule="auto"/>
      </w:pPr>
      <w:r>
        <w:rPr>
          <w:rFonts w:ascii="Noto Sans" w:hAnsi="Noto Sans" w:cs="Noto Sans Devanagari" w:eastAsia="Noto Sans Devanagari"/>
          <w:b w:val="0"/>
          <w:i w:val="0"/>
          <w:sz w:val="20"/>
        </w:rPr>
        <w:t>शाखा, सम्पर्क कार्यालय, स्थायी संस्थापना, सहायक कम्पनी/संस्थाले नेपालबाट गरेको आयातको</w:t>
      </w:r>
    </w:p>
    <w:p>
      <w:pPr>
        <w:spacing w:after="62" w:line="259" w:lineRule="auto"/>
      </w:pPr>
      <w:r>
        <w:rPr>
          <w:rFonts w:ascii="Noto Sans" w:hAnsi="Noto Sans" w:cs="Noto Sans Devanagari" w:eastAsia="Noto Sans Devanagari"/>
          <w:b w:val="0"/>
          <w:i w:val="0"/>
          <w:sz w:val="20"/>
        </w:rPr>
        <w:t>भुक्तानीको लागि आफ्नो मुख्य संस्थाबाट रकम भित्र्याएकोमा बढी भएको रकम सम्बन्धित बैंक तथा</w:t>
      </w:r>
    </w:p>
    <w:p>
      <w:pPr>
        <w:spacing w:after="62" w:line="259" w:lineRule="auto"/>
      </w:pPr>
      <w:r>
        <w:rPr>
          <w:rFonts w:ascii="Noto Sans" w:hAnsi="Noto Sans" w:cs="Noto Sans Devanagari" w:eastAsia="Noto Sans Devanagari"/>
          <w:b w:val="0"/>
          <w:i w:val="0"/>
          <w:sz w:val="20"/>
        </w:rPr>
        <w:t>वित्तीय संस्थाले फिर्ता गर्न सक्नेछ ।</w:t>
      </w:r>
    </w:p>
    <w:p>
      <w:pPr>
        <w:spacing w:after="62" w:line="259" w:lineRule="auto"/>
      </w:pPr>
      <w:r>
        <w:rPr>
          <w:rFonts w:ascii="Noto Sans" w:hAnsi="Noto Sans" w:cs="Noto Sans Devanagari" w:eastAsia="Noto Sans Devanagari"/>
          <w:b w:val="0"/>
          <w:i w:val="0"/>
          <w:sz w:val="20"/>
        </w:rPr>
        <w:t>यसरी रकम फिर्ता गर्दा रकम पठाउने विदेशी बैंकबाट Fund Return सम्बन्धी अनुरोध आवश्यक पर्ने</w:t>
      </w:r>
    </w:p>
    <w:p>
      <w:pPr>
        <w:spacing w:after="62" w:line="259" w:lineRule="auto"/>
      </w:pPr>
      <w:r>
        <w:rPr>
          <w:rFonts w:ascii="Noto Sans" w:hAnsi="Noto Sans" w:cs="Noto Sans Devanagari" w:eastAsia="Noto Sans Devanagari"/>
          <w:b w:val="0"/>
          <w:i w:val="0"/>
          <w:sz w:val="20"/>
        </w:rPr>
        <w:t>छैन । यस्तो रकम फिर्तामा रकम सम्बन्धी सीमा लागू हुनेछैन ।</w:t>
      </w:r>
    </w:p>
    <w:p>
      <w:pPr>
        <w:spacing w:after="62" w:line="259" w:lineRule="auto"/>
        <w:ind w:left="115"/>
      </w:pPr>
      <w:r>
        <w:rPr>
          <w:rFonts w:ascii="Noto Sans" w:hAnsi="Noto Sans" w:cs="Noto Sans Devanagari" w:eastAsia="Noto Sans Devanagari"/>
          <w:b w:val="0"/>
          <w:i w:val="0"/>
          <w:sz w:val="20"/>
        </w:rPr>
        <w:t>(घ) इजाजतपत्रप्राप्त बैंक तथा वित्तीय संस्था/विप्रेषण कम्पनी र विदेशस्थित रेमिटेन्स कम्पनीबीच भएको</w:t>
      </w:r>
    </w:p>
    <w:p>
      <w:pPr>
        <w:spacing w:after="62" w:line="259" w:lineRule="auto"/>
      </w:pPr>
      <w:r>
        <w:rPr>
          <w:rFonts w:ascii="Noto Sans" w:hAnsi="Noto Sans" w:cs="Noto Sans Devanagari" w:eastAsia="Noto Sans Devanagari"/>
          <w:b w:val="0"/>
          <w:i w:val="0"/>
          <w:sz w:val="20"/>
        </w:rPr>
        <w:t>विप्रेषण कारोबारसम्बन्धी सम्झौता Termination गर्ने सहमतिको आधारमा Prefunding Basis मा प्राप्त</w:t>
      </w:r>
    </w:p>
    <w:p>
      <w:pPr>
        <w:spacing w:after="62" w:line="259" w:lineRule="auto"/>
      </w:pPr>
      <w:r>
        <w:rPr>
          <w:rFonts w:ascii="Noto Sans" w:hAnsi="Noto Sans" w:cs="Noto Sans Devanagari" w:eastAsia="Noto Sans Devanagari"/>
          <w:b w:val="0"/>
          <w:i w:val="0"/>
          <w:sz w:val="20"/>
        </w:rPr>
        <w:t>रकममध्ये खातामा बाँकी रकम फिर्ता गर्नको लागि यस विभागले प्रदान गरेको त्यस्तो विप्रेषण</w:t>
      </w:r>
    </w:p>
    <w:p>
      <w:pPr>
        <w:spacing w:after="62" w:line="259" w:lineRule="auto"/>
      </w:pPr>
      <w:r>
        <w:rPr>
          <w:rFonts w:ascii="Noto Sans" w:hAnsi="Noto Sans" w:cs="Noto Sans Devanagari" w:eastAsia="Noto Sans Devanagari"/>
          <w:b w:val="0"/>
          <w:i w:val="0"/>
          <w:sz w:val="20"/>
        </w:rPr>
        <w:t>कारोबारसम्बन्धी सम्झौताको स्वीकृति, विदेशी पक्षले रकम फिर्ता गर्न गरेको अनुरोध, सम्बन्धित खाताको</w:t>
      </w:r>
    </w:p>
    <w:p>
      <w:pPr>
        <w:spacing w:after="62" w:line="259" w:lineRule="auto"/>
      </w:pPr>
      <w:r>
        <w:rPr>
          <w:rFonts w:ascii="Noto Sans" w:hAnsi="Noto Sans" w:cs="Noto Sans Devanagari" w:eastAsia="Noto Sans Devanagari"/>
          <w:b w:val="0"/>
          <w:i w:val="0"/>
          <w:sz w:val="20"/>
        </w:rPr>
        <w:t>बैंक स्टेटमेन्ट तथा प्राप्त भएको रकमको SWIFT Message को आधारमा फिर्ता गर्न यस बैंकको</w:t>
      </w:r>
    </w:p>
    <w:p>
      <w:pPr>
        <w:spacing w:after="62" w:line="259" w:lineRule="auto"/>
      </w:pPr>
      <w:r>
        <w:rPr>
          <w:rFonts w:ascii="Noto Sans" w:hAnsi="Noto Sans" w:cs="Noto Sans Devanagari" w:eastAsia="Noto Sans Devanagari"/>
          <w:b w:val="0"/>
          <w:i w:val="0"/>
          <w:sz w:val="20"/>
        </w:rPr>
        <w:t>स्वीकृति आवश्यक पर्ने छैन ।</w:t>
      </w:r>
    </w:p>
    <w:p>
      <w:pPr>
        <w:spacing w:after="62" w:line="259" w:lineRule="auto"/>
        <w:ind w:left="115"/>
      </w:pPr>
      <w:r>
        <w:rPr>
          <w:rFonts w:ascii="Noto Sans" w:hAnsi="Noto Sans" w:cs="Noto Sans Devanagari" w:eastAsia="Noto Sans Devanagari"/>
          <w:b w:val="0"/>
          <w:i w:val="0"/>
          <w:sz w:val="20"/>
        </w:rPr>
        <w:t>(ङ) उपखण्ड (क) र (ख) मा उल्लिखित सीमाभन्दा अधिक रकम यस बैंकको स्वीकृतिको आधारमा मात्र</w:t>
      </w:r>
    </w:p>
    <w:p>
      <w:pPr>
        <w:spacing w:after="62" w:line="259" w:lineRule="auto"/>
      </w:pPr>
      <w:r>
        <w:rPr>
          <w:rFonts w:ascii="Noto Sans" w:hAnsi="Noto Sans" w:cs="Noto Sans Devanagari" w:eastAsia="Noto Sans Devanagari"/>
          <w:b w:val="0"/>
          <w:i w:val="0"/>
          <w:sz w:val="20"/>
        </w:rPr>
        <w:t>फिर्ता गर्न सकिनेछ । त्यसको लागि सम्बन्धित बैंकले रकम फिर्ता गर्नुपर्ने कारण खुलाई सम्बन्धित</w:t>
      </w:r>
    </w:p>
    <w:p>
      <w:pPr>
        <w:spacing w:after="62" w:line="259" w:lineRule="auto"/>
      </w:pPr>
      <w:r>
        <w:rPr>
          <w:rFonts w:ascii="Noto Sans" w:hAnsi="Noto Sans" w:cs="Noto Sans Devanagari" w:eastAsia="Noto Sans Devanagari"/>
          <w:b w:val="0"/>
          <w:i w:val="0"/>
          <w:sz w:val="20"/>
        </w:rPr>
        <w:t>उपखण्डमा उल्लिखित कागजात/प्रमाण सहित यस बैंकमा निवेदन पेश गर्नु पर्नेछ ।</w:t>
      </w:r>
    </w:p>
    <w:p>
      <w:pPr>
        <w:spacing w:after="62" w:line="259" w:lineRule="auto"/>
        <w:ind w:left="115"/>
      </w:pPr>
      <w:r>
        <w:rPr>
          <w:rFonts w:ascii="Noto Sans" w:hAnsi="Noto Sans" w:cs="Noto Sans Devanagari" w:eastAsia="Noto Sans Devanagari"/>
          <w:b w:val="0"/>
          <w:i w:val="0"/>
          <w:sz w:val="20"/>
        </w:rPr>
        <w:t>(च) उपखण्ड (क), (ख), (ग), (घ) र (ङ) मा उल्लिखित रकम फिर्ता गर्दा रकम प्राप्त भएकै खातामा जम्मा</w:t>
      </w:r>
    </w:p>
    <w:p>
      <w:pPr>
        <w:spacing w:after="62" w:line="259" w:lineRule="auto"/>
      </w:pPr>
      <w:r>
        <w:rPr>
          <w:rFonts w:ascii="Noto Sans" w:hAnsi="Noto Sans" w:cs="Noto Sans Devanagari" w:eastAsia="Noto Sans Devanagari"/>
          <w:b w:val="0"/>
          <w:i w:val="0"/>
          <w:sz w:val="20"/>
        </w:rPr>
        <w:t>हुने गरी फिर्ता गर्नु पर्नेछ ।</w:t>
      </w:r>
    </w:p>
    <w:p>
      <w:pPr>
        <w:spacing w:after="62" w:line="259" w:lineRule="auto"/>
        <w:ind w:left="115"/>
      </w:pPr>
      <w:r>
        <w:rPr>
          <w:rFonts w:ascii="Noto Sans" w:hAnsi="Noto Sans" w:cs="Noto Sans Devanagari" w:eastAsia="Noto Sans Devanagari"/>
          <w:b w:val="0"/>
          <w:i w:val="0"/>
          <w:sz w:val="20"/>
        </w:rPr>
        <w:t>१५. शिक्षा, आप्रवासन, स्वास्थ्य (परिपत्र नं. ७, र ८ समेत) लगायतका प्रयोजनका लागि अमेरिकी डलर ५,०००</w:t>
      </w:r>
    </w:p>
    <w:p>
      <w:pPr>
        <w:spacing w:after="62" w:line="259" w:lineRule="auto"/>
      </w:pPr>
      <w:r>
        <w:rPr>
          <w:rFonts w:ascii="Noto Sans" w:hAnsi="Noto Sans" w:cs="Noto Sans Devanagari" w:eastAsia="Noto Sans Devanagari"/>
          <w:b w:val="0"/>
          <w:i w:val="0"/>
          <w:sz w:val="20"/>
        </w:rPr>
        <w:t>भन्दा बढीको परिवर्त्य विदेशी मुद्रा माग गर्ने नेपालीहरूसँग अनिवार्य रुपमा स्थायी लेखा नम्बर (PAN)</w:t>
      </w:r>
    </w:p>
    <w:p>
      <w:pPr>
        <w:spacing w:after="62" w:line="259" w:lineRule="auto"/>
      </w:pPr>
      <w:r>
        <w:rPr>
          <w:rFonts w:ascii="Noto Sans" w:hAnsi="Noto Sans" w:cs="Noto Sans Devanagari" w:eastAsia="Noto Sans Devanagari"/>
          <w:b w:val="0"/>
          <w:i w:val="0"/>
          <w:sz w:val="20"/>
        </w:rPr>
        <w:t>लिनु पर्नेछ । सटही सुविधा माग गर्ने व्यक्तिको PAN नभएको अवस्थामा नाता प्रमाणित हुने कागजातसहित</w:t>
      </w:r>
    </w:p>
    <w:p>
      <w:pPr>
        <w:spacing w:after="62" w:line="259" w:lineRule="auto"/>
      </w:pPr>
      <w:r>
        <w:rPr>
          <w:rFonts w:ascii="Noto Sans" w:hAnsi="Noto Sans" w:cs="Noto Sans Devanagari" w:eastAsia="Noto Sans Devanagari"/>
          <w:b w:val="0"/>
          <w:i w:val="0"/>
          <w:sz w:val="20"/>
        </w:rPr>
        <w:t>निजको एकाघर परिवारको PAN पेश गरेमा समेत परिवर्त्य विदेशी मुद्रा सटही गर्न सकिनेछ ।</w:t>
      </w:r>
    </w:p>
    <w:p>
      <w:pPr>
        <w:spacing w:after="62" w:line="259" w:lineRule="auto"/>
        <w:ind w:left="115"/>
      </w:pPr>
      <w:r>
        <w:rPr>
          <w:rFonts w:ascii="Noto Sans" w:hAnsi="Noto Sans" w:cs="Noto Sans Devanagari" w:eastAsia="Noto Sans Devanagari"/>
          <w:b w:val="0"/>
          <w:i w:val="0"/>
          <w:sz w:val="20"/>
        </w:rPr>
        <w:t>१६. विदेशस्थित कार्यालय सञ्चालन खर्च भुक्तानी पठाउने सम्बन्धमा</w:t>
      </w:r>
    </w:p>
    <w:p>
      <w:pPr>
        <w:spacing w:after="62" w:line="259" w:lineRule="auto"/>
        <w:ind w:left="115"/>
      </w:pPr>
      <w:r>
        <w:rPr>
          <w:rFonts w:ascii="Noto Sans" w:hAnsi="Noto Sans" w:cs="Noto Sans Devanagari" w:eastAsia="Noto Sans Devanagari"/>
          <w:b w:val="0"/>
          <w:i w:val="0"/>
          <w:sz w:val="20"/>
        </w:rPr>
        <w:t>(क) बैंक तथा वित्तीय संस्थाहरुको शाखा/सम्पर्क/एजेन्सी कार्यालय खोल्न यस बैंकबाट स्वीकृति लिएको</w:t>
      </w:r>
    </w:p>
    <w:p>
      <w:pPr>
        <w:spacing w:after="62" w:line="259" w:lineRule="auto"/>
      </w:pPr>
      <w:r>
        <w:rPr>
          <w:rFonts w:ascii="Noto Sans" w:hAnsi="Noto Sans" w:cs="Noto Sans Devanagari" w:eastAsia="Noto Sans Devanagari"/>
          <w:b w:val="0"/>
          <w:i w:val="0"/>
          <w:sz w:val="20"/>
        </w:rPr>
        <w:t>पत्र, सम्झौता पक्र, कर्मचारीको नियुत्ति पत्र, कर भुक्तानी विवरण आदिका आधारमा बैंक तथा वित्तीय</w:t>
      </w:r>
    </w:p>
    <w:p>
      <w:pPr>
        <w:spacing w:after="62" w:line="259" w:lineRule="auto"/>
      </w:pPr>
      <w:r>
        <w:rPr>
          <w:rFonts w:ascii="Noto Sans" w:hAnsi="Noto Sans" w:cs="Noto Sans Devanagari" w:eastAsia="Noto Sans Devanagari"/>
          <w:b w:val="0"/>
          <w:i w:val="0"/>
          <w:sz w:val="20"/>
        </w:rPr>
        <w:t>संस्थाका विदेशस्थित शाखा/सम्पर्क/एजेन्सी कार्यालयको लागि संस्थाको स्वीकृत बजेट तथा कार्य</w:t>
      </w:r>
    </w:p>
    <w:p>
      <w:pPr>
        <w:spacing w:after="62" w:line="259" w:lineRule="auto"/>
      </w:pPr>
      <w:r>
        <w:rPr>
          <w:rFonts w:ascii="Noto Sans" w:hAnsi="Noto Sans" w:cs="Noto Sans Devanagari" w:eastAsia="Noto Sans Devanagari"/>
          <w:b w:val="0"/>
          <w:i w:val="0"/>
          <w:sz w:val="20"/>
        </w:rPr>
        <w:t>योजनाको अधीनमा रही सम्झौता अनुसारको घरभाडा, कर्मचारीको तलवभत्ता, विज्ञापन, कानुनी तथा</w:t>
      </w:r>
    </w:p>
    <w:p>
      <w:pPr>
        <w:spacing w:after="62" w:line="259" w:lineRule="auto"/>
      </w:pPr>
      <w:r>
        <w:rPr>
          <w:rFonts w:ascii="Noto Sans" w:hAnsi="Noto Sans" w:cs="Noto Sans Devanagari" w:eastAsia="Noto Sans Devanagari"/>
          <w:b w:val="0"/>
          <w:i w:val="0"/>
          <w:sz w:val="20"/>
        </w:rPr>
        <w:t>प्रशासनिक खर्च, कार्यालय सञ्चालनको लागि आवश्यक पर्ने कम्प्युटर, फर्निचर, सवारी साधन आदि</w:t>
      </w:r>
    </w:p>
    <w:p>
      <w:pPr>
        <w:spacing w:after="62" w:line="259" w:lineRule="auto"/>
      </w:pPr>
      <w:r>
        <w:rPr>
          <w:rFonts w:ascii="Noto Sans" w:hAnsi="Noto Sans" w:cs="Noto Sans Devanagari" w:eastAsia="Noto Sans Devanagari"/>
          <w:b w:val="0"/>
          <w:i w:val="0"/>
          <w:sz w:val="20"/>
        </w:rPr>
        <w:t>खरिदका लागि आवश्यक विदेशी मुद्रा सम्बन्धित बैंक तथा वित्तीय संस्थाबाट नै भुक्तानी गर्न/पठाउन</w:t>
      </w:r>
    </w:p>
    <w:p>
      <w:pPr>
        <w:spacing w:after="62" w:line="259" w:lineRule="auto"/>
      </w:pPr>
      <w:r>
        <w:rPr>
          <w:rFonts w:ascii="Noto Sans" w:hAnsi="Noto Sans" w:cs="Noto Sans Devanagari" w:eastAsia="Noto Sans Devanagari"/>
          <w:b w:val="0"/>
          <w:i w:val="0"/>
          <w:sz w:val="20"/>
        </w:rPr>
        <w:t>सकिनेछ ।</w:t>
      </w:r>
    </w:p>
    <w:p>
      <w:pPr>
        <w:spacing w:after="62" w:line="259" w:lineRule="auto"/>
        <w:ind w:left="115"/>
      </w:pPr>
      <w:r>
        <w:rPr>
          <w:rFonts w:ascii="Noto Sans" w:hAnsi="Noto Sans" w:cs="Noto Sans Devanagari" w:eastAsia="Noto Sans Devanagari"/>
          <w:b w:val="0"/>
          <w:i w:val="0"/>
          <w:sz w:val="20"/>
        </w:rPr>
        <w:t>(ख) यस बैंकबाट इजाजतपत्रप्राप्त बैंक/वित्तीय संस्था र विप्रेषण कम्पनीले विदेशस्थित Remittance</w:t>
      </w:r>
    </w:p>
    <w:p>
      <w:pPr>
        <w:spacing w:after="62" w:line="259" w:lineRule="auto"/>
      </w:pPr>
      <w:r>
        <w:rPr>
          <w:rFonts w:ascii="Noto Sans" w:hAnsi="Noto Sans" w:cs="Noto Sans Devanagari" w:eastAsia="Noto Sans Devanagari"/>
          <w:b w:val="0"/>
          <w:i w:val="0"/>
          <w:sz w:val="20"/>
        </w:rPr>
        <w:t>Company सँग गरेको यस बैंकबाट स्वीकृति प्राप्त भएको Principal-Agent सम्झौताबमोजिम</w:t>
      </w:r>
    </w:p>
    <w:p>
      <w:pPr>
        <w:spacing w:after="62" w:line="259" w:lineRule="auto"/>
      </w:pPr>
      <w:r>
        <w:rPr>
          <w:rFonts w:ascii="Noto Sans" w:hAnsi="Noto Sans" w:cs="Noto Sans Devanagari" w:eastAsia="Noto Sans Devanagari"/>
          <w:b w:val="0"/>
          <w:i w:val="0"/>
          <w:sz w:val="20"/>
        </w:rPr>
        <w:t>कर्मचारी (स्थायी वा करारमा नियुक्त) लाई Representative को रुपमा राखेबापत् उक्त कर्मचारीसँगको</w:t>
      </w:r>
    </w:p>
    <w:p>
      <w:pPr>
        <w:spacing w:after="62" w:line="259" w:lineRule="auto"/>
      </w:pPr>
      <w:r>
        <w:rPr>
          <w:rFonts w:ascii="Noto Sans" w:hAnsi="Noto Sans" w:cs="Noto Sans Devanagari" w:eastAsia="Noto Sans Devanagari"/>
          <w:b w:val="0"/>
          <w:i w:val="0"/>
          <w:sz w:val="20"/>
        </w:rPr>
        <w:t>सम्झौता बमोजिम निजलाई भुक्तानी गर्नु पर्ने पारिश्रमिक सुविधाबापतको रकम Principal-Agent</w:t>
      </w:r>
    </w:p>
    <w:p>
      <w:pPr>
        <w:spacing w:after="62" w:line="259" w:lineRule="auto"/>
      </w:pPr>
      <w:r>
        <w:rPr>
          <w:rFonts w:ascii="Noto Sans" w:hAnsi="Noto Sans" w:cs="Noto Sans Devanagari" w:eastAsia="Noto Sans Devanagari"/>
          <w:b w:val="0"/>
          <w:i w:val="0"/>
          <w:sz w:val="20"/>
        </w:rPr>
        <w:t>सम्झौता, त्यस्तो कर्मचारीसँगको सम्झौता र प्रचलित नियमानुसारको कर तिरेको प्रमाणको आधारमा</w:t>
      </w:r>
    </w:p>
    <w:p>
      <w:pPr>
        <w:spacing w:after="62" w:line="259" w:lineRule="auto"/>
      </w:pPr>
      <w:r>
        <w:rPr>
          <w:rFonts w:ascii="Noto Sans" w:hAnsi="Noto Sans" w:cs="Noto Sans Devanagari" w:eastAsia="Noto Sans Devanagari"/>
          <w:b w:val="0"/>
          <w:i w:val="0"/>
          <w:sz w:val="20"/>
        </w:rPr>
        <w:t>बैंक तथा वित्तीय संस्थाले सटही सुविधा प्रदान गर्न सक्नेछ ।</w:t>
      </w:r>
    </w:p>
    <w:p>
      <w:pPr>
        <w:spacing w:after="62" w:line="259" w:lineRule="auto"/>
        <w:ind w:left="115"/>
      </w:pPr>
      <w:r>
        <w:rPr>
          <w:rFonts w:ascii="Noto Sans" w:hAnsi="Noto Sans" w:cs="Noto Sans Devanagari" w:eastAsia="Noto Sans Devanagari"/>
          <w:b w:val="0"/>
          <w:i w:val="0"/>
          <w:sz w:val="20"/>
        </w:rPr>
        <w:t>(ग) खण्ड (क) र (ख) बमोजिम रकम पठाएको/सटही सुविधा प्रदान गरिएको विवरण इजाजतपत्रप्राप्त बैंक</w:t>
      </w:r>
    </w:p>
    <w:p>
      <w:pPr>
        <w:spacing w:after="62" w:line="259" w:lineRule="auto"/>
      </w:pPr>
      <w:r>
        <w:rPr>
          <w:rFonts w:ascii="Noto Sans" w:hAnsi="Noto Sans" w:cs="Noto Sans Devanagari" w:eastAsia="Noto Sans Devanagari"/>
          <w:b w:val="0"/>
          <w:i w:val="0"/>
          <w:sz w:val="20"/>
        </w:rPr>
        <w:t>तथा वित्तीय संस्थाहरुले त्रयमास समाप्त भएको १५ दिनभित्र यस विभागमा पठाउनु पर्नेछ ।</w:t>
      </w:r>
    </w:p>
    <w:p>
      <w:pPr>
        <w:spacing w:after="62" w:line="259" w:lineRule="auto"/>
        <w:ind w:left="115"/>
      </w:pPr>
      <w:r>
        <w:rPr>
          <w:rFonts w:ascii="Noto Sans" w:hAnsi="Noto Sans" w:cs="Noto Sans Devanagari" w:eastAsia="Noto Sans Devanagari"/>
          <w:b w:val="0"/>
          <w:i w:val="0"/>
          <w:sz w:val="20"/>
        </w:rPr>
        <w:t>१७. विदेशी नागरिक (भारतीय समेत) को पारिश्रमिकको सटही व्यवस्था सम्बन्धमा</w:t>
      </w:r>
    </w:p>
    <w:p>
      <w:pPr>
        <w:spacing w:after="62" w:line="259" w:lineRule="auto"/>
        <w:ind w:left="115"/>
      </w:pPr>
      <w:r>
        <w:rPr>
          <w:rFonts w:ascii="Noto Sans" w:hAnsi="Noto Sans" w:cs="Noto Sans Devanagari" w:eastAsia="Noto Sans Devanagari"/>
          <w:b w:val="0"/>
          <w:i w:val="0"/>
          <w:sz w:val="20"/>
        </w:rPr>
        <w:t>१. रोजगारदातासँग गरेको करारमा वा रोजगारदाताबाट जारी नियुक्तिपत्रमा उल्लिखित पारिश्रमिक</w:t>
      </w:r>
    </w:p>
    <w:p>
      <w:pPr>
        <w:spacing w:after="62" w:line="259" w:lineRule="auto"/>
      </w:pPr>
      <w:r>
        <w:rPr>
          <w:rFonts w:ascii="Noto Sans" w:hAnsi="Noto Sans" w:cs="Noto Sans Devanagari" w:eastAsia="Noto Sans Devanagari"/>
          <w:b w:val="0"/>
          <w:i w:val="0"/>
          <w:sz w:val="20"/>
        </w:rPr>
        <w:t>बापतको रकममा प्रचलित कानुनबमोजिम कर कट्टी पश्चात बाँकी हुने सम्पूर्ण रकमसम्म विदेशी</w:t>
      </w:r>
    </w:p>
    <w:p>
      <w:pPr>
        <w:spacing w:after="62" w:line="259" w:lineRule="auto"/>
      </w:pPr>
      <w:r>
        <w:rPr>
          <w:rFonts w:ascii="Noto Sans" w:hAnsi="Noto Sans" w:cs="Noto Sans Devanagari" w:eastAsia="Noto Sans Devanagari"/>
          <w:b w:val="0"/>
          <w:i w:val="0"/>
          <w:sz w:val="20"/>
        </w:rPr>
        <w:t>लगानी तथा प्रविधि हस्तान्तरण ऐन, २०७५ बमोजिम विदेशी लगानी भएका नेपाली कम्पनी वा</w:t>
      </w:r>
    </w:p>
    <w:p>
      <w:pPr>
        <w:spacing w:after="62" w:line="259" w:lineRule="auto"/>
      </w:pPr>
      <w:r>
        <w:rPr>
          <w:rFonts w:ascii="Noto Sans" w:hAnsi="Noto Sans" w:cs="Noto Sans Devanagari" w:eastAsia="Noto Sans Devanagari"/>
          <w:b w:val="0"/>
          <w:i w:val="0"/>
          <w:sz w:val="20"/>
        </w:rPr>
        <w:t>उद्योगमा कार्यरत विदेशी नागरिकलाई विदेशी मुद्रामा; नेपाली फर्म, कम्पनी वा संस्थामा कार्यरत</w:t>
      </w:r>
    </w:p>
    <w:p>
      <w:pPr>
        <w:spacing w:after="62" w:line="259" w:lineRule="auto"/>
      </w:pPr>
      <w:r>
        <w:rPr>
          <w:rFonts w:ascii="Noto Sans" w:hAnsi="Noto Sans" w:cs="Noto Sans Devanagari" w:eastAsia="Noto Sans Devanagari"/>
          <w:b w:val="0"/>
          <w:i w:val="0"/>
          <w:sz w:val="20"/>
        </w:rPr>
        <w:t>गैर–बासिन्दा विदेशी नागरिकलाई विदेशी मुद्रामा; र नेपाली फर्म, कम्पनी वा संस्थामा कार्यरत</w:t>
      </w:r>
    </w:p>
    <w:p>
      <w:pPr>
        <w:spacing w:after="62" w:line="259" w:lineRule="auto"/>
      </w:pPr>
      <w:r>
        <w:rPr>
          <w:rFonts w:ascii="Noto Sans" w:hAnsi="Noto Sans" w:cs="Noto Sans Devanagari" w:eastAsia="Noto Sans Devanagari"/>
          <w:b w:val="0"/>
          <w:i w:val="0"/>
          <w:sz w:val="20"/>
        </w:rPr>
        <w:t>विदेशी नागरिकलाई भारतीय रुपैयाँमा देहायका कागजातका आधारमा सम्बन्धित मुलुकमा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ind w:left="115"/>
      </w:pPr>
      <w:r>
        <w:rPr>
          <w:rFonts w:ascii="Noto Sans" w:hAnsi="Noto Sans" w:cs="Noto Sans Devanagari" w:eastAsia="Noto Sans Devanagari"/>
          <w:b w:val="0"/>
          <w:i w:val="0"/>
          <w:sz w:val="20"/>
        </w:rPr>
        <w:t>(क) आवश्यक कागजातहरू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रोजगारदाता फर्म, कम्पनी तथा संस्थाको सिफारिसपत्र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 (भारतीय नागरिकको हकमा</w:t>
      </w:r>
    </w:p>
    <w:p>
      <w:pPr>
        <w:spacing w:after="62" w:line="259" w:lineRule="auto"/>
      </w:pPr>
      <w:r>
        <w:rPr>
          <w:rFonts w:ascii="Noto Sans" w:hAnsi="Noto Sans" w:cs="Noto Sans Devanagari" w:eastAsia="Noto Sans Devanagari"/>
          <w:b w:val="0"/>
          <w:i w:val="0"/>
          <w:sz w:val="20"/>
        </w:rPr>
        <w:t>अनिवार्य नहुने)</w:t>
      </w:r>
    </w:p>
    <w:p>
      <w:pPr>
        <w:spacing w:after="62" w:line="259" w:lineRule="auto"/>
      </w:pPr>
      <w:r>
        <w:rPr>
          <w:rFonts w:ascii="Noto Sans" w:hAnsi="Noto Sans" w:cs="Noto Sans Devanagari" w:eastAsia="Noto Sans Devanagari"/>
          <w:b w:val="0"/>
          <w:i w:val="0"/>
          <w:sz w:val="20"/>
        </w:rPr>
        <w:t>(४) कर्मचारी परिचयपक्र र नियुत्तिपत्र/सम्झौतापत्र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बहालसम्बन्धी प्रमाण (भारतीय नागरिकको हकमा अनिवार्य</w:t>
      </w:r>
    </w:p>
    <w:p>
      <w:pPr>
        <w:spacing w:after="62" w:line="259" w:lineRule="auto"/>
      </w:pPr>
      <w:r>
        <w:rPr>
          <w:rFonts w:ascii="Noto Sans" w:hAnsi="Noto Sans" w:cs="Noto Sans Devanagari" w:eastAsia="Noto Sans Devanagari"/>
          <w:b w:val="0"/>
          <w:i w:val="0"/>
          <w:sz w:val="20"/>
        </w:rPr>
        <w:t>नहुने)</w:t>
      </w:r>
    </w:p>
    <w:p>
      <w:pPr>
        <w:spacing w:after="62" w:line="259" w:lineRule="auto"/>
        <w:ind w:left="115"/>
      </w:pPr>
      <w:r>
        <w:rPr>
          <w:rFonts w:ascii="Noto Sans" w:hAnsi="Noto Sans" w:cs="Noto Sans Devanagari" w:eastAsia="Noto Sans Devanagari"/>
          <w:b w:val="0"/>
          <w:i w:val="0"/>
          <w:sz w:val="20"/>
        </w:rPr>
        <w:t>२. रोजगारदातासँग गरेको करारमा उल्लिखित पारिश्रमिकमा प्रचलित कानुनबमोजिम कर कट्टी पश्चात</w:t>
      </w:r>
    </w:p>
    <w:p>
      <w:pPr>
        <w:spacing w:after="62" w:line="259" w:lineRule="auto"/>
      </w:pPr>
      <w:r>
        <w:rPr>
          <w:rFonts w:ascii="Noto Sans" w:hAnsi="Noto Sans" w:cs="Noto Sans Devanagari" w:eastAsia="Noto Sans Devanagari"/>
          <w:b w:val="0"/>
          <w:i w:val="0"/>
          <w:sz w:val="20"/>
        </w:rPr>
        <w:t>हुन आउने सम्पूर्ण रकमसम्मको भुक्तानीको लागि विदेशी लगानी तथा प्रविधि हस्तान्तरण ऐन,</w:t>
      </w:r>
    </w:p>
    <w:p>
      <w:pPr>
        <w:spacing w:after="62" w:line="259" w:lineRule="auto"/>
      </w:pPr>
      <w:r>
        <w:rPr>
          <w:rFonts w:ascii="Noto Sans" w:hAnsi="Noto Sans" w:cs="Noto Sans Devanagari" w:eastAsia="Noto Sans Devanagari"/>
          <w:b w:val="0"/>
          <w:i w:val="0"/>
          <w:sz w:val="20"/>
        </w:rPr>
        <w:t>२०७५ बमोजिम विदेशी लगानी भएका नेपाली वायुसेवा प्रदायक कम्पनी वा उद्योगमा कार्यरत</w:t>
      </w:r>
    </w:p>
    <w:p>
      <w:pPr>
        <w:spacing w:after="62" w:line="259" w:lineRule="auto"/>
      </w:pPr>
      <w:r>
        <w:rPr>
          <w:rFonts w:ascii="Noto Sans" w:hAnsi="Noto Sans" w:cs="Noto Sans Devanagari" w:eastAsia="Noto Sans Devanagari"/>
          <w:b w:val="0"/>
          <w:i w:val="0"/>
          <w:sz w:val="20"/>
        </w:rPr>
        <w:t>विदेशी नागरिकलाई विदेशी मुद्रामा; नेपालका वायुसेवा प्रदायक कम्पनीहरूमा कार्यरत गैर–बासिन्दा</w:t>
      </w:r>
    </w:p>
    <w:p>
      <w:pPr>
        <w:spacing w:after="62" w:line="259" w:lineRule="auto"/>
      </w:pPr>
      <w:r>
        <w:rPr>
          <w:rFonts w:ascii="Noto Sans" w:hAnsi="Noto Sans" w:cs="Noto Sans Devanagari" w:eastAsia="Noto Sans Devanagari"/>
          <w:b w:val="0"/>
          <w:i w:val="0"/>
          <w:sz w:val="20"/>
        </w:rPr>
        <w:t>विदेशी नागरिकलाई विदेशी मुद्रामा; र नेपालका वायुसेवा प्रदायक कम्पनीहरूमा कार्यरत विदेशी</w:t>
      </w:r>
    </w:p>
    <w:p>
      <w:pPr>
        <w:spacing w:after="62" w:line="259" w:lineRule="auto"/>
      </w:pPr>
      <w:r>
        <w:rPr>
          <w:rFonts w:ascii="Noto Sans" w:hAnsi="Noto Sans" w:cs="Noto Sans Devanagari" w:eastAsia="Noto Sans Devanagari"/>
          <w:b w:val="0"/>
          <w:i w:val="0"/>
          <w:sz w:val="20"/>
        </w:rPr>
        <w:t>नागरिकलाई भारतीय रुपैयाँमा देहायका कागजातको आधारमा पारिश्रमिक कर तिरेको प्रमाण लिई</w:t>
      </w:r>
    </w:p>
    <w:p>
      <w:pPr>
        <w:spacing w:after="62" w:line="259" w:lineRule="auto"/>
      </w:pPr>
      <w:r>
        <w:rPr>
          <w:rFonts w:ascii="Noto Sans" w:hAnsi="Noto Sans" w:cs="Noto Sans Devanagari" w:eastAsia="Noto Sans Devanagari"/>
          <w:b w:val="0"/>
          <w:i w:val="0"/>
          <w:sz w:val="20"/>
        </w:rPr>
        <w:t>सम्बन्धित मुलुकमा पठाउन सकिने छ ।</w:t>
      </w:r>
    </w:p>
    <w:p>
      <w:pPr>
        <w:spacing w:after="62" w:line="259" w:lineRule="auto"/>
        <w:ind w:left="115"/>
      </w:pPr>
      <w:r>
        <w:rPr>
          <w:rFonts w:ascii="Noto Sans" w:hAnsi="Noto Sans" w:cs="Noto Sans Devanagari" w:eastAsia="Noto Sans Devanagari"/>
          <w:b w:val="0"/>
          <w:i w:val="0"/>
          <w:sz w:val="20"/>
        </w:rPr>
        <w:t>(क) आवश्यक कागजातहरू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वायुसेवा प्रदायक कम्पनीको सिफारिस 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w:t>
      </w:r>
    </w:p>
    <w:p>
      <w:pPr>
        <w:spacing w:after="62" w:line="259" w:lineRule="auto"/>
      </w:pPr>
      <w:r>
        <w:rPr>
          <w:rFonts w:ascii="Noto Sans" w:hAnsi="Noto Sans" w:cs="Noto Sans Devanagari" w:eastAsia="Noto Sans Devanagari"/>
          <w:b w:val="0"/>
          <w:i w:val="0"/>
          <w:sz w:val="20"/>
        </w:rPr>
        <w:t>(४) कर्मचारी परिचयपक्र र नियुत्तिपत्र/सम्झौता 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वहाल सम्बन्धी प्रमाण (भारतीय नागरिक वाहेकको हकमा) ।</w:t>
      </w:r>
    </w:p>
    <w:p>
      <w:pPr>
        <w:spacing w:after="62" w:line="259" w:lineRule="auto"/>
        <w:ind w:left="115"/>
      </w:pPr>
      <w:r>
        <w:rPr>
          <w:rFonts w:ascii="Noto Sans" w:hAnsi="Noto Sans" w:cs="Noto Sans Devanagari" w:eastAsia="Noto Sans Devanagari"/>
          <w:b w:val="0"/>
          <w:i w:val="0"/>
          <w:sz w:val="20"/>
        </w:rPr>
        <w:t>३. उपदफा १ र २ मा उल्लिखित बाहेक औद्योगिक व्यवसाय ऐन, २०७६ लागु हुने नेपालमा संस्थापित</w:t>
      </w:r>
    </w:p>
    <w:p>
      <w:pPr>
        <w:spacing w:after="62" w:line="259" w:lineRule="auto"/>
      </w:pPr>
      <w:r>
        <w:rPr>
          <w:rFonts w:ascii="Noto Sans" w:hAnsi="Noto Sans" w:cs="Noto Sans Devanagari" w:eastAsia="Noto Sans Devanagari"/>
          <w:b w:val="0"/>
          <w:i w:val="0"/>
          <w:sz w:val="20"/>
        </w:rPr>
        <w:t>संस्थामा काम गरी पारिश्रमिक बापतको सटही सुविधाको लागि बैंक तथा वित्तीय संस्थाले देहायका</w:t>
      </w:r>
    </w:p>
    <w:p>
      <w:pPr>
        <w:spacing w:after="62" w:line="259" w:lineRule="auto"/>
      </w:pPr>
      <w:r>
        <w:rPr>
          <w:rFonts w:ascii="Noto Sans" w:hAnsi="Noto Sans" w:cs="Noto Sans Devanagari" w:eastAsia="Noto Sans Devanagari"/>
          <w:b w:val="0"/>
          <w:i w:val="0"/>
          <w:sz w:val="20"/>
        </w:rPr>
        <w:t>कागजातको आधारमा कर कट्टी पश्चात्को रकमको बढीमा ७० प्रतिशत रकमसम्म परिवर्त्य विदेशी</w:t>
      </w:r>
    </w:p>
    <w:p>
      <w:pPr>
        <w:spacing w:after="62" w:line="259" w:lineRule="auto"/>
      </w:pPr>
      <w:r>
        <w:rPr>
          <w:rFonts w:ascii="Noto Sans" w:hAnsi="Noto Sans" w:cs="Noto Sans Devanagari" w:eastAsia="Noto Sans Devanagari"/>
          <w:b w:val="0"/>
          <w:i w:val="0"/>
          <w:sz w:val="20"/>
        </w:rPr>
        <w:t>मुद्रामा सटही सुविधा प्रदान गर्न सक्नेछ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रोजगारदाता फर्म, कम्पनी तथा संस्थाको सिफारिसपत्र,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 (भारतीय नागरिकको हकमा अनिवार्य नभएको),</w:t>
      </w:r>
    </w:p>
    <w:p>
      <w:pPr>
        <w:spacing w:after="62" w:line="259" w:lineRule="auto"/>
      </w:pPr>
      <w:r>
        <w:rPr>
          <w:rFonts w:ascii="Noto Sans" w:hAnsi="Noto Sans" w:cs="Noto Sans Devanagari" w:eastAsia="Noto Sans Devanagari"/>
          <w:b w:val="0"/>
          <w:i w:val="0"/>
          <w:sz w:val="20"/>
        </w:rPr>
        <w:t>(४) कर्मचारी परिचयपक्र र नियुत्तिपत्र/ सम्झौतापत्र,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बहालसम्बन्धी प्रमाण (भारतीय नागरिकको हकमा अनिवार्य नभएको) ।</w:t>
      </w:r>
    </w:p>
    <w:p>
      <w:pPr>
        <w:spacing w:after="62" w:line="259" w:lineRule="auto"/>
        <w:ind w:left="115"/>
      </w:pPr>
      <w:r>
        <w:rPr>
          <w:rFonts w:ascii="Noto Sans" w:hAnsi="Noto Sans" w:cs="Noto Sans Devanagari" w:eastAsia="Noto Sans Devanagari"/>
          <w:b w:val="0"/>
          <w:i w:val="0"/>
          <w:sz w:val="20"/>
        </w:rPr>
        <w:t>४. उपदफा १, २ र ३ मा जुनसुकै कुरा लेखिएको भएतापनि सञ्चयकोष, अवकाश कोष, उपदान,</w:t>
      </w:r>
    </w:p>
    <w:p>
      <w:pPr>
        <w:spacing w:after="62" w:line="259" w:lineRule="auto"/>
      </w:pPr>
      <w:r>
        <w:rPr>
          <w:rFonts w:ascii="Noto Sans" w:hAnsi="Noto Sans" w:cs="Noto Sans Devanagari" w:eastAsia="Noto Sans Devanagari"/>
          <w:b w:val="0"/>
          <w:i w:val="0"/>
          <w:sz w:val="20"/>
        </w:rPr>
        <w:t>सामाजिक सुरक्षा कोष, सञ्चित औषधि, सञ्चित बिदा लगायत रोजगारी सम्बन्धी अन्य सञ्चित</w:t>
      </w:r>
    </w:p>
    <w:p>
      <w:pPr>
        <w:spacing w:after="62" w:line="259" w:lineRule="auto"/>
      </w:pPr>
      <w:r>
        <w:rPr>
          <w:rFonts w:ascii="Noto Sans" w:hAnsi="Noto Sans" w:cs="Noto Sans Devanagari" w:eastAsia="Noto Sans Devanagari"/>
          <w:b w:val="0"/>
          <w:i w:val="0"/>
          <w:sz w:val="20"/>
        </w:rPr>
        <w:t>रकमको हकमा नियमानुसार लाग्ने कर कट्टा पश्चात् पाउने पूरै रकम सम्बन्धित बैंक तथा वित्तीय</w:t>
      </w:r>
    </w:p>
    <w:p>
      <w:pPr>
        <w:spacing w:after="62" w:line="259" w:lineRule="auto"/>
      </w:pPr>
      <w:r>
        <w:rPr>
          <w:rFonts w:ascii="Noto Sans" w:hAnsi="Noto Sans" w:cs="Noto Sans Devanagari" w:eastAsia="Noto Sans Devanagari"/>
          <w:b w:val="0"/>
          <w:i w:val="0"/>
          <w:sz w:val="20"/>
        </w:rPr>
        <w:t>संस्थामार्फत पठाउन सकिनेछ । कार्यरत अवधिमा यस्ता कोषबाट सापटी लिई रकम पठाउन अनुरोध</w:t>
      </w:r>
    </w:p>
    <w:p>
      <w:pPr>
        <w:spacing w:after="62" w:line="259" w:lineRule="auto"/>
      </w:pPr>
      <w:r>
        <w:rPr>
          <w:rFonts w:ascii="Noto Sans" w:hAnsi="Noto Sans" w:cs="Noto Sans Devanagari" w:eastAsia="Noto Sans Devanagari"/>
          <w:b w:val="0"/>
          <w:i w:val="0"/>
          <w:sz w:val="20"/>
        </w:rPr>
        <w:t>गरेमा सो समेत पठाउन सकिनेछ ।</w:t>
      </w:r>
    </w:p>
    <w:p>
      <w:pPr>
        <w:spacing w:after="62" w:line="259" w:lineRule="auto"/>
        <w:ind w:left="115"/>
      </w:pPr>
      <w:r>
        <w:rPr>
          <w:rFonts w:ascii="Noto Sans" w:hAnsi="Noto Sans" w:cs="Noto Sans Devanagari" w:eastAsia="Noto Sans Devanagari"/>
          <w:b w:val="0"/>
          <w:i w:val="0"/>
          <w:sz w:val="20"/>
        </w:rPr>
        <w:t>५. उपदफा १, २, ३ र ४ मा उल्लिखित व्यवस्थाहरु पालना हुने गरी विदेशी नागरिकको समेत सहमति</w:t>
      </w:r>
    </w:p>
    <w:p>
      <w:pPr>
        <w:spacing w:after="62" w:line="259" w:lineRule="auto"/>
      </w:pPr>
      <w:r>
        <w:rPr>
          <w:rFonts w:ascii="Noto Sans" w:hAnsi="Noto Sans" w:cs="Noto Sans Devanagari" w:eastAsia="Noto Sans Devanagari"/>
          <w:b w:val="0"/>
          <w:i w:val="0"/>
          <w:sz w:val="20"/>
        </w:rPr>
        <w:t>भएमा सम्बन्धित रोजगारदाताको निवेदनको आधारमा रोजगारदाताको खाता खर्च गरी (एकमुष्ठ</w:t>
      </w:r>
    </w:p>
    <w:p>
      <w:pPr>
        <w:spacing w:after="62" w:line="259" w:lineRule="auto"/>
      </w:pPr>
      <w:r>
        <w:rPr>
          <w:rFonts w:ascii="Noto Sans" w:hAnsi="Noto Sans" w:cs="Noto Sans Devanagari" w:eastAsia="Noto Sans Devanagari"/>
          <w:b w:val="0"/>
          <w:i w:val="0"/>
          <w:sz w:val="20"/>
        </w:rPr>
        <w:t>समेत) विदेशी मुद्रा सम्बन्धित मुलुकमा पठाउन सकिनेछ ।</w:t>
      </w:r>
    </w:p>
    <w:p>
      <w:pPr>
        <w:spacing w:after="62" w:line="259" w:lineRule="auto"/>
      </w:pPr>
      <w:r>
        <w:rPr>
          <w:rFonts w:ascii="Noto Sans" w:hAnsi="Noto Sans" w:cs="Noto Sans Devanagari" w:eastAsia="Noto Sans Devanagari"/>
          <w:b w:val="0"/>
          <w:i w:val="0"/>
          <w:sz w:val="20"/>
        </w:rPr>
        <w:t>प्रष्टीकरणः यस दफाको प्रयोजनको लागि गैर–बासिन्दा व्यक्ति भन्नाले प्रचलित आयकर ऐन</w:t>
      </w:r>
    </w:p>
    <w:p>
      <w:pPr>
        <w:spacing w:after="62" w:line="259" w:lineRule="auto"/>
      </w:pPr>
      <w:r>
        <w:rPr>
          <w:rFonts w:ascii="Noto Sans" w:hAnsi="Noto Sans" w:cs="Noto Sans Devanagari" w:eastAsia="Noto Sans Devanagari"/>
          <w:b w:val="0"/>
          <w:i w:val="0"/>
          <w:sz w:val="20"/>
        </w:rPr>
        <w:t>mबमोजिमको बासिन्दा व्यक्ति बाहेकको व्यत्तिलाई सम्झनु पर्छ ।</w:t>
      </w:r>
    </w:p>
    <w:p>
      <w:pPr>
        <w:spacing w:after="62" w:line="259" w:lineRule="auto"/>
        <w:ind w:left="115"/>
      </w:pPr>
      <w:r>
        <w:rPr>
          <w:rFonts w:ascii="Noto Sans" w:hAnsi="Noto Sans" w:cs="Noto Sans Devanagari" w:eastAsia="Noto Sans Devanagari"/>
          <w:b w:val="0"/>
          <w:i w:val="0"/>
          <w:sz w:val="20"/>
        </w:rPr>
        <w:t>६. दफा १७ मा जुनसुकै कुरा लेखिएको भएतापनि परिवर्त्य विदेशी मुद्राको स्रोत भएका संस्थाबाट</w:t>
      </w:r>
    </w:p>
    <w:p>
      <w:pPr>
        <w:spacing w:after="62" w:line="259" w:lineRule="auto"/>
      </w:pPr>
      <w:r>
        <w:rPr>
          <w:rFonts w:ascii="Noto Sans" w:hAnsi="Noto Sans" w:cs="Noto Sans Devanagari" w:eastAsia="Noto Sans Devanagari"/>
          <w:b w:val="0"/>
          <w:i w:val="0"/>
          <w:sz w:val="20"/>
        </w:rPr>
        <w:t>परिवर्त्य विदेशी मुद्रामा पारिश्रमिक प्राप्त गर्ने गरी नेपालमा कार्यरत भारतीय नागरिकलाई त्यस्तो</w:t>
      </w:r>
    </w:p>
    <w:p>
      <w:pPr>
        <w:spacing w:after="62" w:line="259" w:lineRule="auto"/>
      </w:pPr>
      <w:r>
        <w:rPr>
          <w:rFonts w:ascii="Noto Sans" w:hAnsi="Noto Sans" w:cs="Noto Sans Devanagari" w:eastAsia="Noto Sans Devanagari"/>
          <w:b w:val="0"/>
          <w:i w:val="0"/>
          <w:sz w:val="20"/>
        </w:rPr>
        <w:t>खाताको मौज्दातले खामेसम्म दफा १७ मा उल्लिखित सीमा र कागजातको अधीनमा रही परिवर्त्य</w:t>
      </w:r>
    </w:p>
    <w:p>
      <w:pPr>
        <w:spacing w:after="62" w:line="259" w:lineRule="auto"/>
      </w:pPr>
      <w:r>
        <w:rPr>
          <w:rFonts w:ascii="Noto Sans" w:hAnsi="Noto Sans" w:cs="Noto Sans Devanagari" w:eastAsia="Noto Sans Devanagari"/>
          <w:b w:val="0"/>
          <w:i w:val="0"/>
          <w:sz w:val="20"/>
        </w:rPr>
        <w:t>विदेशी मुद्रामा समेत पारिश्रमिकको रिप्याट्रियशन सुविधा प्रदान गर्न सकिनेछ ।</w:t>
      </w:r>
    </w:p>
    <w:p>
      <w:pPr>
        <w:spacing w:after="62" w:line="259" w:lineRule="auto"/>
        <w:ind w:left="115"/>
      </w:pPr>
      <w:r>
        <w:rPr>
          <w:rFonts w:ascii="Noto Sans" w:hAnsi="Noto Sans" w:cs="Noto Sans Devanagari" w:eastAsia="Noto Sans Devanagari"/>
          <w:b w:val="0"/>
          <w:i w:val="0"/>
          <w:sz w:val="20"/>
        </w:rPr>
        <w:t>७. नेपालमा कार्यरत भारतीय नागरिकले नेपाली वाणिज्य बैंक तथा राष्ट्रियस्तरका विकास बैंकमा</w:t>
      </w:r>
    </w:p>
    <w:p>
      <w:pPr>
        <w:spacing w:after="62" w:line="259" w:lineRule="auto"/>
      </w:pPr>
      <w:r>
        <w:rPr>
          <w:rFonts w:ascii="Noto Sans" w:hAnsi="Noto Sans" w:cs="Noto Sans Devanagari" w:eastAsia="Noto Sans Devanagari"/>
          <w:b w:val="0"/>
          <w:i w:val="0"/>
          <w:sz w:val="20"/>
        </w:rPr>
        <w:t>खोलेको बैंकखाता आवद्ध विद्युतीय बैंकिङ्ग (इ–बैंकिङ्ग), अन्तरबैंक भुक्तानी, मोबाइल बैंकिङ्ग, Quick</w:t>
      </w:r>
    </w:p>
    <w:p>
      <w:pPr>
        <w:spacing w:after="62" w:line="259" w:lineRule="auto"/>
      </w:pPr>
      <w:r>
        <w:rPr>
          <w:rFonts w:ascii="Noto Sans" w:hAnsi="Noto Sans" w:cs="Noto Sans Devanagari" w:eastAsia="Noto Sans Devanagari"/>
          <w:b w:val="0"/>
          <w:i w:val="0"/>
          <w:sz w:val="20"/>
        </w:rPr>
        <w:t>Response Code मार्फत राष्ट्रिय भुक्तानी स्वीच (National Payment Switch) पूर्ण रुपमा</w:t>
      </w:r>
    </w:p>
    <w:p>
      <w:pPr>
        <w:spacing w:after="62" w:line="259" w:lineRule="auto"/>
      </w:pPr>
      <w:r>
        <w:rPr>
          <w:rFonts w:ascii="Noto Sans" w:hAnsi="Noto Sans" w:cs="Noto Sans Devanagari" w:eastAsia="Noto Sans Devanagari"/>
          <w:b w:val="0"/>
          <w:i w:val="0"/>
          <w:sz w:val="20"/>
        </w:rPr>
        <w:t>सञ्चालनमा नआएसम्म सो अन्तर्गतको Retail Payment Switch (RPS) को माध्यमबाट भारतीय</w:t>
      </w:r>
    </w:p>
    <w:p>
      <w:pPr>
        <w:spacing w:after="62" w:line="259" w:lineRule="auto"/>
      </w:pPr>
      <w:r>
        <w:rPr>
          <w:rFonts w:ascii="Noto Sans" w:hAnsi="Noto Sans" w:cs="Noto Sans Devanagari" w:eastAsia="Noto Sans Devanagari"/>
          <w:b w:val="0"/>
          <w:i w:val="0"/>
          <w:sz w:val="20"/>
        </w:rPr>
        <w:t>बैंक तथा विक्तीय संस्थामा खोलिएको व्यत्तिगत खातामा प्रति दिन भा.रु. १५,०००।– र प्रति महिना</w:t>
      </w:r>
    </w:p>
    <w:p>
      <w:pPr>
        <w:spacing w:after="62" w:line="259" w:lineRule="auto"/>
      </w:pPr>
      <w:r>
        <w:rPr>
          <w:rFonts w:ascii="Noto Sans" w:hAnsi="Noto Sans" w:cs="Noto Sans Devanagari" w:eastAsia="Noto Sans Devanagari"/>
          <w:b w:val="0"/>
          <w:i w:val="0"/>
          <w:sz w:val="20"/>
        </w:rPr>
        <w:t>भा.रु. १००,०००।– जम्मा हुने गरी पारिश्रमिक बापतको सटही सुविधा (Personal Payment/P-to-</w:t>
      </w:r>
    </w:p>
    <w:p>
      <w:pPr>
        <w:spacing w:after="62" w:line="259" w:lineRule="auto"/>
      </w:pPr>
      <w:r>
        <w:rPr>
          <w:rFonts w:ascii="Noto Sans" w:hAnsi="Noto Sans" w:cs="Noto Sans Devanagari" w:eastAsia="Noto Sans Devanagari"/>
          <w:b w:val="0"/>
          <w:i w:val="0"/>
          <w:sz w:val="20"/>
        </w:rPr>
        <w:t>P Transfers) प्रदान गर्न सकिनेछ ।</w:t>
      </w:r>
    </w:p>
    <w:p>
      <w:pPr>
        <w:spacing w:after="62" w:line="259" w:lineRule="auto"/>
        <w:ind w:left="115"/>
      </w:pPr>
      <w:r>
        <w:rPr>
          <w:rFonts w:ascii="Noto Sans" w:hAnsi="Noto Sans" w:cs="Noto Sans Devanagari" w:eastAsia="Noto Sans Devanagari"/>
          <w:b w:val="0"/>
          <w:i w:val="0"/>
          <w:sz w:val="20"/>
        </w:rPr>
        <w:t>१८. आप्रवास भिसामा विदेश जाने नेपाली नागरिकहरूलाई Settlement खर्चबापत प्रदान गर्ने परिवर्त्य विदेशी</w:t>
      </w:r>
    </w:p>
    <w:p>
      <w:pPr>
        <w:spacing w:after="62" w:line="259" w:lineRule="auto"/>
      </w:pPr>
      <w:r>
        <w:rPr>
          <w:rFonts w:ascii="Noto Sans" w:hAnsi="Noto Sans" w:cs="Noto Sans Devanagari" w:eastAsia="Noto Sans Devanagari"/>
          <w:b w:val="0"/>
          <w:i w:val="0"/>
          <w:sz w:val="20"/>
        </w:rPr>
        <w:t>मुद्राको सटही सुविधा सम्बन्धमाः</w:t>
      </w:r>
    </w:p>
    <w:p>
      <w:pPr>
        <w:spacing w:after="62" w:line="259" w:lineRule="auto"/>
        <w:ind w:left="115"/>
      </w:pPr>
      <w:r>
        <w:rPr>
          <w:rFonts w:ascii="Noto Sans" w:hAnsi="Noto Sans" w:cs="Noto Sans Devanagari" w:eastAsia="Noto Sans Devanagari"/>
          <w:b w:val="0"/>
          <w:i w:val="0"/>
          <w:sz w:val="20"/>
        </w:rPr>
        <w:t>(क) आप्रवास भिसा पाएका नेपाली नागरिकहरूलाई मात्र Settlement खर्च बापत प्रति व्यक्ति बढीमा</w:t>
      </w:r>
    </w:p>
    <w:p>
      <w:pPr>
        <w:spacing w:after="62" w:line="259" w:lineRule="auto"/>
      </w:pPr>
      <w:r>
        <w:rPr>
          <w:rFonts w:ascii="Noto Sans" w:hAnsi="Noto Sans" w:cs="Noto Sans Devanagari" w:eastAsia="Noto Sans Devanagari"/>
          <w:b w:val="0"/>
          <w:i w:val="0"/>
          <w:sz w:val="20"/>
        </w:rPr>
        <w:t>अमेरिकी डलर ५,०००।– सम्म वा सो बराबरको अन्य परिवर्त्य विदेशी मुद्रा सटही सुविधा बैंक</w:t>
      </w:r>
    </w:p>
    <w:p>
      <w:pPr>
        <w:spacing w:after="62" w:line="259" w:lineRule="auto"/>
      </w:pPr>
      <w:r>
        <w:rPr>
          <w:rFonts w:ascii="Noto Sans" w:hAnsi="Noto Sans" w:cs="Noto Sans Devanagari" w:eastAsia="Noto Sans Devanagari"/>
          <w:b w:val="0"/>
          <w:i w:val="0"/>
          <w:sz w:val="20"/>
        </w:rPr>
        <w:t>तथा वित्तीय संस्थाले उपलब्ध गराउन सकिने छ ।</w:t>
      </w:r>
    </w:p>
    <w:p>
      <w:pPr>
        <w:spacing w:after="62" w:line="259" w:lineRule="auto"/>
        <w:ind w:left="115"/>
      </w:pPr>
      <w:r>
        <w:rPr>
          <w:rFonts w:ascii="Noto Sans" w:hAnsi="Noto Sans" w:cs="Noto Sans Devanagari" w:eastAsia="Noto Sans Devanagari"/>
          <w:b w:val="0"/>
          <w:i w:val="0"/>
          <w:sz w:val="20"/>
        </w:rPr>
        <w:t>(ख) आप्रवास भिसा (Immigrant Visa) प्राप्त गरी सम्बन्धित देशमा पहिलो पटक जाने नेपाली</w:t>
      </w:r>
    </w:p>
    <w:p>
      <w:pPr>
        <w:spacing w:after="62" w:line="259" w:lineRule="auto"/>
      </w:pPr>
      <w:r>
        <w:rPr>
          <w:rFonts w:ascii="Noto Sans" w:hAnsi="Noto Sans" w:cs="Noto Sans Devanagari" w:eastAsia="Noto Sans Devanagari"/>
          <w:b w:val="0"/>
          <w:i w:val="0"/>
          <w:sz w:val="20"/>
        </w:rPr>
        <w:t>नागरिकहरूलाई एक पटक मात्र यो सटही सुविधा उपलब्ध गराउनु पर्नेछ । तर, आप्रवास भिसा</w:t>
      </w:r>
    </w:p>
    <w:p>
      <w:pPr>
        <w:spacing w:after="62" w:line="259" w:lineRule="auto"/>
      </w:pPr>
      <w:r>
        <w:rPr>
          <w:rFonts w:ascii="Noto Sans" w:hAnsi="Noto Sans" w:cs="Noto Sans Devanagari" w:eastAsia="Noto Sans Devanagari"/>
          <w:b w:val="0"/>
          <w:i w:val="0"/>
          <w:sz w:val="20"/>
        </w:rPr>
        <w:t>प्राप्त गरी यो व्यवस्था अनुसारको सटही सुविधा नलिई सम्बन्धित देश गएर नेपाल फर्की पुनः</w:t>
      </w:r>
    </w:p>
    <w:p>
      <w:pPr>
        <w:spacing w:after="62" w:line="259" w:lineRule="auto"/>
      </w:pPr>
      <w:r>
        <w:rPr>
          <w:rFonts w:ascii="Noto Sans" w:hAnsi="Noto Sans" w:cs="Noto Sans Devanagari" w:eastAsia="Noto Sans Devanagari"/>
          <w:b w:val="0"/>
          <w:i w:val="0"/>
          <w:sz w:val="20"/>
        </w:rPr>
        <w:t>जाने र सोही देशमा रहेको समयमा आप्रवास भिसा प्राप्त गरी नेपाल आई पुनः जाने नेपाली</w:t>
      </w:r>
    </w:p>
    <w:p>
      <w:pPr>
        <w:spacing w:after="62" w:line="259" w:lineRule="auto"/>
      </w:pPr>
      <w:r>
        <w:rPr>
          <w:rFonts w:ascii="Noto Sans" w:hAnsi="Noto Sans" w:cs="Noto Sans Devanagari" w:eastAsia="Noto Sans Devanagari"/>
          <w:b w:val="0"/>
          <w:i w:val="0"/>
          <w:sz w:val="20"/>
        </w:rPr>
        <w:t>नागरिकहरूलाई यस्तो सटही सुविधा प्रदान गर्न मिल्ने छैन ।</w:t>
      </w:r>
    </w:p>
    <w:p>
      <w:pPr>
        <w:spacing w:after="62" w:line="259" w:lineRule="auto"/>
        <w:ind w:left="115"/>
      </w:pPr>
      <w:r>
        <w:rPr>
          <w:rFonts w:ascii="Noto Sans" w:hAnsi="Noto Sans" w:cs="Noto Sans Devanagari" w:eastAsia="Noto Sans Devanagari"/>
          <w:b w:val="0"/>
          <w:i w:val="0"/>
          <w:sz w:val="20"/>
        </w:rPr>
        <w:t>(ग) नेपाल सरकारले जारी गरेको राहदानी, आप्रवास भिसा र नेपालदेखि नै शुरु हुने कन्फर्म्ड हवाई</w:t>
      </w:r>
    </w:p>
    <w:p>
      <w:pPr>
        <w:spacing w:after="62" w:line="259" w:lineRule="auto"/>
      </w:pPr>
      <w:r>
        <w:rPr>
          <w:rFonts w:ascii="Noto Sans" w:hAnsi="Noto Sans" w:cs="Noto Sans Devanagari" w:eastAsia="Noto Sans Devanagari"/>
          <w:b w:val="0"/>
          <w:i w:val="0"/>
          <w:sz w:val="20"/>
        </w:rPr>
        <w:t>टिकटको प्रतिलिपि अनिवार्यरुपमा लिई यस्तो सटही सुविधा उपलब्ध गराउनु पर्नेछ । उदाहरणको</w:t>
      </w:r>
    </w:p>
    <w:p>
      <w:pPr>
        <w:spacing w:after="62" w:line="259" w:lineRule="auto"/>
      </w:pPr>
      <w:r>
        <w:rPr>
          <w:rFonts w:ascii="Noto Sans" w:hAnsi="Noto Sans" w:cs="Noto Sans Devanagari" w:eastAsia="Noto Sans Devanagari"/>
          <w:b w:val="0"/>
          <w:i w:val="0"/>
          <w:sz w:val="20"/>
        </w:rPr>
        <w:t>लागि केही विकसित मुलुकहरूको आप्रवास भिसाको विवरण देहायअनुरुप छन् ।</w:t>
      </w:r>
    </w:p>
    <w:p>
      <w:pPr>
        <w:spacing w:after="62" w:line="259" w:lineRule="auto"/>
      </w:pPr>
      <w:r>
        <w:rPr>
          <w:rFonts w:ascii="Noto Sans" w:hAnsi="Noto Sans" w:cs="Noto Sans Devanagari" w:eastAsia="Noto Sans Devanagari"/>
          <w:b w:val="0"/>
          <w:i w:val="0"/>
          <w:sz w:val="20"/>
        </w:rPr>
        <w:t>मुलुक भिसाको किसिम</w:t>
      </w:r>
    </w:p>
    <w:p>
      <w:pPr>
        <w:spacing w:after="62" w:line="259" w:lineRule="auto"/>
      </w:pPr>
      <w:r>
        <w:rPr>
          <w:rFonts w:ascii="Noto Sans" w:hAnsi="Noto Sans" w:cs="Noto Sans Devanagari" w:eastAsia="Noto Sans Devanagari"/>
          <w:b w:val="0"/>
          <w:i w:val="0"/>
          <w:sz w:val="20"/>
        </w:rPr>
        <w:t>संयुक्त राज्य अमेरिका Immigrant Visa</w:t>
      </w:r>
    </w:p>
    <w:p>
      <w:pPr>
        <w:spacing w:after="62" w:line="259" w:lineRule="auto"/>
      </w:pPr>
      <w:r>
        <w:rPr>
          <w:rFonts w:ascii="Noto Sans" w:hAnsi="Noto Sans" w:cs="Noto Sans Devanagari" w:eastAsia="Noto Sans Devanagari"/>
          <w:b w:val="0"/>
          <w:i w:val="0"/>
          <w:sz w:val="20"/>
        </w:rPr>
        <w:t>क्यानडा Immigrant Visa</w:t>
      </w:r>
    </w:p>
    <w:p>
      <w:pPr>
        <w:spacing w:after="62" w:line="259" w:lineRule="auto"/>
      </w:pPr>
      <w:r>
        <w:rPr>
          <w:rFonts w:ascii="Noto Sans" w:hAnsi="Noto Sans" w:cs="Noto Sans Devanagari" w:eastAsia="Noto Sans Devanagari"/>
          <w:b w:val="0"/>
          <w:i w:val="0"/>
          <w:sz w:val="20"/>
        </w:rPr>
        <w:t>बेलायत Visa Highly Skilled Migrant Programme र Visa Settlement-AF</w:t>
      </w:r>
    </w:p>
    <w:p>
      <w:pPr>
        <w:spacing w:after="62" w:line="259" w:lineRule="auto"/>
      </w:pPr>
      <w:r>
        <w:rPr>
          <w:rFonts w:ascii="Noto Sans" w:hAnsi="Noto Sans" w:cs="Noto Sans Devanagari" w:eastAsia="Noto Sans Devanagari"/>
          <w:b w:val="0"/>
          <w:i w:val="0"/>
          <w:sz w:val="20"/>
        </w:rPr>
        <w:t>अष्ट्रेलिया Permitted to remain in Australia Indefinitely लेखिएको Visa</w:t>
      </w:r>
    </w:p>
    <w:p>
      <w:pPr>
        <w:spacing w:after="62" w:line="259" w:lineRule="auto"/>
        <w:ind w:left="115"/>
      </w:pPr>
      <w:r>
        <w:rPr>
          <w:rFonts w:ascii="Noto Sans" w:hAnsi="Noto Sans" w:cs="Noto Sans Devanagari" w:eastAsia="Noto Sans Devanagari"/>
          <w:b w:val="0"/>
          <w:i w:val="0"/>
          <w:sz w:val="20"/>
        </w:rPr>
        <w:t>(घ) यस्तो सटही सुविधा उपलब्ध गराएको रकम स्पष्ट देखिने गरी सम्बन्धित व्यक्तिको राहदानीमा</w:t>
      </w:r>
    </w:p>
    <w:p>
      <w:pPr>
        <w:spacing w:after="62" w:line="259" w:lineRule="auto"/>
      </w:pPr>
      <w:r>
        <w:rPr>
          <w:rFonts w:ascii="Noto Sans" w:hAnsi="Noto Sans" w:cs="Noto Sans Devanagari" w:eastAsia="Noto Sans Devanagari"/>
          <w:b w:val="0"/>
          <w:i w:val="0"/>
          <w:sz w:val="20"/>
        </w:rPr>
        <w:t>दरपीठ गरी सो कागजातको प्रतिलिपि अभिलेखको लागि राख्नु पर्नेछ ।</w:t>
      </w:r>
    </w:p>
    <w:p>
      <w:pPr>
        <w:spacing w:after="62" w:line="259" w:lineRule="auto"/>
        <w:ind w:left="115"/>
      </w:pPr>
      <w:r>
        <w:rPr>
          <w:rFonts w:ascii="Noto Sans" w:hAnsi="Noto Sans" w:cs="Noto Sans Devanagari" w:eastAsia="Noto Sans Devanagari"/>
          <w:b w:val="0"/>
          <w:i w:val="0"/>
          <w:sz w:val="20"/>
        </w:rPr>
        <w:t>(ङ) यस प्रकारको सटही सुविधा उपलब्ध गराएको विवरण मासिक रुपमा महिना व्यतित भएको ७</w:t>
      </w:r>
    </w:p>
    <w:p>
      <w:pPr>
        <w:spacing w:after="62" w:line="259" w:lineRule="auto"/>
      </w:pPr>
      <w:r>
        <w:rPr>
          <w:rFonts w:ascii="Noto Sans" w:hAnsi="Noto Sans" w:cs="Noto Sans Devanagari" w:eastAsia="Noto Sans Devanagari"/>
          <w:b w:val="0"/>
          <w:i w:val="0"/>
          <w:sz w:val="20"/>
        </w:rPr>
        <w:t>दिनभित्र यस विभागमा उपलब्ध गराउनु पर्नेछ ।</w:t>
      </w:r>
    </w:p>
    <w:p>
      <w:pPr>
        <w:spacing w:after="62" w:line="259" w:lineRule="auto"/>
        <w:ind w:left="115"/>
      </w:pPr>
      <w:r>
        <w:rPr>
          <w:rFonts w:ascii="Noto Sans" w:hAnsi="Noto Sans" w:cs="Noto Sans Devanagari" w:eastAsia="Noto Sans Devanagari"/>
          <w:b w:val="0"/>
          <w:i w:val="0"/>
          <w:sz w:val="20"/>
        </w:rPr>
        <w:t>(च) यस दफा अन्तर्गत आप्रवास भिसा (Immigrant Visa, Visa Highly Skilled Migrant</w:t>
      </w:r>
    </w:p>
    <w:p>
      <w:pPr>
        <w:spacing w:after="62" w:line="259" w:lineRule="auto"/>
      </w:pPr>
      <w:r>
        <w:rPr>
          <w:rFonts w:ascii="Noto Sans" w:hAnsi="Noto Sans" w:cs="Noto Sans Devanagari" w:eastAsia="Noto Sans Devanagari"/>
          <w:b w:val="0"/>
          <w:i w:val="0"/>
          <w:sz w:val="20"/>
        </w:rPr>
        <w:t>Programme, Visa Settlement -AF, Permitted to remain in Australia Indefinitely Visa र</w:t>
      </w:r>
    </w:p>
    <w:p>
      <w:pPr>
        <w:spacing w:after="62" w:line="259" w:lineRule="auto"/>
      </w:pPr>
      <w:r>
        <w:rPr>
          <w:rFonts w:ascii="Noto Sans" w:hAnsi="Noto Sans" w:cs="Noto Sans Devanagari" w:eastAsia="Noto Sans Devanagari"/>
          <w:b w:val="0"/>
          <w:i w:val="0"/>
          <w:sz w:val="20"/>
        </w:rPr>
        <w:t>Diversity Visa etc.) प्राप्त गरी सम्बन्धित देशमा जाने व्यक्तिलाई पहिलो पटक मात्र दफा १</w:t>
      </w:r>
    </w:p>
    <w:p>
      <w:pPr>
        <w:spacing w:after="62" w:line="259" w:lineRule="auto"/>
        <w:ind w:left="115"/>
      </w:pPr>
      <w:r>
        <w:rPr>
          <w:rFonts w:ascii="Noto Sans" w:hAnsi="Noto Sans" w:cs="Noto Sans Devanagari" w:eastAsia="Noto Sans Devanagari"/>
          <w:b w:val="0"/>
          <w:i w:val="0"/>
          <w:sz w:val="20"/>
        </w:rPr>
        <w:t>(ख) को बुँदा (१), (२) वा (३) मा उल्लिखित सटही सुविधा उपलब्ध गराउन सकिनेछ ।</w:t>
      </w:r>
    </w:p>
    <w:p>
      <w:pPr>
        <w:spacing w:after="62" w:line="259" w:lineRule="auto"/>
        <w:ind w:left="115"/>
      </w:pPr>
      <w:r>
        <w:rPr>
          <w:rFonts w:ascii="Noto Sans" w:hAnsi="Noto Sans" w:cs="Noto Sans Devanagari" w:eastAsia="Noto Sans Devanagari"/>
          <w:b w:val="0"/>
          <w:i w:val="0"/>
          <w:sz w:val="20"/>
        </w:rPr>
        <w:t>१९. यस एकीकृत इ.प्रा.परिपत्र ७/२०८२ को दफा ८ को बुँदा (क), (ग), (घ), (ङ), दफा ९, दफा १२, दफा १३</w:t>
      </w:r>
    </w:p>
    <w:p>
      <w:pPr>
        <w:spacing w:after="62" w:line="259" w:lineRule="auto"/>
      </w:pPr>
      <w:r>
        <w:rPr>
          <w:rFonts w:ascii="Noto Sans" w:hAnsi="Noto Sans" w:cs="Noto Sans Devanagari" w:eastAsia="Noto Sans Devanagari"/>
          <w:b w:val="0"/>
          <w:i w:val="0"/>
          <w:sz w:val="20"/>
        </w:rPr>
        <w:t>र दफा १४ मा उल्लिखित व्यवस्थाहरु इजाजतपत्रप्राप्त पूर्वाधार विकास बैंकलाई समेत लागू हुनेछ ।</w:t>
      </w:r>
    </w:p>
    <w:p>
      <w:pPr>
        <w:spacing w:after="62" w:line="259" w:lineRule="auto"/>
      </w:pPr>
      <w:r>
        <w:rPr>
          <w:rFonts w:ascii="Noto Sans" w:hAnsi="Noto Sans" w:cs="Noto Sans Devanagari" w:eastAsia="Noto Sans Devanagari"/>
          <w:b w:val="0"/>
          <w:i w:val="0"/>
          <w:sz w:val="20"/>
        </w:rPr>
        <w:t>अनुसूची ७.१</w:t>
      </w:r>
    </w:p>
    <w:p>
      <w:pPr>
        <w:spacing w:after="62" w:line="259" w:lineRule="auto"/>
      </w:pPr>
      <w:r>
        <w:rPr>
          <w:rFonts w:ascii="Noto Sans" w:hAnsi="Noto Sans" w:cs="Noto Sans Devanagari" w:eastAsia="Noto Sans Devanagari"/>
          <w:b w:val="0"/>
          <w:i w:val="0"/>
          <w:sz w:val="20"/>
        </w:rPr>
        <w:t>(इ.प्रा.परिपत्र संख्या ७ को दफा १(झ) को प्रयोजनको लागि)</w:t>
      </w:r>
    </w:p>
    <w:p>
      <w:pPr>
        <w:spacing w:after="62" w:line="259" w:lineRule="auto"/>
      </w:pPr>
      <w:r>
        <w:rPr>
          <w:rFonts w:ascii="Noto Sans" w:hAnsi="Noto Sans" w:cs="Noto Sans Devanagari" w:eastAsia="Noto Sans Devanagari"/>
          <w:b w:val="0"/>
          <w:i w:val="0"/>
          <w:sz w:val="20"/>
        </w:rPr>
        <w:t>मिति ः ....................</w:t>
      </w:r>
    </w:p>
    <w:p>
      <w:pPr>
        <w:spacing w:after="62" w:line="259" w:lineRule="auto"/>
      </w:pPr>
      <w:r>
        <w:rPr>
          <w:rFonts w:ascii="Noto Sans" w:hAnsi="Noto Sans" w:cs="Noto Sans Devanagari" w:eastAsia="Noto Sans Devanagari"/>
          <w:b w:val="0"/>
          <w:i w:val="0"/>
          <w:sz w:val="20"/>
        </w:rPr>
        <w:t>श्री ...................</w:t>
      </w:r>
    </w:p>
    <w:p>
      <w:pPr>
        <w:spacing w:after="62" w:line="259" w:lineRule="auto"/>
      </w:pPr>
      <w:r>
        <w:rPr>
          <w:rFonts w:ascii="Noto Sans" w:hAnsi="Noto Sans" w:cs="Noto Sans Devanagari" w:eastAsia="Noto Sans Devanagari"/>
          <w:b w:val="0"/>
          <w:i w:val="0"/>
          <w:sz w:val="20"/>
        </w:rPr>
        <w:t>............................।</w:t>
      </w:r>
    </w:p>
    <w:p>
      <w:pPr>
        <w:spacing w:after="62" w:line="259" w:lineRule="auto"/>
      </w:pPr>
      <w:r>
        <w:rPr>
          <w:rFonts w:ascii="Noto Sans" w:hAnsi="Noto Sans" w:cs="Noto Sans Devanagari" w:eastAsia="Noto Sans Devanagari"/>
          <w:b w:val="0"/>
          <w:i w:val="0"/>
          <w:sz w:val="20"/>
        </w:rPr>
        <w:t>विषयः राहदानी बापतको सटही सुविधा पाऊँ ।</w:t>
      </w:r>
    </w:p>
    <w:p>
      <w:pPr>
        <w:spacing w:after="62" w:line="259" w:lineRule="auto"/>
      </w:pPr>
      <w:r>
        <w:rPr>
          <w:rFonts w:ascii="Noto Sans" w:hAnsi="Noto Sans" w:cs="Noto Sans Devanagari" w:eastAsia="Noto Sans Devanagari"/>
          <w:b w:val="0"/>
          <w:i w:val="0"/>
          <w:sz w:val="20"/>
        </w:rPr>
        <w:t>महाशय,</w:t>
      </w:r>
    </w:p>
    <w:p>
      <w:pPr>
        <w:spacing w:after="62" w:line="259" w:lineRule="auto"/>
      </w:pPr>
      <w:r>
        <w:rPr>
          <w:rFonts w:ascii="Noto Sans" w:hAnsi="Noto Sans" w:cs="Noto Sans Devanagari" w:eastAsia="Noto Sans Devanagari"/>
          <w:b w:val="0"/>
          <w:i w:val="0"/>
          <w:sz w:val="20"/>
        </w:rPr>
        <w:t>म .................................................... मा करीब ................................................................को लागि</w:t>
      </w:r>
    </w:p>
    <w:p>
      <w:pPr>
        <w:spacing w:after="62" w:line="259" w:lineRule="auto"/>
      </w:pPr>
      <w:r>
        <w:rPr>
          <w:rFonts w:ascii="Noto Sans" w:hAnsi="Noto Sans" w:cs="Noto Sans Devanagari" w:eastAsia="Noto Sans Devanagari"/>
          <w:b w:val="0"/>
          <w:i w:val="0"/>
          <w:sz w:val="20"/>
        </w:rPr>
        <w:t>(देशको नाम) (अवधि उल्लेख गर्नुपर्ने</w:t>
      </w:r>
    </w:p>
    <w:p>
      <w:pPr>
        <w:spacing w:after="62" w:line="259" w:lineRule="auto"/>
      </w:pPr>
      <w:r>
        <w:rPr>
          <w:rFonts w:ascii="Noto Sans" w:hAnsi="Noto Sans" w:cs="Noto Sans Devanagari" w:eastAsia="Noto Sans Devanagari"/>
          <w:b w:val="0"/>
          <w:i w:val="0"/>
          <w:sz w:val="20"/>
        </w:rPr>
        <w:t>भ्रमणमा जान लागेको हुँदा राहदानी बापतको नियमानुसार पाउने अमेरिकी डलर ...........(अमेरिकी डलर</w:t>
      </w:r>
    </w:p>
    <w:p>
      <w:pPr>
        <w:spacing w:after="62" w:line="259" w:lineRule="auto"/>
      </w:pPr>
      <w:r>
        <w:rPr>
          <w:rFonts w:ascii="Noto Sans" w:hAnsi="Noto Sans" w:cs="Noto Sans Devanagari" w:eastAsia="Noto Sans Devanagari"/>
          <w:b w:val="0"/>
          <w:i w:val="0"/>
          <w:sz w:val="20"/>
        </w:rPr>
        <w:t>...................मात्र) सटही सुविधाको लािग अनुरोध गर्दछु ।</w:t>
      </w:r>
    </w:p>
    <w:p>
      <w:pPr>
        <w:spacing w:after="62" w:line="259" w:lineRule="auto"/>
      </w:pPr>
      <w:r>
        <w:rPr>
          <w:rFonts w:ascii="Noto Sans" w:hAnsi="Noto Sans" w:cs="Noto Sans Devanagari" w:eastAsia="Noto Sans Devanagari"/>
          <w:b w:val="0"/>
          <w:i w:val="0"/>
          <w:sz w:val="20"/>
        </w:rPr>
        <w:t>मैले यस राहदानी बापत सटही लिएको एक महिनाभित्र उद्देश्य बमोजिम विदेश यात्रा नगरेमा सो विदेशी मुद्रा बैंकमा दाखिला</w:t>
      </w:r>
    </w:p>
    <w:p>
      <w:pPr>
        <w:spacing w:after="62" w:line="259" w:lineRule="auto"/>
      </w:pPr>
      <w:r>
        <w:rPr>
          <w:rFonts w:ascii="Noto Sans" w:hAnsi="Noto Sans" w:cs="Noto Sans Devanagari" w:eastAsia="Noto Sans Devanagari"/>
          <w:b w:val="0"/>
          <w:i w:val="0"/>
          <w:sz w:val="20"/>
        </w:rPr>
        <w:t>गर्नेछु । साथै, यस पटकको विदेश भ्रमणको लागि तोकिएको सीमाभन्दा बढी हुने गरी राहदानी बापतको सटही सुविधा अन्य</w:t>
      </w:r>
    </w:p>
    <w:p>
      <w:pPr>
        <w:spacing w:after="62" w:line="259" w:lineRule="auto"/>
      </w:pPr>
      <w:r>
        <w:rPr>
          <w:rFonts w:ascii="Noto Sans" w:hAnsi="Noto Sans" w:cs="Noto Sans Devanagari" w:eastAsia="Noto Sans Devanagari"/>
          <w:b w:val="0"/>
          <w:i w:val="0"/>
          <w:sz w:val="20"/>
        </w:rPr>
        <w:t>कुनै पनि संस्थाबाट नलिएको र सटही बापतको रकम वैध श्रोतबाट प्राप्त भएको व्यहोरा समेत अनुरोध</w:t>
      </w:r>
    </w:p>
    <w:p>
      <w:pPr>
        <w:spacing w:after="62" w:line="259" w:lineRule="auto"/>
      </w:pPr>
      <w:r>
        <w:rPr>
          <w:rFonts w:ascii="Noto Sans" w:hAnsi="Noto Sans" w:cs="Noto Sans Devanagari" w:eastAsia="Noto Sans Devanagari"/>
          <w:b w:val="0"/>
          <w:i w:val="0"/>
          <w:sz w:val="20"/>
        </w:rPr>
        <w:t>गर्दछु । झुट्टा विवरण पेश गरी सटही लिएको ठहरेमा प्रचलित ऐन, कानुन बमोजिम सजायँको भागीदार स्वयम् हुनेछु ।</w:t>
      </w:r>
    </w:p>
    <w:p>
      <w:pPr>
        <w:spacing w:after="62" w:line="259" w:lineRule="auto"/>
      </w:pPr>
      <w:r>
        <w:rPr>
          <w:rFonts w:ascii="Noto Sans" w:hAnsi="Noto Sans" w:cs="Noto Sans Devanagari" w:eastAsia="Noto Sans Devanagari"/>
          <w:b w:val="0"/>
          <w:i w:val="0"/>
          <w:sz w:val="20"/>
        </w:rPr>
        <w:t>भवदीय,</w:t>
      </w:r>
    </w:p>
    <w:p>
      <w:pPr>
        <w:spacing w:after="62" w:line="259" w:lineRule="auto"/>
      </w:pPr>
      <w:r>
        <w:rPr>
          <w:rFonts w:ascii="Noto Sans" w:hAnsi="Noto Sans" w:cs="Noto Sans Devanagari" w:eastAsia="Noto Sans Devanagari"/>
          <w:b w:val="0"/>
          <w:i w:val="0"/>
          <w:sz w:val="20"/>
        </w:rPr>
        <w:t>........................</w:t>
      </w:r>
    </w:p>
    <w:p>
      <w:pPr>
        <w:spacing w:after="62" w:line="259" w:lineRule="auto"/>
      </w:pPr>
      <w:r>
        <w:rPr>
          <w:rFonts w:ascii="Noto Sans" w:hAnsi="Noto Sans" w:cs="Noto Sans Devanagari" w:eastAsia="Noto Sans Devanagari"/>
          <w:b w:val="0"/>
          <w:i w:val="0"/>
          <w:sz w:val="20"/>
        </w:rPr>
        <w:t>दस्तखत</w:t>
      </w:r>
    </w:p>
    <w:p>
      <w:pPr>
        <w:spacing w:after="62" w:line="259" w:lineRule="auto"/>
      </w:pPr>
      <w:r>
        <w:rPr>
          <w:rFonts w:ascii="Noto Sans" w:hAnsi="Noto Sans" w:cs="Noto Sans Devanagari" w:eastAsia="Noto Sans Devanagari"/>
          <w:b w:val="0"/>
          <w:i w:val="0"/>
          <w:sz w:val="20"/>
        </w:rPr>
        <w:t>भ्रमणको उद्देश्य :</w:t>
      </w:r>
    </w:p>
    <w:p>
      <w:pPr>
        <w:spacing w:after="62" w:line="259" w:lineRule="auto"/>
      </w:pPr>
      <w:r>
        <w:rPr>
          <w:rFonts w:ascii="Noto Sans" w:hAnsi="Noto Sans" w:cs="Noto Sans Devanagari" w:eastAsia="Noto Sans Devanagari"/>
          <w:b w:val="0"/>
          <w:i w:val="0"/>
          <w:sz w:val="20"/>
        </w:rPr>
        <w:t>o व्यवसायिक/औपचारिक भ्रमण</w:t>
      </w:r>
    </w:p>
    <w:p>
      <w:pPr>
        <w:spacing w:after="62" w:line="259" w:lineRule="auto"/>
      </w:pPr>
      <w:r>
        <w:rPr>
          <w:rFonts w:ascii="Noto Sans" w:hAnsi="Noto Sans" w:cs="Noto Sans Devanagari" w:eastAsia="Noto Sans Devanagari"/>
          <w:b w:val="0"/>
          <w:i w:val="0"/>
          <w:sz w:val="20"/>
        </w:rPr>
        <w:t>o उपचार</w:t>
      </w:r>
    </w:p>
    <w:p>
      <w:pPr>
        <w:spacing w:after="62" w:line="259" w:lineRule="auto"/>
      </w:pPr>
      <w:r>
        <w:rPr>
          <w:rFonts w:ascii="Noto Sans" w:hAnsi="Noto Sans" w:cs="Noto Sans Devanagari" w:eastAsia="Noto Sans Devanagari"/>
          <w:b w:val="0"/>
          <w:i w:val="0"/>
          <w:sz w:val="20"/>
        </w:rPr>
        <w:t>o स्थायी बसाई (प्रथम पटक)</w:t>
      </w:r>
    </w:p>
    <w:p>
      <w:pPr>
        <w:spacing w:after="62" w:line="259" w:lineRule="auto"/>
      </w:pPr>
      <w:r>
        <w:rPr>
          <w:rFonts w:ascii="Noto Sans" w:hAnsi="Noto Sans" w:cs="Noto Sans Devanagari" w:eastAsia="Noto Sans Devanagari"/>
          <w:b w:val="0"/>
          <w:i w:val="0"/>
          <w:sz w:val="20"/>
        </w:rPr>
        <w:t>o अस्थायी रोजगार</w:t>
      </w:r>
    </w:p>
    <w:p>
      <w:pPr>
        <w:spacing w:after="62" w:line="259" w:lineRule="auto"/>
      </w:pPr>
      <w:r>
        <w:rPr>
          <w:rFonts w:ascii="Noto Sans" w:hAnsi="Noto Sans" w:cs="Noto Sans Devanagari" w:eastAsia="Noto Sans Devanagari"/>
          <w:b w:val="0"/>
          <w:i w:val="0"/>
          <w:sz w:val="20"/>
        </w:rPr>
        <w:t>o शिक्षा, अध्ययन</w:t>
      </w:r>
    </w:p>
    <w:p>
      <w:pPr>
        <w:spacing w:after="62" w:line="259" w:lineRule="auto"/>
      </w:pPr>
      <w:r>
        <w:rPr>
          <w:rFonts w:ascii="Noto Sans" w:hAnsi="Noto Sans" w:cs="Noto Sans Devanagari" w:eastAsia="Noto Sans Devanagari"/>
          <w:b w:val="0"/>
          <w:i w:val="0"/>
          <w:sz w:val="20"/>
        </w:rPr>
        <w:t>o अन्य व्यक्तिगत भ्रमण</w:t>
      </w:r>
    </w:p>
    <w:p>
      <w:pPr>
        <w:spacing w:after="62" w:line="259" w:lineRule="auto"/>
      </w:pPr>
      <w:r>
        <w:rPr>
          <w:rFonts w:ascii="Noto Sans" w:hAnsi="Noto Sans" w:cs="Noto Sans Devanagari" w:eastAsia="Noto Sans Devanagari"/>
          <w:b w:val="0"/>
          <w:i w:val="0"/>
          <w:sz w:val="20"/>
        </w:rPr>
        <w:t>विवरण ः–</w:t>
      </w:r>
    </w:p>
    <w:p>
      <w:pPr>
        <w:spacing w:after="62" w:line="259" w:lineRule="auto"/>
      </w:pPr>
      <w:r>
        <w:rPr>
          <w:rFonts w:ascii="Noto Sans" w:hAnsi="Noto Sans" w:cs="Noto Sans Devanagari" w:eastAsia="Noto Sans Devanagari"/>
          <w:b w:val="0"/>
          <w:i w:val="0"/>
          <w:sz w:val="20"/>
        </w:rPr>
        <w:t>राहदानी नं. ...................... पूरा नाम ः .......................................</w:t>
      </w:r>
    </w:p>
    <w:p>
      <w:pPr>
        <w:spacing w:after="62" w:line="259" w:lineRule="auto"/>
      </w:pPr>
      <w:r>
        <w:rPr>
          <w:rFonts w:ascii="Noto Sans" w:hAnsi="Noto Sans" w:cs="Noto Sans Devanagari" w:eastAsia="Noto Sans Devanagari"/>
          <w:b w:val="0"/>
          <w:i w:val="0"/>
          <w:sz w:val="20"/>
        </w:rPr>
        <w:t>एयरलाइन्सको नाम ः ...................... ठेगाना ः ...................................</w:t>
      </w:r>
    </w:p>
    <w:p>
      <w:pPr>
        <w:spacing w:after="62" w:line="259" w:lineRule="auto"/>
        <w:ind w:left="115"/>
      </w:pPr>
      <w:r>
        <w:rPr>
          <w:rFonts w:ascii="Noto Sans" w:hAnsi="Noto Sans" w:cs="Noto Sans Devanagari" w:eastAsia="Noto Sans Devanagari"/>
          <w:b w:val="0"/>
          <w:i w:val="0"/>
          <w:sz w:val="20"/>
        </w:rPr>
        <w:t>(क) हवाई टिकट नं....................... फोन नम्बर ः ...................................</w:t>
      </w:r>
    </w:p>
    <w:p>
      <w:pPr>
        <w:spacing w:after="62" w:line="259" w:lineRule="auto"/>
        <w:ind w:left="115"/>
      </w:pPr>
      <w:r>
        <w:rPr>
          <w:rFonts w:ascii="Noto Sans" w:hAnsi="Noto Sans" w:cs="Noto Sans Devanagari" w:eastAsia="Noto Sans Devanagari"/>
          <w:b w:val="0"/>
          <w:i w:val="0"/>
          <w:sz w:val="20"/>
        </w:rPr>
        <w:t>(ख) हवाई टिकट नं....................... राहदानी जारी गरेको मिति ः ........................</w:t>
      </w:r>
    </w:p>
    <w:p>
      <w:pPr>
        <w:spacing w:after="62" w:line="259" w:lineRule="auto"/>
      </w:pPr>
      <w:r>
        <w:rPr>
          <w:rFonts w:ascii="Noto Sans" w:hAnsi="Noto Sans" w:cs="Noto Sans Devanagari" w:eastAsia="Noto Sans Devanagari"/>
          <w:b w:val="0"/>
          <w:i w:val="0"/>
          <w:sz w:val="20"/>
        </w:rPr>
        <w:t>उडान निश्चित भएको तारीख..................... राहदानी बहाली रहने मिति ः ......................</w:t>
      </w:r>
    </w:p>
    <w:p>
      <w:pPr>
        <w:spacing w:after="62" w:line="259" w:lineRule="auto"/>
      </w:pPr>
      <w:r>
        <w:rPr>
          <w:rFonts w:ascii="Noto Sans" w:hAnsi="Noto Sans" w:cs="Noto Sans Devanagari" w:eastAsia="Noto Sans Devanagari"/>
          <w:b w:val="0"/>
          <w:i w:val="0"/>
          <w:sz w:val="20"/>
        </w:rPr>
        <w:t>अनुसूची ७.२</w:t>
      </w:r>
    </w:p>
    <w:p>
      <w:pPr>
        <w:spacing w:after="62" w:line="259" w:lineRule="auto"/>
      </w:pPr>
      <w:r>
        <w:rPr>
          <w:rFonts w:ascii="Noto Sans" w:hAnsi="Noto Sans" w:cs="Noto Sans Devanagari" w:eastAsia="Noto Sans Devanagari"/>
          <w:b w:val="0"/>
          <w:i w:val="0"/>
          <w:sz w:val="20"/>
        </w:rPr>
        <w:t>राहदनी बापत सटही सुविधा प्रदान गरिएको मासिक विवरण</w:t>
      </w:r>
    </w:p>
    <w:p>
      <w:pPr>
        <w:spacing w:after="62" w:line="259" w:lineRule="auto"/>
      </w:pPr>
      <w:r>
        <w:rPr>
          <w:rFonts w:ascii="Noto Sans" w:hAnsi="Noto Sans" w:cs="Noto Sans Devanagari" w:eastAsia="Noto Sans Devanagari"/>
          <w:b w:val="0"/>
          <w:i w:val="0"/>
          <w:sz w:val="20"/>
        </w:rPr>
        <w:t>(इ.प्रा.परिपत्र संख्या ७ को दफा १(ट) को प्रयोजनको लागि)</w:t>
      </w:r>
    </w:p>
    <w:p>
      <w:pPr>
        <w:spacing w:after="62" w:line="259" w:lineRule="auto"/>
      </w:pPr>
      <w:r>
        <w:rPr>
          <w:rFonts w:ascii="Noto Sans" w:hAnsi="Noto Sans" w:cs="Noto Sans Devanagari" w:eastAsia="Noto Sans Devanagari"/>
          <w:b w:val="0"/>
          <w:i w:val="0"/>
          <w:sz w:val="20"/>
        </w:rPr>
        <w:t>इजाजतपत्रप्राप्त बैंक/वित्तीय संस्था/निकायको नाम ..........................................</w:t>
      </w:r>
    </w:p>
    <w:p>
      <w:pPr>
        <w:spacing w:after="62" w:line="259" w:lineRule="auto"/>
      </w:pPr>
      <w:r>
        <w:rPr>
          <w:rFonts w:ascii="Noto Sans" w:hAnsi="Noto Sans" w:cs="Noto Sans Devanagari" w:eastAsia="Noto Sans Devanagari"/>
          <w:b w:val="0"/>
          <w:i w:val="0"/>
          <w:sz w:val="20"/>
        </w:rPr>
        <w:t>..................साल ....................महिना .............................गते</w:t>
      </w:r>
    </w:p>
    <w:p>
      <w:pPr>
        <w:spacing w:after="62" w:line="259" w:lineRule="auto"/>
      </w:pPr>
      <w:r>
        <w:rPr>
          <w:rFonts w:ascii="Noto Sans" w:hAnsi="Noto Sans" w:cs="Noto Sans Devanagari" w:eastAsia="Noto Sans Devanagari"/>
          <w:b w:val="0"/>
          <w:i w:val="0"/>
          <w:sz w:val="20"/>
        </w:rPr>
        <w:t>जाने सटही</w:t>
      </w:r>
    </w:p>
    <w:p>
      <w:pPr>
        <w:spacing w:after="62" w:line="259" w:lineRule="auto"/>
      </w:pPr>
      <w:r>
        <w:rPr>
          <w:rFonts w:ascii="Noto Sans" w:hAnsi="Noto Sans" w:cs="Noto Sans Devanagari" w:eastAsia="Noto Sans Devanagari"/>
          <w:b w:val="0"/>
          <w:i w:val="0"/>
          <w:sz w:val="20"/>
        </w:rPr>
        <w:t>राहदानी रकम (यु.एस</w:t>
      </w:r>
    </w:p>
    <w:p>
      <w:pPr>
        <w:spacing w:after="62" w:line="259" w:lineRule="auto"/>
      </w:pPr>
      <w:r>
        <w:rPr>
          <w:rFonts w:ascii="Noto Sans" w:hAnsi="Noto Sans" w:cs="Noto Sans Devanagari" w:eastAsia="Noto Sans Devanagari"/>
          <w:b w:val="0"/>
          <w:i w:val="0"/>
          <w:sz w:val="20"/>
        </w:rPr>
        <w:t>सि.नं. मिति नम टिकट नं. मुलुकको प्रदान गर्ने कैफियत</w:t>
      </w:r>
    </w:p>
    <w:p>
      <w:pPr>
        <w:spacing w:after="62" w:line="259" w:lineRule="auto"/>
      </w:pPr>
      <w:r>
        <w:rPr>
          <w:rFonts w:ascii="Noto Sans" w:hAnsi="Noto Sans" w:cs="Noto Sans Devanagari" w:eastAsia="Noto Sans Devanagari"/>
          <w:b w:val="0"/>
          <w:i w:val="0"/>
          <w:sz w:val="20"/>
        </w:rPr>
        <w:t>नं. डलरमा)</w:t>
      </w:r>
    </w:p>
    <w:p>
      <w:pPr>
        <w:spacing w:after="62" w:line="259" w:lineRule="auto"/>
      </w:pPr>
      <w:r>
        <w:rPr>
          <w:rFonts w:ascii="Noto Sans" w:hAnsi="Noto Sans" w:cs="Noto Sans Devanagari" w:eastAsia="Noto Sans Devanagari"/>
          <w:b w:val="0"/>
          <w:i w:val="0"/>
          <w:sz w:val="20"/>
        </w:rPr>
        <w:t>नाम शाखा</w:t>
      </w:r>
    </w:p>
    <w:p>
      <w:pPr>
        <w:spacing w:after="62" w:line="259" w:lineRule="auto"/>
      </w:pPr>
      <w:r>
        <w:rPr>
          <w:rFonts w:ascii="Noto Sans" w:hAnsi="Noto Sans" w:cs="Noto Sans Devanagari" w:eastAsia="Noto Sans Devanagari"/>
          <w:b w:val="0"/>
          <w:i w:val="0"/>
          <w:sz w:val="20"/>
        </w:rPr>
        <w:t>कुल रकम</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spacing w:after="62" w:line="259" w:lineRule="auto"/>
      </w:pPr>
      <w:r>
        <w:rPr>
          <w:rFonts w:ascii="Noto Sans" w:hAnsi="Noto Sans" w:cs="Noto Sans Devanagari" w:eastAsia="Noto Sans Devanagari"/>
          <w:b w:val="0"/>
          <w:i w:val="0"/>
          <w:sz w:val="20"/>
        </w:rPr>
        <w:t>अनुसूची ७.३</w:t>
      </w:r>
    </w:p>
    <w:p>
      <w:pPr>
        <w:spacing w:after="62" w:line="259" w:lineRule="auto"/>
      </w:pPr>
      <w:r>
        <w:rPr>
          <w:rFonts w:ascii="Noto Sans" w:hAnsi="Noto Sans" w:cs="Noto Sans Devanagari" w:eastAsia="Noto Sans Devanagari"/>
          <w:b w:val="0"/>
          <w:i w:val="0"/>
          <w:sz w:val="20"/>
        </w:rPr>
        <w:t>व्यापार प्रवर्द्धन बापत परिपत्र संख्या ७ को १(ङ) अनुरुप</w:t>
      </w:r>
    </w:p>
    <w:p>
      <w:pPr>
        <w:spacing w:after="62" w:line="259" w:lineRule="auto"/>
      </w:pPr>
      <w:r>
        <w:rPr>
          <w:rFonts w:ascii="Noto Sans" w:hAnsi="Noto Sans" w:cs="Noto Sans Devanagari" w:eastAsia="Noto Sans Devanagari"/>
          <w:b w:val="0"/>
          <w:i w:val="0"/>
          <w:sz w:val="20"/>
        </w:rPr>
        <w:t>सटही सुविधा प्रदान गरिएको मासिक विवरण</w:t>
      </w:r>
    </w:p>
    <w:p>
      <w:pPr>
        <w:spacing w:after="62" w:line="259" w:lineRule="auto"/>
      </w:pPr>
      <w:r>
        <w:rPr>
          <w:rFonts w:ascii="Noto Sans" w:hAnsi="Noto Sans" w:cs="Noto Sans Devanagari" w:eastAsia="Noto Sans Devanagari"/>
          <w:b w:val="0"/>
          <w:i w:val="0"/>
          <w:sz w:val="20"/>
        </w:rPr>
        <w:t>(इ.प्रा.परिपत्र संख्या ७ को दफा १(ट) को प्रयोजनको लागि)</w:t>
      </w:r>
    </w:p>
    <w:p>
      <w:pPr>
        <w:spacing w:after="62" w:line="259" w:lineRule="auto"/>
      </w:pPr>
      <w:r>
        <w:rPr>
          <w:rFonts w:ascii="Noto Sans" w:hAnsi="Noto Sans" w:cs="Noto Sans Devanagari" w:eastAsia="Noto Sans Devanagari"/>
          <w:b w:val="0"/>
          <w:i w:val="0"/>
          <w:sz w:val="20"/>
        </w:rPr>
        <w:t>इजाजतपत्रप्राप्त बैंक/वित्तीय संस्था/निकायको नाम .............................................</w:t>
      </w:r>
    </w:p>
    <w:p>
      <w:pPr>
        <w:spacing w:after="62" w:line="259" w:lineRule="auto"/>
      </w:pPr>
      <w:r>
        <w:rPr>
          <w:rFonts w:ascii="Noto Sans" w:hAnsi="Noto Sans" w:cs="Noto Sans Devanagari" w:eastAsia="Noto Sans Devanagari"/>
          <w:b w:val="0"/>
          <w:i w:val="0"/>
          <w:sz w:val="20"/>
        </w:rPr>
        <w:t>..................साल .............................महिना .............................गते</w:t>
      </w:r>
    </w:p>
    <w:p>
      <w:pPr>
        <w:spacing w:after="62" w:line="259" w:lineRule="auto"/>
      </w:pPr>
      <w:r>
        <w:rPr>
          <w:rFonts w:ascii="Noto Sans" w:hAnsi="Noto Sans" w:cs="Noto Sans Devanagari" w:eastAsia="Noto Sans Devanagari"/>
          <w:b w:val="0"/>
          <w:i w:val="0"/>
          <w:sz w:val="20"/>
        </w:rPr>
        <w:t>सटही</w:t>
      </w:r>
    </w:p>
    <w:p>
      <w:pPr>
        <w:spacing w:after="62" w:line="259" w:lineRule="auto"/>
      </w:pPr>
      <w:r>
        <w:rPr>
          <w:rFonts w:ascii="Noto Sans" w:hAnsi="Noto Sans" w:cs="Noto Sans Devanagari" w:eastAsia="Noto Sans Devanagari"/>
          <w:b w:val="0"/>
          <w:i w:val="0"/>
          <w:sz w:val="20"/>
        </w:rPr>
        <w:t>राहदानी टिकट जाने मुलुकको नाम रकम (यु.एस सटहीको</w:t>
      </w:r>
    </w:p>
    <w:p>
      <w:pPr>
        <w:spacing w:after="62" w:line="259" w:lineRule="auto"/>
      </w:pPr>
      <w:r>
        <w:rPr>
          <w:rFonts w:ascii="Noto Sans" w:hAnsi="Noto Sans" w:cs="Noto Sans Devanagari" w:eastAsia="Noto Sans Devanagari"/>
          <w:b w:val="0"/>
          <w:i w:val="0"/>
          <w:sz w:val="20"/>
        </w:rPr>
        <w:t>सि.नं. मिति नाम प्रदान गर्ने</w:t>
      </w:r>
    </w:p>
    <w:p>
      <w:pPr>
        <w:spacing w:after="62" w:line="259" w:lineRule="auto"/>
      </w:pPr>
      <w:r>
        <w:rPr>
          <w:rFonts w:ascii="Noto Sans" w:hAnsi="Noto Sans" w:cs="Noto Sans Devanagari" w:eastAsia="Noto Sans Devanagari"/>
          <w:b w:val="0"/>
          <w:i w:val="0"/>
          <w:sz w:val="20"/>
        </w:rPr>
        <w:t>नं. नं. र कार्यक्रमको नाम डलरमा) औचित्य</w:t>
      </w:r>
    </w:p>
    <w:p>
      <w:pPr>
        <w:spacing w:after="62" w:line="259" w:lineRule="auto"/>
      </w:pPr>
      <w:r>
        <w:rPr>
          <w:rFonts w:ascii="Noto Sans" w:hAnsi="Noto Sans" w:cs="Noto Sans Devanagari" w:eastAsia="Noto Sans Devanagari"/>
          <w:b w:val="0"/>
          <w:i w:val="0"/>
          <w:sz w:val="20"/>
        </w:rPr>
        <w:t>शाखा</w:t>
      </w:r>
    </w:p>
    <w:p>
      <w:pPr>
        <w:spacing w:after="62" w:line="259" w:lineRule="auto"/>
      </w:pPr>
      <w:r>
        <w:rPr>
          <w:rFonts w:ascii="Noto Sans" w:hAnsi="Noto Sans" w:cs="Noto Sans Devanagari" w:eastAsia="Noto Sans Devanagari"/>
          <w:b w:val="0"/>
          <w:i w:val="0"/>
          <w:sz w:val="20"/>
        </w:rPr>
        <w:t>कुल रकम</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spacing w:after="62" w:line="259" w:lineRule="auto"/>
      </w:pPr>
      <w:r>
        <w:rPr>
          <w:rFonts w:ascii="Noto Sans" w:hAnsi="Noto Sans" w:cs="Noto Sans Devanagari" w:eastAsia="Noto Sans Devanagari"/>
          <w:b w:val="0"/>
          <w:i w:val="0"/>
          <w:sz w:val="20"/>
        </w:rPr>
        <w:t>अनुसूची ७.४</w:t>
      </w:r>
    </w:p>
    <w:p>
      <w:pPr>
        <w:spacing w:after="62" w:line="259" w:lineRule="auto"/>
      </w:pPr>
      <w:r>
        <w:rPr>
          <w:rFonts w:ascii="Noto Sans" w:hAnsi="Noto Sans" w:cs="Noto Sans Devanagari" w:eastAsia="Noto Sans Devanagari"/>
          <w:b w:val="0"/>
          <w:i w:val="0"/>
          <w:sz w:val="20"/>
        </w:rPr>
        <w:t>(इ.प्रा.परिपत्र संख्या ७ को दफा ३ को प्रयोजनको लागि)</w:t>
      </w:r>
    </w:p>
    <w:p>
      <w:pPr>
        <w:spacing w:after="62" w:line="259" w:lineRule="auto"/>
      </w:pPr>
      <w:r>
        <w:rPr>
          <w:rFonts w:ascii="Noto Sans" w:hAnsi="Noto Sans" w:cs="Noto Sans Devanagari" w:eastAsia="Noto Sans Devanagari"/>
          <w:b w:val="0"/>
          <w:i w:val="0"/>
          <w:sz w:val="20"/>
        </w:rPr>
        <w:t>दफा ३ (क) बमोजिम विदेश भ्रमण (भारत बाहेक) गर्दा उपलव्ध गराउनु पर्ने सटही सुविधाको तालिका</w:t>
      </w:r>
    </w:p>
    <w:p>
      <w:pPr>
        <w:spacing w:after="62" w:line="259" w:lineRule="auto"/>
      </w:pPr>
      <w:r>
        <w:rPr>
          <w:rFonts w:ascii="Noto Sans" w:hAnsi="Noto Sans" w:cs="Noto Sans Devanagari" w:eastAsia="Noto Sans Devanagari"/>
          <w:b w:val="0"/>
          <w:i w:val="0"/>
          <w:sz w:val="20"/>
        </w:rPr>
        <w:t>(अमेरिकी डलरमा)</w:t>
      </w:r>
    </w:p>
    <w:p>
      <w:pPr>
        <w:spacing w:after="62" w:line="259" w:lineRule="auto"/>
      </w:pPr>
      <w:r>
        <w:rPr>
          <w:rFonts w:ascii="Noto Sans" w:hAnsi="Noto Sans" w:cs="Noto Sans Devanagari" w:eastAsia="Noto Sans Devanagari"/>
          <w:b w:val="0"/>
          <w:i w:val="0"/>
          <w:sz w:val="20"/>
        </w:rPr>
        <w:t>अधिकतम भ्रमण खर्च दैनिक होटल तथा मनोरन्जन, भैपरी तथा</w:t>
      </w:r>
    </w:p>
    <w:p>
      <w:pPr>
        <w:spacing w:after="62" w:line="259" w:lineRule="auto"/>
      </w:pPr>
      <w:r>
        <w:rPr>
          <w:rFonts w:ascii="Noto Sans" w:hAnsi="Noto Sans" w:cs="Noto Sans Devanagari" w:eastAsia="Noto Sans Devanagari"/>
          <w:b w:val="0"/>
          <w:i w:val="0"/>
          <w:sz w:val="20"/>
        </w:rPr>
        <w:t>आर्जन एक आर्थिक वर्षमा खाना खर्च अतिथि सत्कार खर्च</w:t>
      </w:r>
    </w:p>
    <w:p>
      <w:pPr>
        <w:spacing w:after="62" w:line="259" w:lineRule="auto"/>
      </w:pPr>
      <w:r>
        <w:rPr>
          <w:rFonts w:ascii="Noto Sans" w:hAnsi="Noto Sans" w:cs="Noto Sans Devanagari" w:eastAsia="Noto Sans Devanagari"/>
          <w:b w:val="0"/>
          <w:i w:val="0"/>
          <w:sz w:val="20"/>
        </w:rPr>
        <w:t>(प्रतिपटक)</w:t>
      </w:r>
    </w:p>
    <w:p>
      <w:pPr>
        <w:spacing w:after="62" w:line="259" w:lineRule="auto"/>
      </w:pPr>
      <w:r>
        <w:rPr>
          <w:rFonts w:ascii="Noto Sans" w:hAnsi="Noto Sans" w:cs="Noto Sans Devanagari" w:eastAsia="Noto Sans Devanagari"/>
          <w:b w:val="0"/>
          <w:i w:val="0"/>
          <w:sz w:val="20"/>
        </w:rPr>
        <w:t>० – ३ लाख ९० दिन ४५०.०० १,०००.००</w:t>
      </w:r>
    </w:p>
    <w:p>
      <w:pPr>
        <w:spacing w:after="62" w:line="259" w:lineRule="auto"/>
      </w:pPr>
      <w:r>
        <w:rPr>
          <w:rFonts w:ascii="Noto Sans" w:hAnsi="Noto Sans" w:cs="Noto Sans Devanagari" w:eastAsia="Noto Sans Devanagari"/>
          <w:b w:val="0"/>
          <w:i w:val="0"/>
          <w:sz w:val="20"/>
        </w:rPr>
        <w:t>३ – ७ लाख ९० दिन ५५०.०० १,५००.००</w:t>
      </w:r>
    </w:p>
    <w:p>
      <w:pPr>
        <w:spacing w:after="62" w:line="259" w:lineRule="auto"/>
      </w:pPr>
      <w:r>
        <w:rPr>
          <w:rFonts w:ascii="Noto Sans" w:hAnsi="Noto Sans" w:cs="Noto Sans Devanagari" w:eastAsia="Noto Sans Devanagari"/>
          <w:b w:val="0"/>
          <w:i w:val="0"/>
          <w:sz w:val="20"/>
        </w:rPr>
        <w:t>७ लाखभन्दा माथि ९० दिन ६५०.०० २,०००.००</w:t>
      </w:r>
    </w:p>
    <w:p>
      <w:pPr>
        <w:spacing w:after="62" w:line="259" w:lineRule="auto"/>
      </w:pPr>
      <w:r>
        <w:rPr>
          <w:rFonts w:ascii="Noto Sans" w:hAnsi="Noto Sans" w:cs="Noto Sans Devanagari" w:eastAsia="Noto Sans Devanagari"/>
          <w:b w:val="0"/>
          <w:i w:val="0"/>
          <w:sz w:val="20"/>
        </w:rPr>
        <w:t>अनुसूची ७.५</w:t>
      </w:r>
    </w:p>
    <w:p>
      <w:pPr>
        <w:spacing w:after="62" w:line="259" w:lineRule="auto"/>
      </w:pPr>
      <w:r>
        <w:rPr>
          <w:rFonts w:ascii="Noto Sans" w:hAnsi="Noto Sans" w:cs="Noto Sans Devanagari" w:eastAsia="Noto Sans Devanagari"/>
          <w:b w:val="0"/>
          <w:i w:val="0"/>
          <w:sz w:val="20"/>
        </w:rPr>
        <w:t>(इ.प्रा.परिपत्र संख्या ७ को दफा ३ को प्रयोजनको लागि)</w:t>
      </w:r>
    </w:p>
    <w:p>
      <w:pPr>
        <w:spacing w:after="62" w:line="259" w:lineRule="auto"/>
      </w:pPr>
      <w:r>
        <w:rPr>
          <w:rFonts w:ascii="Noto Sans" w:hAnsi="Noto Sans" w:cs="Noto Sans Devanagari" w:eastAsia="Noto Sans Devanagari"/>
          <w:b w:val="0"/>
          <w:i w:val="0"/>
          <w:sz w:val="20"/>
        </w:rPr>
        <w:t>दफा ३ बमोजिम विदेश भ्रमण (भारत बाहेक) गर्दा उपलव्ध गराउनु पर्ने सटही सुविधाको तालिका</w:t>
      </w:r>
    </w:p>
    <w:p>
      <w:pPr>
        <w:spacing w:after="62" w:line="259" w:lineRule="auto"/>
      </w:pPr>
      <w:r>
        <w:rPr>
          <w:rFonts w:ascii="Noto Sans" w:hAnsi="Noto Sans" w:cs="Noto Sans Devanagari" w:eastAsia="Noto Sans Devanagari"/>
          <w:b w:val="0"/>
          <w:i w:val="0"/>
          <w:sz w:val="20"/>
        </w:rPr>
        <w:t>(अमेरिकी डलरमा)</w:t>
      </w:r>
    </w:p>
    <w:p>
      <w:pPr>
        <w:spacing w:after="62" w:line="259" w:lineRule="auto"/>
      </w:pPr>
      <w:r>
        <w:rPr>
          <w:rFonts w:ascii="Noto Sans" w:hAnsi="Noto Sans" w:cs="Noto Sans Devanagari" w:eastAsia="Noto Sans Devanagari"/>
          <w:b w:val="0"/>
          <w:i w:val="0"/>
          <w:sz w:val="20"/>
        </w:rPr>
        <w:t>दैनिक होटल तथा मनोरन्जन तथा भैपरि खर्च अधिकतम भ्रमण दिन</w:t>
      </w:r>
    </w:p>
    <w:p>
      <w:pPr>
        <w:spacing w:after="62" w:line="259" w:lineRule="auto"/>
      </w:pPr>
      <w:r>
        <w:rPr>
          <w:rFonts w:ascii="Noto Sans" w:hAnsi="Noto Sans" w:cs="Noto Sans Devanagari" w:eastAsia="Noto Sans Devanagari"/>
          <w:b w:val="0"/>
          <w:i w:val="0"/>
          <w:sz w:val="20"/>
        </w:rPr>
        <w:t>आर्जन खाना खर्च (प्रतिपटक) एक आर्थिक वर्ष</w:t>
      </w:r>
    </w:p>
    <w:p>
      <w:pPr>
        <w:spacing w:after="62" w:line="259" w:lineRule="auto"/>
      </w:pPr>
      <w:r>
        <w:rPr>
          <w:rFonts w:ascii="Noto Sans" w:hAnsi="Noto Sans" w:cs="Noto Sans Devanagari" w:eastAsia="Noto Sans Devanagari"/>
          <w:b w:val="0"/>
          <w:i w:val="0"/>
          <w:sz w:val="20"/>
        </w:rPr>
        <w:t>० – ३ लाख ३००.०० ४००.०० ४५ दिन</w:t>
      </w:r>
    </w:p>
    <w:p>
      <w:pPr>
        <w:spacing w:after="62" w:line="259" w:lineRule="auto"/>
      </w:pPr>
      <w:r>
        <w:rPr>
          <w:rFonts w:ascii="Noto Sans" w:hAnsi="Noto Sans" w:cs="Noto Sans Devanagari" w:eastAsia="Noto Sans Devanagari"/>
          <w:b w:val="0"/>
          <w:i w:val="0"/>
          <w:sz w:val="20"/>
        </w:rPr>
        <w:t>३ – ५ लाख ३५०.०० ५००.०० ५५ दिन</w:t>
      </w:r>
    </w:p>
    <w:p>
      <w:pPr>
        <w:spacing w:after="62" w:line="259" w:lineRule="auto"/>
      </w:pPr>
      <w:r>
        <w:rPr>
          <w:rFonts w:ascii="Noto Sans" w:hAnsi="Noto Sans" w:cs="Noto Sans Devanagari" w:eastAsia="Noto Sans Devanagari"/>
          <w:b w:val="0"/>
          <w:i w:val="0"/>
          <w:sz w:val="20"/>
        </w:rPr>
        <w:t>५ – ७ लाख ४००.०० ६००.०० ६५ दिन</w:t>
      </w:r>
    </w:p>
    <w:p>
      <w:pPr>
        <w:spacing w:after="62" w:line="259" w:lineRule="auto"/>
      </w:pPr>
      <w:r>
        <w:rPr>
          <w:rFonts w:ascii="Noto Sans" w:hAnsi="Noto Sans" w:cs="Noto Sans Devanagari" w:eastAsia="Noto Sans Devanagari"/>
          <w:b w:val="0"/>
          <w:i w:val="0"/>
          <w:sz w:val="20"/>
        </w:rPr>
        <w:t>७ – १० लाख ४५०.०० ७००.०० ७५ दिन</w:t>
      </w:r>
    </w:p>
    <w:p>
      <w:pPr>
        <w:spacing w:after="62" w:line="259" w:lineRule="auto"/>
      </w:pPr>
      <w:r>
        <w:rPr>
          <w:rFonts w:ascii="Noto Sans" w:hAnsi="Noto Sans" w:cs="Noto Sans Devanagari" w:eastAsia="Noto Sans Devanagari"/>
          <w:b w:val="0"/>
          <w:i w:val="0"/>
          <w:sz w:val="20"/>
        </w:rPr>
        <w:t>१० लाखभन्दा माथि ५००.०० ८००.०० ८५ दिन</w:t>
      </w:r>
    </w:p>
    <w:p>
      <w:pPr>
        <w:spacing w:after="62" w:line="259" w:lineRule="auto"/>
      </w:pPr>
      <w:r>
        <w:rPr>
          <w:rFonts w:ascii="Noto Sans" w:hAnsi="Noto Sans" w:cs="Noto Sans Devanagari" w:eastAsia="Noto Sans Devanagari"/>
          <w:b w:val="0"/>
          <w:i w:val="0"/>
          <w:sz w:val="20"/>
        </w:rPr>
        <w:t>अनुसूची ७.६</w:t>
      </w:r>
    </w:p>
    <w:p>
      <w:pPr>
        <w:spacing w:after="62" w:line="259" w:lineRule="auto"/>
      </w:pPr>
      <w:r>
        <w:rPr>
          <w:rFonts w:ascii="Noto Sans" w:hAnsi="Noto Sans" w:cs="Noto Sans Devanagari" w:eastAsia="Noto Sans Devanagari"/>
          <w:b w:val="0"/>
          <w:i w:val="0"/>
          <w:sz w:val="20"/>
        </w:rPr>
        <w:t>(इ.प्रा.परिपत्र संख्या ७ को दफा ३(ङ) को प्रयोजनको लागि)</w:t>
      </w:r>
    </w:p>
    <w:p>
      <w:pPr>
        <w:spacing w:after="62" w:line="259" w:lineRule="auto"/>
      </w:pPr>
      <w:r>
        <w:rPr>
          <w:rFonts w:ascii="Noto Sans" w:hAnsi="Noto Sans" w:cs="Noto Sans Devanagari" w:eastAsia="Noto Sans Devanagari"/>
          <w:b w:val="0"/>
          <w:i w:val="0"/>
          <w:sz w:val="20"/>
        </w:rPr>
        <w:t>दफा ३(ङ) बमोजिम भारत बाहेकका मुलुकहरूमा भ्रमण गर्दा सटही सुविधा प्रयोजनका लागि भर्नु पर्ने फाराम</w:t>
      </w:r>
    </w:p>
    <w:p>
      <w:pPr>
        <w:spacing w:after="62" w:line="259" w:lineRule="auto"/>
      </w:pPr>
      <w:r>
        <w:rPr>
          <w:rFonts w:ascii="Noto Sans" w:hAnsi="Noto Sans" w:cs="Noto Sans Devanagari" w:eastAsia="Noto Sans Devanagari"/>
          <w:b w:val="0"/>
          <w:i w:val="0"/>
          <w:sz w:val="20"/>
        </w:rPr>
        <w:t>श्री ...................................</w:t>
      </w:r>
    </w:p>
    <w:p>
      <w:pPr>
        <w:spacing w:after="62" w:line="259" w:lineRule="auto"/>
      </w:pPr>
      <w:r>
        <w:rPr>
          <w:rFonts w:ascii="Noto Sans" w:hAnsi="Noto Sans" w:cs="Noto Sans Devanagari" w:eastAsia="Noto Sans Devanagari"/>
          <w:b w:val="0"/>
          <w:i w:val="0"/>
          <w:sz w:val="20"/>
        </w:rPr>
        <w:t>........................................</w:t>
      </w:r>
    </w:p>
    <w:p>
      <w:pPr>
        <w:spacing w:after="62" w:line="259" w:lineRule="auto"/>
      </w:pPr>
      <w:r>
        <w:rPr>
          <w:rFonts w:ascii="Noto Sans" w:hAnsi="Noto Sans" w:cs="Noto Sans Devanagari" w:eastAsia="Noto Sans Devanagari"/>
          <w:b w:val="0"/>
          <w:i w:val="0"/>
          <w:sz w:val="20"/>
        </w:rPr>
        <w:t>........................................... ।</w:t>
      </w:r>
    </w:p>
    <w:p>
      <w:pPr>
        <w:spacing w:after="62" w:line="259" w:lineRule="auto"/>
        <w:ind w:left="115"/>
      </w:pPr>
      <w:r>
        <w:rPr>
          <w:rFonts w:ascii="Noto Sans" w:hAnsi="Noto Sans" w:cs="Noto Sans Devanagari" w:eastAsia="Noto Sans Devanagari"/>
          <w:b w:val="0"/>
          <w:i w:val="0"/>
          <w:sz w:val="20"/>
        </w:rPr>
        <w:t>१. निवेदकको नाम ...................................................</w:t>
      </w:r>
    </w:p>
    <w:p>
      <w:pPr>
        <w:spacing w:after="62" w:line="259" w:lineRule="auto"/>
        <w:ind w:left="115"/>
      </w:pPr>
      <w:r>
        <w:rPr>
          <w:rFonts w:ascii="Noto Sans" w:hAnsi="Noto Sans" w:cs="Noto Sans Devanagari" w:eastAsia="Noto Sans Devanagari"/>
          <w:b w:val="0"/>
          <w:i w:val="0"/>
          <w:sz w:val="20"/>
        </w:rPr>
        <w:t>२. पद ..................................</w:t>
      </w:r>
    </w:p>
    <w:p>
      <w:pPr>
        <w:spacing w:after="62" w:line="259" w:lineRule="auto"/>
        <w:ind w:left="115"/>
      </w:pPr>
      <w:r>
        <w:rPr>
          <w:rFonts w:ascii="Noto Sans" w:hAnsi="Noto Sans" w:cs="Noto Sans Devanagari" w:eastAsia="Noto Sans Devanagari"/>
          <w:b w:val="0"/>
          <w:i w:val="0"/>
          <w:sz w:val="20"/>
        </w:rPr>
        <w:t>३. फर्म/कम्पनी/कार्यालयको नाम</w:t>
      </w:r>
    </w:p>
    <w:p>
      <w:pPr>
        <w:spacing w:after="62" w:line="259" w:lineRule="auto"/>
        <w:ind w:left="115"/>
      </w:pPr>
      <w:r>
        <w:rPr>
          <w:rFonts w:ascii="Noto Sans" w:hAnsi="Noto Sans" w:cs="Noto Sans Devanagari" w:eastAsia="Noto Sans Devanagari"/>
          <w:b w:val="0"/>
          <w:i w:val="0"/>
          <w:sz w:val="20"/>
        </w:rPr>
        <w:t>४. भ्रमण गर्ने मुलुक ..................................................</w:t>
      </w:r>
    </w:p>
    <w:p>
      <w:pPr>
        <w:spacing w:after="62" w:line="259" w:lineRule="auto"/>
        <w:ind w:left="115"/>
      </w:pPr>
      <w:r>
        <w:rPr>
          <w:rFonts w:ascii="Noto Sans" w:hAnsi="Noto Sans" w:cs="Noto Sans Devanagari" w:eastAsia="Noto Sans Devanagari"/>
          <w:b w:val="0"/>
          <w:i w:val="0"/>
          <w:sz w:val="20"/>
        </w:rPr>
        <w:t>५. भ्रमण गर्ने अवधि मिति ....................... देखि ..................... सम्म जम्मा दिन .........</w:t>
      </w:r>
    </w:p>
    <w:p>
      <w:pPr>
        <w:spacing w:after="62" w:line="259" w:lineRule="auto"/>
        <w:ind w:left="115"/>
      </w:pPr>
      <w:r>
        <w:rPr>
          <w:rFonts w:ascii="Noto Sans" w:hAnsi="Noto Sans" w:cs="Noto Sans Devanagari" w:eastAsia="Noto Sans Devanagari"/>
          <w:b w:val="0"/>
          <w:i w:val="0"/>
          <w:sz w:val="20"/>
        </w:rPr>
        <w:t>७. आवश्यक पर्ने विदेशी मुद्रा</w:t>
      </w:r>
    </w:p>
    <w:p>
      <w:pPr>
        <w:spacing w:after="62" w:line="259" w:lineRule="auto"/>
        <w:ind w:left="115"/>
      </w:pPr>
      <w:r>
        <w:rPr>
          <w:rFonts w:ascii="Noto Sans" w:hAnsi="Noto Sans" w:cs="Noto Sans Devanagari" w:eastAsia="Noto Sans Devanagari"/>
          <w:b w:val="0"/>
          <w:i w:val="0"/>
          <w:sz w:val="20"/>
        </w:rPr>
        <w:t>(क) दैनिक होटल तथा खाना खर्च</w:t>
      </w:r>
    </w:p>
    <w:p>
      <w:pPr>
        <w:spacing w:after="62" w:line="259" w:lineRule="auto"/>
        <w:ind w:left="115"/>
      </w:pPr>
      <w:r>
        <w:rPr>
          <w:rFonts w:ascii="Noto Sans" w:hAnsi="Noto Sans" w:cs="Noto Sans Devanagari" w:eastAsia="Noto Sans Devanagari"/>
          <w:b w:val="0"/>
          <w:i w:val="0"/>
          <w:sz w:val="20"/>
        </w:rPr>
        <w:t>(ख) मनोरन्जन तथा भैपरि आउने</w:t>
      </w:r>
    </w:p>
    <w:p>
      <w:pPr>
        <w:spacing w:after="62" w:line="259" w:lineRule="auto"/>
        <w:ind w:left="115"/>
      </w:pPr>
      <w:r>
        <w:rPr>
          <w:rFonts w:ascii="Noto Sans" w:hAnsi="Noto Sans" w:cs="Noto Sans Devanagari" w:eastAsia="Noto Sans Devanagari"/>
          <w:b w:val="0"/>
          <w:i w:val="0"/>
          <w:sz w:val="20"/>
        </w:rPr>
        <w:t>८. निवेदकको विदेशी मुद्रा खाताबाट खर्च हुने भए सोको खाता नम्बर ...........................</w:t>
      </w:r>
    </w:p>
    <w:p>
      <w:pPr>
        <w:spacing w:after="62" w:line="259" w:lineRule="auto"/>
        <w:ind w:left="115"/>
      </w:pPr>
      <w:r>
        <w:rPr>
          <w:rFonts w:ascii="Noto Sans" w:hAnsi="Noto Sans" w:cs="Noto Sans Devanagari" w:eastAsia="Noto Sans Devanagari"/>
          <w:b w:val="0"/>
          <w:i w:val="0"/>
          <w:sz w:val="20"/>
        </w:rPr>
        <w:t>९. यसभन्दा अघि भ्रमणमा गएको भए लिएको विदेशी मुद्रा ........................ र भ्रमण अवधि</w:t>
      </w:r>
    </w:p>
    <w:p>
      <w:pPr>
        <w:spacing w:after="62" w:line="259" w:lineRule="auto"/>
      </w:pPr>
      <w:r>
        <w:rPr>
          <w:rFonts w:ascii="Noto Sans" w:hAnsi="Noto Sans" w:cs="Noto Sans Devanagari" w:eastAsia="Noto Sans Devanagari"/>
          <w:b w:val="0"/>
          <w:i w:val="0"/>
          <w:sz w:val="20"/>
        </w:rPr>
        <w:t>मिति ........................ देखि ....................... सम्म</w:t>
      </w:r>
    </w:p>
    <w:p>
      <w:pPr>
        <w:spacing w:after="62" w:line="259" w:lineRule="auto"/>
        <w:ind w:left="115"/>
      </w:pPr>
      <w:r>
        <w:rPr>
          <w:rFonts w:ascii="Noto Sans" w:hAnsi="Noto Sans" w:cs="Noto Sans Devanagari" w:eastAsia="Noto Sans Devanagari"/>
          <w:b w:val="0"/>
          <w:i w:val="0"/>
          <w:sz w:val="20"/>
        </w:rPr>
        <w:t>१०. यस आर्थिक वर्षमा पटक पटक गरी हालसम्म आर्जन गरेको विदेशी मुद्रा रकम ...............</w:t>
      </w:r>
    </w:p>
    <w:p>
      <w:pPr>
        <w:spacing w:after="62" w:line="259" w:lineRule="auto"/>
      </w:pPr>
      <w:r>
        <w:rPr>
          <w:rFonts w:ascii="Noto Sans" w:hAnsi="Noto Sans" w:cs="Noto Sans Devanagari" w:eastAsia="Noto Sans Devanagari"/>
          <w:b w:val="0"/>
          <w:i w:val="0"/>
          <w:sz w:val="20"/>
        </w:rPr>
        <w:t>सो मध्ये खातामा जम्मा भएको विदेशी मुद्रा रकम ......................</w:t>
      </w:r>
    </w:p>
    <w:p>
      <w:pPr>
        <w:spacing w:after="62" w:line="259" w:lineRule="auto"/>
        <w:ind w:left="115"/>
      </w:pPr>
      <w:r>
        <w:rPr>
          <w:rFonts w:ascii="Noto Sans" w:hAnsi="Noto Sans" w:cs="Noto Sans Devanagari" w:eastAsia="Noto Sans Devanagari"/>
          <w:b w:val="0"/>
          <w:i w:val="0"/>
          <w:sz w:val="20"/>
        </w:rPr>
        <w:t>११. संलग्न कागजातहरू ः–</w:t>
      </w:r>
    </w:p>
    <w:p>
      <w:pPr>
        <w:spacing w:after="62" w:line="259" w:lineRule="auto"/>
        <w:ind w:left="115"/>
      </w:pPr>
      <w:r>
        <w:rPr>
          <w:rFonts w:ascii="Noto Sans" w:hAnsi="Noto Sans" w:cs="Noto Sans Devanagari" w:eastAsia="Noto Sans Devanagari"/>
          <w:b w:val="0"/>
          <w:i w:val="0"/>
          <w:sz w:val="20"/>
        </w:rPr>
        <w:t>(क) ...........................</w:t>
      </w:r>
    </w:p>
    <w:p>
      <w:pPr>
        <w:spacing w:after="62" w:line="259" w:lineRule="auto"/>
        <w:ind w:left="115"/>
      </w:pPr>
      <w:r>
        <w:rPr>
          <w:rFonts w:ascii="Noto Sans" w:hAnsi="Noto Sans" w:cs="Noto Sans Devanagari" w:eastAsia="Noto Sans Devanagari"/>
          <w:b w:val="0"/>
          <w:i w:val="0"/>
          <w:sz w:val="20"/>
        </w:rPr>
        <w:t>(ख) ...........................</w:t>
      </w:r>
    </w:p>
    <w:p>
      <w:pPr>
        <w:spacing w:after="62" w:line="259" w:lineRule="auto"/>
        <w:ind w:left="115"/>
      </w:pPr>
      <w:r>
        <w:rPr>
          <w:rFonts w:ascii="Noto Sans" w:hAnsi="Noto Sans" w:cs="Noto Sans Devanagari" w:eastAsia="Noto Sans Devanagari"/>
          <w:b w:val="0"/>
          <w:i w:val="0"/>
          <w:sz w:val="20"/>
        </w:rPr>
        <w:t>(ग) ...........................</w:t>
      </w:r>
    </w:p>
    <w:p>
      <w:pPr>
        <w:spacing w:after="62" w:line="259" w:lineRule="auto"/>
      </w:pPr>
      <w:r>
        <w:rPr>
          <w:rFonts w:ascii="Noto Sans" w:hAnsi="Noto Sans" w:cs="Noto Sans Devanagari" w:eastAsia="Noto Sans Devanagari"/>
          <w:b w:val="0"/>
          <w:i w:val="0"/>
          <w:sz w:val="20"/>
        </w:rPr>
        <w:t>निवेदकको दस्तखत</w:t>
      </w:r>
    </w:p>
    <w:p>
      <w:pPr>
        <w:spacing w:after="62" w:line="259" w:lineRule="auto"/>
      </w:pPr>
      <w:r>
        <w:rPr>
          <w:rFonts w:ascii="Noto Sans" w:hAnsi="Noto Sans" w:cs="Noto Sans Devanagari" w:eastAsia="Noto Sans Devanagari"/>
          <w:b w:val="0"/>
          <w:i w:val="0"/>
          <w:sz w:val="20"/>
        </w:rPr>
        <w:t>मिति ....................................</w:t>
      </w:r>
    </w:p>
    <w:p>
      <w:pPr>
        <w:spacing w:after="62" w:line="259" w:lineRule="auto"/>
      </w:pPr>
      <w:r>
        <w:rPr>
          <w:rFonts w:ascii="Noto Sans" w:hAnsi="Noto Sans" w:cs="Noto Sans Devanagari" w:eastAsia="Noto Sans Devanagari"/>
          <w:b w:val="0"/>
          <w:i w:val="0"/>
          <w:sz w:val="20"/>
        </w:rPr>
        <w:t>उपर्युक्त निवेदन बमोजिम दैनिक होटल तथा खाना खर्च .................................... र मनोरन्जन</w:t>
      </w:r>
    </w:p>
    <w:p>
      <w:pPr>
        <w:spacing w:after="62" w:line="259" w:lineRule="auto"/>
      </w:pPr>
      <w:r>
        <w:rPr>
          <w:rFonts w:ascii="Noto Sans" w:hAnsi="Noto Sans" w:cs="Noto Sans Devanagari" w:eastAsia="Noto Sans Devanagari"/>
          <w:b w:val="0"/>
          <w:i w:val="0"/>
          <w:sz w:val="20"/>
        </w:rPr>
        <w:t>तथा भैपरि आउने खर्च ...................................... गरी जम्मा ........................................</w:t>
      </w:r>
    </w:p>
    <w:p>
      <w:pPr>
        <w:spacing w:after="62" w:line="259" w:lineRule="auto"/>
      </w:pPr>
      <w:r>
        <w:rPr>
          <w:rFonts w:ascii="Noto Sans" w:hAnsi="Noto Sans" w:cs="Noto Sans Devanagari" w:eastAsia="Noto Sans Devanagari"/>
          <w:b w:val="0"/>
          <w:i w:val="0"/>
          <w:sz w:val="20"/>
        </w:rPr>
        <w:t>नियमानुसार उपलव्ध गराइएको छ ।</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spacing w:after="62" w:line="259" w:lineRule="auto"/>
      </w:pPr>
      <w:r>
        <w:rPr>
          <w:rFonts w:ascii="Noto Sans" w:hAnsi="Noto Sans" w:cs="Noto Sans Devanagari" w:eastAsia="Noto Sans Devanagari"/>
          <w:b w:val="0"/>
          <w:i w:val="0"/>
          <w:sz w:val="20"/>
        </w:rPr>
        <w:t>अनुसूची ७.७</w:t>
      </w:r>
    </w:p>
    <w:p>
      <w:pPr>
        <w:spacing w:after="62" w:line="259" w:lineRule="auto"/>
      </w:pPr>
      <w:r>
        <w:rPr>
          <w:rFonts w:ascii="Noto Sans" w:hAnsi="Noto Sans" w:cs="Noto Sans Devanagari" w:eastAsia="Noto Sans Devanagari"/>
          <w:b w:val="0"/>
          <w:i w:val="0"/>
          <w:sz w:val="20"/>
        </w:rPr>
        <w:t>(इ.प्रा.परिपत्र संख्याः ७ को दफा ७ को ख(५) को प्रयोजनको लागि)</w:t>
      </w:r>
    </w:p>
    <w:p>
      <w:pPr>
        <w:spacing w:after="62" w:line="259" w:lineRule="auto"/>
      </w:pPr>
      <w:r>
        <w:rPr>
          <w:rFonts w:ascii="Noto Sans" w:hAnsi="Noto Sans" w:cs="Noto Sans Devanagari" w:eastAsia="Noto Sans Devanagari"/>
          <w:b w:val="0"/>
          <w:i w:val="0"/>
          <w:sz w:val="20"/>
        </w:rPr>
        <w:t>(बैंक तथा वित्तीय संस्थाको नाम)</w:t>
      </w:r>
    </w:p>
    <w:p>
      <w:pPr>
        <w:spacing w:after="62" w:line="259" w:lineRule="auto"/>
      </w:pPr>
      <w:r>
        <w:rPr>
          <w:rFonts w:ascii="Noto Sans" w:hAnsi="Noto Sans" w:cs="Noto Sans Devanagari" w:eastAsia="Noto Sans Devanagari"/>
          <w:b w:val="0"/>
          <w:i w:val="0"/>
          <w:sz w:val="20"/>
        </w:rPr>
        <w:t>(...............कार्यालय)</w:t>
      </w:r>
    </w:p>
    <w:p>
      <w:pPr>
        <w:spacing w:after="62" w:line="259" w:lineRule="auto"/>
      </w:pPr>
      <w:r>
        <w:rPr>
          <w:rFonts w:ascii="Noto Sans" w:hAnsi="Noto Sans" w:cs="Noto Sans Devanagari" w:eastAsia="Noto Sans Devanagari"/>
          <w:b w:val="0"/>
          <w:i w:val="0"/>
          <w:sz w:val="20"/>
        </w:rPr>
        <w:t>(ठेगाना....................)</w:t>
      </w:r>
    </w:p>
    <w:p>
      <w:pPr>
        <w:spacing w:after="62" w:line="259" w:lineRule="auto"/>
      </w:pPr>
      <w:r>
        <w:rPr>
          <w:rFonts w:ascii="Noto Sans" w:hAnsi="Noto Sans" w:cs="Noto Sans Devanagari" w:eastAsia="Noto Sans Devanagari"/>
          <w:b w:val="0"/>
          <w:i w:val="0"/>
          <w:sz w:val="20"/>
        </w:rPr>
        <w:t>श्री नेपाल राष्ट्र बैंक</w:t>
      </w:r>
    </w:p>
    <w:p>
      <w:pPr>
        <w:spacing w:after="62" w:line="259" w:lineRule="auto"/>
      </w:pPr>
      <w:r>
        <w:rPr>
          <w:rFonts w:ascii="Noto Sans" w:hAnsi="Noto Sans" w:cs="Noto Sans Devanagari" w:eastAsia="Noto Sans Devanagari"/>
          <w:b w:val="0"/>
          <w:i w:val="0"/>
          <w:sz w:val="20"/>
        </w:rPr>
        <w:t>विदेशी विनिमय व्यवस्थापन विभाग</w:t>
      </w:r>
    </w:p>
    <w:p>
      <w:pPr>
        <w:spacing w:after="62" w:line="259" w:lineRule="auto"/>
      </w:pPr>
      <w:r>
        <w:rPr>
          <w:rFonts w:ascii="Noto Sans" w:hAnsi="Noto Sans" w:cs="Noto Sans Devanagari" w:eastAsia="Noto Sans Devanagari"/>
          <w:b w:val="0"/>
          <w:i w:val="0"/>
          <w:sz w:val="20"/>
        </w:rPr>
        <w:t>बालुवाटार,काठमाण्डौ ।</w:t>
      </w:r>
    </w:p>
    <w:p>
      <w:pPr>
        <w:spacing w:after="62" w:line="259" w:lineRule="auto"/>
      </w:pPr>
      <w:r>
        <w:rPr>
          <w:rFonts w:ascii="Noto Sans" w:hAnsi="Noto Sans" w:cs="Noto Sans Devanagari" w:eastAsia="Noto Sans Devanagari"/>
          <w:b w:val="0"/>
          <w:i w:val="0"/>
          <w:sz w:val="20"/>
        </w:rPr>
        <w:t>महाशय,</w:t>
      </w:r>
    </w:p>
    <w:p>
      <w:pPr>
        <w:spacing w:after="62" w:line="259" w:lineRule="auto"/>
      </w:pPr>
      <w:r>
        <w:rPr>
          <w:rFonts w:ascii="Noto Sans" w:hAnsi="Noto Sans" w:cs="Noto Sans Devanagari" w:eastAsia="Noto Sans Devanagari"/>
          <w:b w:val="0"/>
          <w:i w:val="0"/>
          <w:sz w:val="20"/>
        </w:rPr>
        <w:t>त्यस बैंकको इ.प्रा.परिपत्र संख्याः ७ को दफा ७ को ख(५) मा रहेको व्यवस्था बमोजिम नेपाल समुद्रपार</w:t>
      </w:r>
    </w:p>
    <w:p>
      <w:pPr>
        <w:spacing w:after="62" w:line="259" w:lineRule="auto"/>
      </w:pPr>
      <w:r>
        <w:rPr>
          <w:rFonts w:ascii="Noto Sans" w:hAnsi="Noto Sans" w:cs="Noto Sans Devanagari" w:eastAsia="Noto Sans Devanagari"/>
          <w:b w:val="0"/>
          <w:i w:val="0"/>
          <w:sz w:val="20"/>
        </w:rPr>
        <w:t>निकासी पैठारी संघको सिफारिसमा सो संघसँग आवद्ध कम्पनी/फर्मलाई २०................ महिनामा देहाय बमोजिमको</w:t>
      </w:r>
    </w:p>
    <w:p>
      <w:pPr>
        <w:spacing w:after="62" w:line="259" w:lineRule="auto"/>
      </w:pPr>
      <w:r>
        <w:rPr>
          <w:rFonts w:ascii="Noto Sans" w:hAnsi="Noto Sans" w:cs="Noto Sans Devanagari" w:eastAsia="Noto Sans Devanagari"/>
          <w:b w:val="0"/>
          <w:i w:val="0"/>
          <w:sz w:val="20"/>
        </w:rPr>
        <w:t>सटही सुविधा उपलव्ध गराईएको व्यहोरा जानकारीको लागि अनुरोध छ ।</w:t>
      </w:r>
    </w:p>
    <w:p>
      <w:pPr>
        <w:spacing w:after="62" w:line="259" w:lineRule="auto"/>
      </w:pPr>
      <w:r>
        <w:rPr>
          <w:rFonts w:ascii="Noto Sans" w:hAnsi="Noto Sans" w:cs="Noto Sans Devanagari" w:eastAsia="Noto Sans Devanagari"/>
          <w:b w:val="0"/>
          <w:i w:val="0"/>
          <w:sz w:val="20"/>
        </w:rPr>
        <w:t>क्र.सं. कम्पनी/फर्मको नाम पाउने सुविधा उपयोग गर्ने पदाधिकारीको नाम उपयोग रकम</w:t>
      </w:r>
    </w:p>
    <w:p>
      <w:pPr>
        <w:spacing w:after="62" w:line="259" w:lineRule="auto"/>
      </w:pPr>
      <w:r>
        <w:rPr>
          <w:rFonts w:ascii="Noto Sans" w:hAnsi="Noto Sans" w:cs="Noto Sans Devanagari" w:eastAsia="Noto Sans Devanagari"/>
          <w:b w:val="0"/>
          <w:i w:val="0"/>
          <w:sz w:val="20"/>
        </w:rPr>
        <w:t>भवदीय,</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keepNext/>
        <w:spacing w:before="200" w:after="80"/>
        <w:pBdr>
          <w:bottom w:val="single" w:sz="12" w:space="2" w:color="2F5597"/>
        </w:pBdr>
      </w:pPr>
      <w:r>
        <w:rPr>
          <w:rFonts w:ascii="Noto Sans" w:hAnsi="Noto Sans" w:cs="Noto Sans Devanagari" w:eastAsia="Noto Sans Devanagari"/>
          <w:b/>
          <w:i w:val="0"/>
          <w:color w:val="2F5597"/>
          <w:sz w:val="24"/>
        </w:rPr>
        <w:t>Schedule 7.7</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7.7</w:t>
      </w:r>
    </w:p>
    <w:p>
      <w:pPr>
        <w:spacing w:after="70" w:line="259" w:lineRule="auto"/>
      </w:pPr>
      <w:r>
        <w:rPr>
          <w:rFonts w:ascii="Noto Sans" w:hAnsi="Noto Sans" w:cs="Noto Sans Devanagari" w:eastAsia="Noto Sans Devanagari"/>
          <w:b w:val="0"/>
          <w:i w:val="0"/>
          <w:color w:val="222222"/>
          <w:sz w:val="18"/>
        </w:rPr>
        <w:t>(For the purpose of Clause 7(b)(5) of F.E. Circular No. 7)</w:t>
      </w:r>
    </w:p>
    <w:p>
      <w:pPr>
        <w:spacing w:after="70" w:line="259" w:lineRule="auto"/>
      </w:pPr>
      <w:r>
        <w:rPr>
          <w:rFonts w:ascii="Noto Sans" w:hAnsi="Noto Sans" w:cs="Noto Sans Devanagari" w:eastAsia="Noto Sans Devanagari"/>
          <w:b w:val="0"/>
          <w:i w:val="0"/>
          <w:color w:val="222222"/>
          <w:sz w:val="18"/>
        </w:rPr>
        <w:t>(Name of Bank/Financial Institution)</w:t>
      </w:r>
    </w:p>
    <w:p>
      <w:pPr>
        <w:spacing w:after="70" w:line="259" w:lineRule="auto"/>
      </w:pPr>
      <w:r>
        <w:rPr>
          <w:rFonts w:ascii="Noto Sans" w:hAnsi="Noto Sans" w:cs="Noto Sans Devanagari" w:eastAsia="Noto Sans Devanagari"/>
          <w:b w:val="0"/>
          <w:i w:val="0"/>
          <w:color w:val="222222"/>
          <w:sz w:val="18"/>
        </w:rPr>
        <w:t>(............... Office)</w:t>
      </w:r>
    </w:p>
    <w:p>
      <w:pPr>
        <w:spacing w:after="70" w:line="259" w:lineRule="auto"/>
      </w:pPr>
      <w:r>
        <w:rPr>
          <w:rFonts w:ascii="Noto Sans" w:hAnsi="Noto Sans" w:cs="Noto Sans Devanagari" w:eastAsia="Noto Sans Devanagari"/>
          <w:b w:val="0"/>
          <w:i w:val="0"/>
          <w:color w:val="222222"/>
          <w:sz w:val="18"/>
        </w:rPr>
        <w:t>(Address ....................)</w:t>
      </w:r>
    </w:p>
    <w:p>
      <w:pPr>
        <w:spacing w:after="70" w:line="259" w:lineRule="auto"/>
      </w:pPr>
      <w:r>
        <w:rPr>
          <w:rFonts w:ascii="Noto Sans" w:hAnsi="Noto Sans" w:cs="Noto Sans Devanagari" w:eastAsia="Noto Sans Devanagari"/>
          <w:b w:val="0"/>
          <w:i w:val="0"/>
          <w:color w:val="222222"/>
          <w:sz w:val="18"/>
        </w:rPr>
        <w:t>To</w:t>
      </w:r>
    </w:p>
    <w:p>
      <w:pPr>
        <w:spacing w:after="70" w:line="259" w:lineRule="auto"/>
      </w:pPr>
      <w:r>
        <w:rPr>
          <w:rFonts w:ascii="Noto Sans" w:hAnsi="Noto Sans" w:cs="Noto Sans Devanagari" w:eastAsia="Noto Sans Devanagari"/>
          <w:b w:val="0"/>
          <w:i w:val="0"/>
          <w:color w:val="222222"/>
          <w:sz w:val="18"/>
        </w:rPr>
        <w:t>Nepal Rastra Bank</w:t>
      </w:r>
    </w:p>
    <w:p>
      <w:pPr>
        <w:spacing w:after="70" w:line="259" w:lineRule="auto"/>
      </w:pPr>
      <w:r>
        <w:rPr>
          <w:rFonts w:ascii="Noto Sans" w:hAnsi="Noto Sans" w:cs="Noto Sans Devanagari" w:eastAsia="Noto Sans Devanagari"/>
          <w:b w:val="0"/>
          <w:i w:val="0"/>
          <w:color w:val="222222"/>
          <w:sz w:val="18"/>
        </w:rPr>
        <w:t>Foreign Exchange Management Department</w:t>
      </w:r>
    </w:p>
    <w:p>
      <w:pPr>
        <w:spacing w:after="70" w:line="259" w:lineRule="auto"/>
      </w:pPr>
      <w:r>
        <w:rPr>
          <w:rFonts w:ascii="Noto Sans" w:hAnsi="Noto Sans" w:cs="Noto Sans Devanagari" w:eastAsia="Noto Sans Devanagari"/>
          <w:b w:val="0"/>
          <w:i w:val="0"/>
          <w:color w:val="222222"/>
          <w:sz w:val="18"/>
        </w:rPr>
        <w:t>Baluwatar, Kathmandu.</w:t>
      </w:r>
    </w:p>
    <w:p>
      <w:pPr>
        <w:spacing w:after="70" w:line="259" w:lineRule="auto"/>
      </w:pPr>
      <w:r>
        <w:rPr>
          <w:rFonts w:ascii="Noto Sans" w:hAnsi="Noto Sans" w:cs="Noto Sans Devanagari" w:eastAsia="Noto Sans Devanagari"/>
          <w:b w:val="0"/>
          <w:i w:val="0"/>
          <w:color w:val="222222"/>
          <w:sz w:val="18"/>
        </w:rPr>
        <w:t>Sir/Madam,</w:t>
      </w:r>
    </w:p>
    <w:p>
      <w:pPr>
        <w:spacing w:after="70" w:line="259" w:lineRule="auto"/>
      </w:pPr>
      <w:r>
        <w:rPr>
          <w:rFonts w:ascii="Noto Sans" w:hAnsi="Noto Sans" w:cs="Noto Sans Devanagari" w:eastAsia="Noto Sans Devanagari"/>
          <w:b w:val="0"/>
          <w:i w:val="0"/>
          <w:color w:val="222222"/>
          <w:sz w:val="18"/>
        </w:rPr>
        <w:t>Pursuant to the provision contained in Clause 7(b)(5) of F.E. Circular No. 7 of this Bank, we hereby inform you that, on the recommendation of the Nepal Overseas Export Import Association, the following exchange facility was provided during the month of 20............... to companies/firms affiliated with the Association.</w:t>
      </w:r>
    </w:p>
    <w:p>
      <w:pPr>
        <w:spacing w:after="70" w:line="259" w:lineRule="auto"/>
      </w:pPr>
      <w:r>
        <w:rPr>
          <w:rFonts w:ascii="Noto Sans" w:hAnsi="Noto Sans" w:cs="Noto Sans Devanagari" w:eastAsia="Noto Sans Devanagari"/>
          <w:b w:val="0"/>
          <w:i w:val="0"/>
          <w:color w:val="222222"/>
          <w:sz w:val="18"/>
        </w:rPr>
        <w:t>S.N. | Name of Company/Firm | Facility Available | Name of Official Utilising Facility | Amount Utilised</w:t>
      </w:r>
    </w:p>
    <w:p>
      <w:pPr>
        <w:spacing w:after="70" w:line="259" w:lineRule="auto"/>
      </w:pPr>
      <w:r>
        <w:rPr>
          <w:rFonts w:ascii="Noto Sans" w:hAnsi="Noto Sans" w:cs="Noto Sans Devanagari" w:eastAsia="Noto Sans Devanagari"/>
          <w:b w:val="0"/>
          <w:i w:val="0"/>
          <w:color w:val="222222"/>
          <w:sz w:val="18"/>
        </w:rPr>
        <w:t>Yours faithfully,</w:t>
      </w:r>
    </w:p>
    <w:p>
      <w:pPr>
        <w:spacing w:after="70" w:line="259" w:lineRule="auto"/>
      </w:pPr>
      <w:r>
        <w:rPr>
          <w:rFonts w:ascii="Noto Sans" w:hAnsi="Noto Sans" w:cs="Noto Sans Devanagari" w:eastAsia="Noto Sans Devanagari"/>
          <w:b w:val="0"/>
          <w:i w:val="0"/>
          <w:color w:val="222222"/>
          <w:sz w:val="18"/>
        </w:rPr>
        <w:t>Signature of Authorised Officer</w:t>
      </w:r>
    </w:p>
    <w:p>
      <w:pPr>
        <w:spacing w:after="70" w:line="259" w:lineRule="auto"/>
      </w:pPr>
      <w:r>
        <w:rPr>
          <w:rFonts w:ascii="Noto Sans" w:hAnsi="Noto Sans" w:cs="Noto Sans Devanagari" w:eastAsia="Noto Sans Devanagari"/>
          <w:b w:val="0"/>
          <w:i w:val="0"/>
          <w:color w:val="222222"/>
          <w:sz w:val="18"/>
        </w:rPr>
        <w:t>Name:</w:t>
      </w:r>
    </w:p>
    <w:p>
      <w:pPr>
        <w:spacing w:after="70" w:line="259" w:lineRule="auto"/>
      </w:pPr>
      <w:r>
        <w:rPr>
          <w:rFonts w:ascii="Noto Sans" w:hAnsi="Noto Sans" w:cs="Noto Sans Devanagari" w:eastAsia="Noto Sans Devanagari"/>
          <w:b w:val="0"/>
          <w:i w:val="0"/>
          <w:color w:val="222222"/>
          <w:sz w:val="18"/>
        </w:rPr>
        <w:t>Designation:</w:t>
      </w:r>
    </w:p>
    <w:p>
      <w:pPr>
        <w:spacing w:after="70" w:line="259" w:lineRule="auto"/>
      </w:pPr>
      <w:r>
        <w:rPr>
          <w:rFonts w:ascii="Noto Sans" w:hAnsi="Noto Sans" w:cs="Noto Sans Devanagari" w:eastAsia="Noto Sans Devanagari"/>
          <w:b w:val="0"/>
          <w:i w:val="0"/>
          <w:color w:val="222222"/>
          <w:sz w:val="18"/>
        </w:rPr>
        <w:t>Bank Seal:</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७.८</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७.८</w:t>
      </w:r>
    </w:p>
    <w:p>
      <w:pPr>
        <w:spacing w:after="62" w:line="259" w:lineRule="auto"/>
      </w:pPr>
      <w:r>
        <w:rPr>
          <w:rFonts w:ascii="Noto Sans" w:hAnsi="Noto Sans" w:cs="Noto Sans Devanagari" w:eastAsia="Noto Sans Devanagari"/>
          <w:b w:val="0"/>
          <w:i w:val="0"/>
          <w:sz w:val="20"/>
        </w:rPr>
        <w:t>बमोजिमको ढाँचामा यस विभागमा विवरण पेश गर्नु पर्नेछ ।</w:t>
      </w:r>
    </w:p>
    <w:p>
      <w:pPr>
        <w:spacing w:after="62" w:line="259" w:lineRule="auto"/>
        <w:ind w:left="115"/>
      </w:pPr>
      <w:r>
        <w:rPr>
          <w:rFonts w:ascii="Noto Sans" w:hAnsi="Noto Sans" w:cs="Noto Sans Devanagari" w:eastAsia="Noto Sans Devanagari"/>
          <w:b w:val="0"/>
          <w:i w:val="0"/>
          <w:sz w:val="20"/>
        </w:rPr>
        <w:t>६. वैदेशिक रोजगार व्यवसायीहरूलाई सटही सुविधा प्रदान गर्ने सम्बन्धी व्यवस्थाः</w:t>
      </w:r>
    </w:p>
    <w:p>
      <w:pPr>
        <w:spacing w:after="62" w:line="259" w:lineRule="auto"/>
      </w:pPr>
      <w:r>
        <w:rPr>
          <w:rFonts w:ascii="Noto Sans" w:hAnsi="Noto Sans" w:cs="Noto Sans Devanagari" w:eastAsia="Noto Sans Devanagari"/>
          <w:b w:val="0"/>
          <w:i w:val="0"/>
          <w:sz w:val="20"/>
        </w:rPr>
        <w:t>विधिवत दर्ता भई कार्य गर्न नेपाल सरकारको सम्बन्धित निकायबाट इजाजतपत्रप्राप्त गरेका वैदेशिक रोजगार</w:t>
      </w:r>
    </w:p>
    <w:p>
      <w:pPr>
        <w:spacing w:after="62" w:line="259" w:lineRule="auto"/>
      </w:pPr>
      <w:r>
        <w:rPr>
          <w:rFonts w:ascii="Noto Sans" w:hAnsi="Noto Sans" w:cs="Noto Sans Devanagari" w:eastAsia="Noto Sans Devanagari"/>
          <w:b w:val="0"/>
          <w:i w:val="0"/>
          <w:sz w:val="20"/>
        </w:rPr>
        <w:t>व्यवसायीहरूलाई भिसा शुल्क, कमिसन आदि भुक्तानी गर्नर् ेप्रयोजनको लागि आवश्यक पर्ने विदेशी मुद्राको</w:t>
      </w:r>
    </w:p>
    <w:p>
      <w:pPr>
        <w:spacing w:after="62" w:line="259" w:lineRule="auto"/>
      </w:pPr>
      <w:r>
        <w:rPr>
          <w:rFonts w:ascii="Noto Sans" w:hAnsi="Noto Sans" w:cs="Noto Sans Devanagari" w:eastAsia="Noto Sans Devanagari"/>
          <w:b w:val="0"/>
          <w:i w:val="0"/>
          <w:sz w:val="20"/>
        </w:rPr>
        <w:t>सटही सुविधा उपलव्ध गराउने सम्बन्धमा देहाय बमोजिमको व्यवस्था गरिएको छ ।</w:t>
      </w:r>
    </w:p>
    <w:p>
      <w:pPr>
        <w:spacing w:after="62" w:line="259" w:lineRule="auto"/>
        <w:ind w:left="115"/>
      </w:pPr>
      <w:r>
        <w:rPr>
          <w:rFonts w:ascii="Noto Sans" w:hAnsi="Noto Sans" w:cs="Noto Sans Devanagari" w:eastAsia="Noto Sans Devanagari"/>
          <w:b w:val="0"/>
          <w:i w:val="0"/>
          <w:sz w:val="20"/>
        </w:rPr>
        <w:t>(क) बैदेशिक रोजगार व्यवसायीहरूले वैदेशिक रोजगारीमा जाने नेपाली नागरिकको भिसा आफै मिलाई</w:t>
      </w:r>
    </w:p>
    <w:p>
      <w:pPr>
        <w:spacing w:after="62" w:line="259" w:lineRule="auto"/>
      </w:pPr>
      <w:r>
        <w:rPr>
          <w:rFonts w:ascii="Noto Sans" w:hAnsi="Noto Sans" w:cs="Noto Sans Devanagari" w:eastAsia="Noto Sans Devanagari"/>
          <w:b w:val="0"/>
          <w:i w:val="0"/>
          <w:sz w:val="20"/>
        </w:rPr>
        <w:t>दिने प्रयोजनको लागि आवश्यक पर्ने विदेशी मुद्राको लागि देहायको प्रकृया पूरा गरी सटही सुविधा</w:t>
      </w:r>
    </w:p>
    <w:p>
      <w:pPr>
        <w:spacing w:after="62" w:line="259" w:lineRule="auto"/>
      </w:pPr>
      <w:r>
        <w:rPr>
          <w:rFonts w:ascii="Noto Sans" w:hAnsi="Noto Sans" w:cs="Noto Sans Devanagari" w:eastAsia="Noto Sans Devanagari"/>
          <w:b w:val="0"/>
          <w:i w:val="0"/>
          <w:sz w:val="20"/>
        </w:rPr>
        <w:t>प्रदान गर्न सकिनेछ ः</w:t>
      </w:r>
    </w:p>
    <w:p>
      <w:pPr>
        <w:spacing w:after="62" w:line="259" w:lineRule="auto"/>
      </w:pPr>
      <w:r>
        <w:rPr>
          <w:rFonts w:ascii="Noto Sans" w:hAnsi="Noto Sans" w:cs="Noto Sans Devanagari" w:eastAsia="Noto Sans Devanagari"/>
          <w:b w:val="0"/>
          <w:i w:val="0"/>
          <w:sz w:val="20"/>
        </w:rPr>
        <w:t>(१) विदेशस्थित रोजगारदाता निकायमा रोजगारीमा पठाउन नेपाल सरकारको सम्बन्धित</w:t>
      </w:r>
    </w:p>
    <w:p>
      <w:pPr>
        <w:spacing w:after="62" w:line="259" w:lineRule="auto"/>
      </w:pPr>
      <w:r>
        <w:rPr>
          <w:rFonts w:ascii="Noto Sans" w:hAnsi="Noto Sans" w:cs="Noto Sans Devanagari" w:eastAsia="Noto Sans Devanagari"/>
          <w:b w:val="0"/>
          <w:i w:val="0"/>
          <w:sz w:val="20"/>
        </w:rPr>
        <w:t>निकायबाट स्वीकृति भएको आधिकारिक कागजातको प्रतिलिपि पेश गर्नु पर्नेछ ।</w:t>
      </w:r>
    </w:p>
    <w:p>
      <w:pPr>
        <w:spacing w:after="62" w:line="259" w:lineRule="auto"/>
      </w:pPr>
      <w:r>
        <w:rPr>
          <w:rFonts w:ascii="Noto Sans" w:hAnsi="Noto Sans" w:cs="Noto Sans Devanagari" w:eastAsia="Noto Sans Devanagari"/>
          <w:b w:val="0"/>
          <w:i w:val="0"/>
          <w:sz w:val="20"/>
        </w:rPr>
        <w:t>(२) वैदेशिक रोजगारमा जान नेपाल सरकारको सम्बन्धित निकायबाट स्वीकृति प्राप्त गरेका नेपाली</w:t>
      </w:r>
    </w:p>
    <w:p>
      <w:pPr>
        <w:spacing w:after="62" w:line="259" w:lineRule="auto"/>
      </w:pPr>
      <w:r>
        <w:rPr>
          <w:rFonts w:ascii="Noto Sans" w:hAnsi="Noto Sans" w:cs="Noto Sans Devanagari" w:eastAsia="Noto Sans Devanagari"/>
          <w:b w:val="0"/>
          <w:i w:val="0"/>
          <w:sz w:val="20"/>
        </w:rPr>
        <w:t>नागरिकको वैध राहदानीको प्रतिलिपि पेश गर्नु पर्नेछ ।</w:t>
      </w:r>
    </w:p>
    <w:p>
      <w:pPr>
        <w:spacing w:after="62" w:line="259" w:lineRule="auto"/>
      </w:pPr>
      <w:r>
        <w:rPr>
          <w:rFonts w:ascii="Noto Sans" w:hAnsi="Noto Sans" w:cs="Noto Sans Devanagari" w:eastAsia="Noto Sans Devanagari"/>
          <w:b w:val="0"/>
          <w:i w:val="0"/>
          <w:sz w:val="20"/>
        </w:rPr>
        <w:t>(३) विदेशस्थित रोजगारदाताबाट रोजगारी दिने सम्बन्धमा प्राप्त आधिकारिक कागजातको प्रतिलिपि</w:t>
      </w:r>
    </w:p>
    <w:p>
      <w:pPr>
        <w:spacing w:after="62" w:line="259" w:lineRule="auto"/>
      </w:pPr>
      <w:r>
        <w:rPr>
          <w:rFonts w:ascii="Noto Sans" w:hAnsi="Noto Sans" w:cs="Noto Sans Devanagari" w:eastAsia="Noto Sans Devanagari"/>
          <w:b w:val="0"/>
          <w:i w:val="0"/>
          <w:sz w:val="20"/>
        </w:rPr>
        <w:t>पेश गर्नु पर्नेछ ।</w:t>
      </w:r>
    </w:p>
    <w:p>
      <w:pPr>
        <w:spacing w:after="62" w:line="259" w:lineRule="auto"/>
      </w:pPr>
      <w:r>
        <w:rPr>
          <w:rFonts w:ascii="Noto Sans" w:hAnsi="Noto Sans" w:cs="Noto Sans Devanagari" w:eastAsia="Noto Sans Devanagari"/>
          <w:b w:val="0"/>
          <w:i w:val="0"/>
          <w:sz w:val="20"/>
        </w:rPr>
        <w:t>(४) यस व्यवस्था बमोजिम सटही सुविधा उपलव्ध गराउने विदेशी मुद्रा भिसा दस्तुर तिर्ने प्रयोजनको</w:t>
      </w:r>
    </w:p>
    <w:p>
      <w:pPr>
        <w:spacing w:after="62" w:line="259" w:lineRule="auto"/>
      </w:pPr>
      <w:r>
        <w:rPr>
          <w:rFonts w:ascii="Noto Sans" w:hAnsi="Noto Sans" w:cs="Noto Sans Devanagari" w:eastAsia="Noto Sans Devanagari"/>
          <w:b w:val="0"/>
          <w:i w:val="0"/>
          <w:sz w:val="20"/>
        </w:rPr>
        <w:t>लागि मात्र उपयोग हुने सुनिश्चित गर्नु पर्नेछ ।</w:t>
      </w:r>
    </w:p>
    <w:p>
      <w:pPr>
        <w:spacing w:after="62" w:line="259" w:lineRule="auto"/>
      </w:pPr>
      <w:r>
        <w:rPr>
          <w:rFonts w:ascii="Noto Sans" w:hAnsi="Noto Sans" w:cs="Noto Sans Devanagari" w:eastAsia="Noto Sans Devanagari"/>
          <w:b w:val="0"/>
          <w:i w:val="0"/>
          <w:sz w:val="20"/>
        </w:rPr>
        <w:t>(५) भिसा दस्तुर रकम सम्बन्धित मुलुकको भिसा प्रदान गर्ने आधिकारिक निकायको नाममा मात्र</w:t>
      </w:r>
    </w:p>
    <w:p>
      <w:pPr>
        <w:spacing w:after="62" w:line="259" w:lineRule="auto"/>
      </w:pPr>
      <w:r>
        <w:rPr>
          <w:rFonts w:ascii="Noto Sans" w:hAnsi="Noto Sans" w:cs="Noto Sans Devanagari" w:eastAsia="Noto Sans Devanagari"/>
          <w:b w:val="0"/>
          <w:i w:val="0"/>
          <w:sz w:val="20"/>
        </w:rPr>
        <w:t>उपलव्ध गराउनु पर्नेछ ।</w:t>
      </w:r>
    </w:p>
    <w:p>
      <w:pPr>
        <w:spacing w:after="62" w:line="259" w:lineRule="auto"/>
      </w:pPr>
      <w:r>
        <w:rPr>
          <w:rFonts w:ascii="Noto Sans" w:hAnsi="Noto Sans" w:cs="Noto Sans Devanagari" w:eastAsia="Noto Sans Devanagari"/>
          <w:b w:val="0"/>
          <w:i w:val="0"/>
          <w:sz w:val="20"/>
        </w:rPr>
        <w:t>(६) यस्तो रकम सम्बन्धित मुलुकले व्यवस्था गरेको वेवसाइट प्रयोग गरी इण्टरनेट मार्फत</w:t>
      </w:r>
    </w:p>
    <w:p>
      <w:pPr>
        <w:spacing w:after="62" w:line="259" w:lineRule="auto"/>
      </w:pPr>
      <w:r>
        <w:rPr>
          <w:rFonts w:ascii="Noto Sans" w:hAnsi="Noto Sans" w:cs="Noto Sans Devanagari" w:eastAsia="Noto Sans Devanagari"/>
          <w:b w:val="0"/>
          <w:i w:val="0"/>
          <w:sz w:val="20"/>
        </w:rPr>
        <w:t>इलेक्ट्रोनिक पेमेण्ट कार्ड प्रयोग गरेर समेत भुक्तानी गर्न सकिनेछ । यसरी गरिएको प्रत्येक</w:t>
      </w:r>
    </w:p>
    <w:p>
      <w:pPr>
        <w:spacing w:after="62" w:line="259" w:lineRule="auto"/>
      </w:pPr>
      <w:r>
        <w:rPr>
          <w:rFonts w:ascii="Noto Sans" w:hAnsi="Noto Sans" w:cs="Noto Sans Devanagari" w:eastAsia="Noto Sans Devanagari"/>
          <w:b w:val="0"/>
          <w:i w:val="0"/>
          <w:sz w:val="20"/>
        </w:rPr>
        <w:t>भुक्तानीको Receipt सो वेवसाइटबाट प्रिण्ट गरी अभिलेखको लागि सुरक्षित राख्नु पर्नेछ ।</w:t>
      </w:r>
    </w:p>
    <w:p>
      <w:pPr>
        <w:spacing w:after="62" w:line="259" w:lineRule="auto"/>
      </w:pPr>
      <w:r>
        <w:rPr>
          <w:rFonts w:ascii="Noto Sans" w:hAnsi="Noto Sans" w:cs="Noto Sans Devanagari" w:eastAsia="Noto Sans Devanagari"/>
          <w:b w:val="0"/>
          <w:i w:val="0"/>
          <w:sz w:val="20"/>
        </w:rPr>
        <w:t>(७) वेवसाइट मार्फत गरिने भुक्तानी वैदेशिक रोजगार व्यवसायी आफैले इन्टरनेट मार्फत गर्न</w:t>
      </w:r>
    </w:p>
    <w:p>
      <w:pPr>
        <w:spacing w:after="62" w:line="259" w:lineRule="auto"/>
      </w:pPr>
      <w:r>
        <w:rPr>
          <w:rFonts w:ascii="Noto Sans" w:hAnsi="Noto Sans" w:cs="Noto Sans Devanagari" w:eastAsia="Noto Sans Devanagari"/>
          <w:b w:val="0"/>
          <w:i w:val="0"/>
          <w:sz w:val="20"/>
        </w:rPr>
        <w:t>चाहेमा माथि खण्ड (१),(२) र (३) मा उल्लेख गरिएका कागजात र खण्ड (४),(५) र (६) मा</w:t>
      </w:r>
    </w:p>
    <w:p>
      <w:pPr>
        <w:spacing w:after="62" w:line="259" w:lineRule="auto"/>
      </w:pPr>
      <w:r>
        <w:rPr>
          <w:rFonts w:ascii="Noto Sans" w:hAnsi="Noto Sans" w:cs="Noto Sans Devanagari" w:eastAsia="Noto Sans Devanagari"/>
          <w:b w:val="0"/>
          <w:i w:val="0"/>
          <w:sz w:val="20"/>
        </w:rPr>
        <w:t>गरिएको व्यवस्था पालना हुनु पर्ने शर्तमा प्रति कामदार लाग्ने भिसा शुल्कको दरले हुने कुल</w:t>
      </w:r>
    </w:p>
    <w:p>
      <w:pPr>
        <w:spacing w:after="62" w:line="259" w:lineRule="auto"/>
      </w:pPr>
      <w:r>
        <w:rPr>
          <w:rFonts w:ascii="Noto Sans" w:hAnsi="Noto Sans" w:cs="Noto Sans Devanagari" w:eastAsia="Noto Sans Devanagari"/>
          <w:b w:val="0"/>
          <w:i w:val="0"/>
          <w:sz w:val="20"/>
        </w:rPr>
        <w:t>विदेशी मुद्राको सटही प्रदान गरी सोही सटही रकमको सीमा भित्र रही यस बैंकबाट जारी</w:t>
      </w:r>
    </w:p>
    <w:p>
      <w:pPr>
        <w:spacing w:after="62" w:line="259" w:lineRule="auto"/>
      </w:pPr>
      <w:r>
        <w:rPr>
          <w:rFonts w:ascii="Noto Sans" w:hAnsi="Noto Sans" w:cs="Noto Sans Devanagari" w:eastAsia="Noto Sans Devanagari"/>
          <w:b w:val="0"/>
          <w:i w:val="0"/>
          <w:sz w:val="20"/>
        </w:rPr>
        <w:t>एकीकृत परिपत्रको इ.प्रा.परिपत्र संख्याः १४ मा भएको व्यवस्था र आफ्नो आन्तरिक व्यवस्था</w:t>
      </w:r>
    </w:p>
    <w:p>
      <w:pPr>
        <w:spacing w:after="62" w:line="259" w:lineRule="auto"/>
      </w:pPr>
      <w:r>
        <w:rPr>
          <w:rFonts w:ascii="Noto Sans" w:hAnsi="Noto Sans" w:cs="Noto Sans Devanagari" w:eastAsia="Noto Sans Devanagari"/>
          <w:b w:val="0"/>
          <w:i w:val="0"/>
          <w:sz w:val="20"/>
        </w:rPr>
        <w:t>बमोजिम सम्बन्धित रोजगार व्यवसायीको संस्थागत नाममा विदेशी मुद्राको</w:t>
      </w:r>
    </w:p>
    <w:p>
      <w:pPr>
        <w:spacing w:after="62" w:line="259" w:lineRule="auto"/>
      </w:pPr>
      <w:r>
        <w:rPr>
          <w:rFonts w:ascii="Noto Sans" w:hAnsi="Noto Sans" w:cs="Noto Sans Devanagari" w:eastAsia="Noto Sans Devanagari"/>
          <w:b w:val="0"/>
          <w:i w:val="0"/>
          <w:sz w:val="20"/>
        </w:rPr>
        <w:t>क्रेडिट/डेविट/प्रिपेड कार्ड जारी गर्न सकिनेछ ।</w:t>
      </w:r>
    </w:p>
    <w:p>
      <w:pPr>
        <w:spacing w:after="62" w:line="259" w:lineRule="auto"/>
        <w:ind w:left="115"/>
      </w:pPr>
      <w:r>
        <w:rPr>
          <w:rFonts w:ascii="Noto Sans" w:hAnsi="Noto Sans" w:cs="Noto Sans Devanagari" w:eastAsia="Noto Sans Devanagari"/>
          <w:b w:val="0"/>
          <w:i w:val="0"/>
          <w:sz w:val="20"/>
        </w:rPr>
        <w:t>(ख) वैदेशिक रोजगार व्यवसायीले नेपाली नागरिकलाई विदेशमा रोजगारको अवसर दिलाए बापत विदेशी</w:t>
      </w:r>
    </w:p>
    <w:p>
      <w:pPr>
        <w:spacing w:after="62" w:line="259" w:lineRule="auto"/>
      </w:pPr>
      <w:r>
        <w:rPr>
          <w:rFonts w:ascii="Noto Sans" w:hAnsi="Noto Sans" w:cs="Noto Sans Devanagari" w:eastAsia="Noto Sans Devanagari"/>
          <w:b w:val="0"/>
          <w:i w:val="0"/>
          <w:sz w:val="20"/>
        </w:rPr>
        <w:t>पक्षलाई कुनै कमिसन, शुल्क आदि तिर्नु पर्ने भएमा सो प्रयोजनको लागि आवश्यक पर्ने विदेशी मुद्राको</w:t>
      </w:r>
    </w:p>
    <w:p>
      <w:pPr>
        <w:spacing w:after="62" w:line="259" w:lineRule="auto"/>
      </w:pPr>
      <w:r>
        <w:rPr>
          <w:rFonts w:ascii="Noto Sans" w:hAnsi="Noto Sans" w:cs="Noto Sans Devanagari" w:eastAsia="Noto Sans Devanagari"/>
          <w:b w:val="0"/>
          <w:i w:val="0"/>
          <w:sz w:val="20"/>
        </w:rPr>
        <w:t>सटही सुविधा देहायका प्रकृया पूरा गरी प्रदान गर्न सकिनेछ ः–</w:t>
      </w:r>
    </w:p>
    <w:p>
      <w:pPr>
        <w:spacing w:after="62" w:line="259" w:lineRule="auto"/>
      </w:pPr>
      <w:r>
        <w:rPr>
          <w:rFonts w:ascii="Noto Sans" w:hAnsi="Noto Sans" w:cs="Noto Sans Devanagari" w:eastAsia="Noto Sans Devanagari"/>
          <w:b w:val="0"/>
          <w:i w:val="0"/>
          <w:sz w:val="20"/>
        </w:rPr>
        <w:t>(१) यस्तो शुल्क लिने दिने सम्बन्धमा दुई पक्ष बीच आधिकारिक सम्झौता वा लिखत भई सो</w:t>
      </w:r>
    </w:p>
    <w:p>
      <w:pPr>
        <w:spacing w:after="62" w:line="259" w:lineRule="auto"/>
      </w:pPr>
      <w:r>
        <w:rPr>
          <w:rFonts w:ascii="Noto Sans" w:hAnsi="Noto Sans" w:cs="Noto Sans Devanagari" w:eastAsia="Noto Sans Devanagari"/>
          <w:b w:val="0"/>
          <w:i w:val="0"/>
          <w:sz w:val="20"/>
        </w:rPr>
        <w:t>लिखतलाई नेपाल सरकारको सम्बन्धित निकायबाट स्वीकृति प्रदान गरिएको हुनुपर्ने छ ।</w:t>
      </w:r>
    </w:p>
    <w:p>
      <w:pPr>
        <w:spacing w:after="62" w:line="259" w:lineRule="auto"/>
      </w:pPr>
      <w:r>
        <w:rPr>
          <w:rFonts w:ascii="Noto Sans" w:hAnsi="Noto Sans" w:cs="Noto Sans Devanagari" w:eastAsia="Noto Sans Devanagari"/>
          <w:b w:val="0"/>
          <w:i w:val="0"/>
          <w:sz w:val="20"/>
        </w:rPr>
        <w:t>(२) सम्झौता गर्ने विदेशी पक्षले विदेशस्थित रोजगारदाता पक्षले यस्तो कार्य गर्न अनुमति प्रदान</w:t>
      </w:r>
    </w:p>
    <w:p>
      <w:pPr>
        <w:spacing w:after="62" w:line="259" w:lineRule="auto"/>
      </w:pPr>
      <w:r>
        <w:rPr>
          <w:rFonts w:ascii="Noto Sans" w:hAnsi="Noto Sans" w:cs="Noto Sans Devanagari" w:eastAsia="Noto Sans Devanagari"/>
          <w:b w:val="0"/>
          <w:i w:val="0"/>
          <w:sz w:val="20"/>
        </w:rPr>
        <w:t>गरेको पुष्टि हुने कागजात लिनु पर्नेछ । साथै, यस्तो पक्ष व्यक्ति विशेष भएमा सो व्यक्तिको</w:t>
      </w:r>
    </w:p>
    <w:p>
      <w:pPr>
        <w:spacing w:after="62" w:line="259" w:lineRule="auto"/>
      </w:pPr>
      <w:r>
        <w:rPr>
          <w:rFonts w:ascii="Noto Sans" w:hAnsi="Noto Sans" w:cs="Noto Sans Devanagari" w:eastAsia="Noto Sans Devanagari"/>
          <w:b w:val="0"/>
          <w:i w:val="0"/>
          <w:sz w:val="20"/>
        </w:rPr>
        <w:t>नाममा भुक्तानी पठाउन समेत नेपाल सरकारको सम्बन्धित निकायबाट स्वीकृति प्राप्त व्यक्ति</w:t>
      </w:r>
    </w:p>
    <w:p>
      <w:pPr>
        <w:spacing w:after="62" w:line="259" w:lineRule="auto"/>
      </w:pPr>
      <w:r>
        <w:rPr>
          <w:rFonts w:ascii="Noto Sans" w:hAnsi="Noto Sans" w:cs="Noto Sans Devanagari" w:eastAsia="Noto Sans Devanagari"/>
          <w:b w:val="0"/>
          <w:i w:val="0"/>
          <w:sz w:val="20"/>
        </w:rPr>
        <w:t>हुनु पर्नेछ । तर, प्राकृतिक व्यक्ति वेनेफिसियरी हुने गरी यस्तो भुक्तानी गर्न पाइने छैन ।</w:t>
      </w:r>
    </w:p>
    <w:p>
      <w:pPr>
        <w:spacing w:after="62" w:line="259" w:lineRule="auto"/>
      </w:pPr>
      <w:r>
        <w:rPr>
          <w:rFonts w:ascii="Noto Sans" w:hAnsi="Noto Sans" w:cs="Noto Sans Devanagari" w:eastAsia="Noto Sans Devanagari"/>
          <w:b w:val="0"/>
          <w:i w:val="0"/>
          <w:sz w:val="20"/>
        </w:rPr>
        <w:t>(३) यस्तो प्रयोजनको लागि उपलव्ध गराइने सटही सुविधा बैंकिङ उपकरणको माध्यमबाट मात्र</w:t>
      </w:r>
    </w:p>
    <w:p>
      <w:pPr>
        <w:spacing w:after="62" w:line="259" w:lineRule="auto"/>
      </w:pPr>
      <w:r>
        <w:rPr>
          <w:rFonts w:ascii="Noto Sans" w:hAnsi="Noto Sans" w:cs="Noto Sans Devanagari" w:eastAsia="Noto Sans Devanagari"/>
          <w:b w:val="0"/>
          <w:i w:val="0"/>
          <w:sz w:val="20"/>
        </w:rPr>
        <w:t>उपलव्ध गराउनु पर्नेछ ।</w:t>
      </w:r>
    </w:p>
    <w:p>
      <w:pPr>
        <w:spacing w:after="62" w:line="259" w:lineRule="auto"/>
      </w:pPr>
      <w:r>
        <w:rPr>
          <w:rFonts w:ascii="Noto Sans" w:hAnsi="Noto Sans" w:cs="Noto Sans Devanagari" w:eastAsia="Noto Sans Devanagari"/>
          <w:b w:val="0"/>
          <w:i w:val="0"/>
          <w:sz w:val="20"/>
        </w:rPr>
        <w:t>(४) यस्तो भुक्तानीमा प्रचलित व्यवस्था अनुसार लाग्ने कर शुल्क आदि राजस्व दाखिला गरेको</w:t>
      </w:r>
    </w:p>
    <w:p>
      <w:pPr>
        <w:spacing w:after="62" w:line="259" w:lineRule="auto"/>
      </w:pPr>
      <w:r>
        <w:rPr>
          <w:rFonts w:ascii="Noto Sans" w:hAnsi="Noto Sans" w:cs="Noto Sans Devanagari" w:eastAsia="Noto Sans Devanagari"/>
          <w:b w:val="0"/>
          <w:i w:val="0"/>
          <w:sz w:val="20"/>
        </w:rPr>
        <w:t>प्रमाण लिनु पर्नेछ ।</w:t>
      </w:r>
    </w:p>
    <w:p>
      <w:pPr>
        <w:spacing w:after="62" w:line="259" w:lineRule="auto"/>
        <w:ind w:left="115"/>
      </w:pPr>
      <w:r>
        <w:rPr>
          <w:rFonts w:ascii="Noto Sans" w:hAnsi="Noto Sans" w:cs="Noto Sans Devanagari" w:eastAsia="Noto Sans Devanagari"/>
          <w:b w:val="0"/>
          <w:i w:val="0"/>
          <w:sz w:val="20"/>
        </w:rPr>
        <w:t>(ग) वैदेशिक रोजगार व्यवसायीले विदेशी मुद्रामा भएको आर्जनको आधारमा विदेशी मुद्रा खाता खोल्न सक्ने</w:t>
      </w:r>
    </w:p>
    <w:p>
      <w:pPr>
        <w:spacing w:after="62" w:line="259" w:lineRule="auto"/>
      </w:pPr>
      <w:r>
        <w:rPr>
          <w:rFonts w:ascii="Noto Sans" w:hAnsi="Noto Sans" w:cs="Noto Sans Devanagari" w:eastAsia="Noto Sans Devanagari"/>
          <w:b w:val="0"/>
          <w:i w:val="0"/>
          <w:sz w:val="20"/>
        </w:rPr>
        <w:t>हुंदा सम्बन्धित व्यवसायीको विदेशी मुद्रा खाता खर्च हुने गरी समेत माथि दफा ७ खण्ड (क) र दफा</w:t>
      </w:r>
    </w:p>
    <w:p>
      <w:pPr>
        <w:spacing w:after="62" w:line="259" w:lineRule="auto"/>
      </w:pPr>
      <w:r>
        <w:rPr>
          <w:rFonts w:ascii="Noto Sans" w:hAnsi="Noto Sans" w:cs="Noto Sans Devanagari" w:eastAsia="Noto Sans Devanagari"/>
          <w:b w:val="0"/>
          <w:i w:val="0"/>
          <w:sz w:val="20"/>
        </w:rPr>
        <w:t>७ खण्ड (ख) मा उल्लिखित प्रकृया पूरा गरी विदेशी मुद्रा भुक्तानी गर्न सकिनेछ ।</w:t>
      </w:r>
    </w:p>
    <w:p>
      <w:pPr>
        <w:spacing w:after="62" w:line="259" w:lineRule="auto"/>
        <w:ind w:left="115"/>
      </w:pPr>
      <w:r>
        <w:rPr>
          <w:rFonts w:ascii="Noto Sans" w:hAnsi="Noto Sans" w:cs="Noto Sans Devanagari" w:eastAsia="Noto Sans Devanagari"/>
          <w:b w:val="0"/>
          <w:i w:val="0"/>
          <w:sz w:val="20"/>
        </w:rPr>
        <w:t>७. नेपाल समुद्रपार निकासी पैठारी संघमा आवद्ध कम्पनी/फर्मलाई सटही सुविधा प्रदान गर्ने सम्बन्धी व्यवस्था</w:t>
      </w:r>
    </w:p>
    <w:p>
      <w:pPr>
        <w:spacing w:after="62" w:line="259" w:lineRule="auto"/>
      </w:pPr>
      <w:r>
        <w:rPr>
          <w:rFonts w:ascii="Noto Sans" w:hAnsi="Noto Sans" w:cs="Noto Sans Devanagari" w:eastAsia="Noto Sans Devanagari"/>
          <w:b w:val="0"/>
          <w:i w:val="0"/>
          <w:sz w:val="20"/>
        </w:rPr>
        <w:t>नेपाल समुद्रपार निकासी पैठारी संघले देहायमा उल्लिखित व्यवस्था तथा शर्त अनुसार सिफारिस गरेमा सो</w:t>
      </w:r>
    </w:p>
    <w:p>
      <w:pPr>
        <w:spacing w:after="62" w:line="259" w:lineRule="auto"/>
      </w:pPr>
      <w:r>
        <w:rPr>
          <w:rFonts w:ascii="Noto Sans" w:hAnsi="Noto Sans" w:cs="Noto Sans Devanagari" w:eastAsia="Noto Sans Devanagari"/>
          <w:b w:val="0"/>
          <w:i w:val="0"/>
          <w:sz w:val="20"/>
        </w:rPr>
        <w:t>संघसँग आवद्ध कम्पनी/फर्मको तर्फबाट व्यवसायिक भ्रमणमा विदेश जाने पदाधिकारीलाई देहाय बमोजिमको</w:t>
      </w:r>
    </w:p>
    <w:p>
      <w:pPr>
        <w:spacing w:after="62" w:line="259" w:lineRule="auto"/>
      </w:pPr>
      <w:r>
        <w:rPr>
          <w:rFonts w:ascii="Noto Sans" w:hAnsi="Noto Sans" w:cs="Noto Sans Devanagari" w:eastAsia="Noto Sans Devanagari"/>
          <w:b w:val="0"/>
          <w:i w:val="0"/>
          <w:sz w:val="20"/>
        </w:rPr>
        <w:t>सटही सुविधा उपलव्ध गराउन सकिने छ ।</w:t>
      </w:r>
    </w:p>
    <w:p>
      <w:pPr>
        <w:spacing w:after="62" w:line="259" w:lineRule="auto"/>
        <w:ind w:left="115"/>
      </w:pPr>
      <w:r>
        <w:rPr>
          <w:rFonts w:ascii="Noto Sans" w:hAnsi="Noto Sans" w:cs="Noto Sans Devanagari" w:eastAsia="Noto Sans Devanagari"/>
          <w:b w:val="0"/>
          <w:i w:val="0"/>
          <w:sz w:val="20"/>
        </w:rPr>
        <w:t>(क) सटही सुविधाको लागि संघबाट देहाय बमोजिमको विवरण खुलाई सिफारिस गर्नु पर्ने ।</w:t>
      </w:r>
    </w:p>
    <w:p>
      <w:pPr>
        <w:spacing w:after="62" w:line="259" w:lineRule="auto"/>
      </w:pPr>
      <w:r>
        <w:rPr>
          <w:rFonts w:ascii="Noto Sans" w:hAnsi="Noto Sans" w:cs="Noto Sans Devanagari" w:eastAsia="Noto Sans Devanagari"/>
          <w:b w:val="0"/>
          <w:i w:val="0"/>
          <w:sz w:val="20"/>
        </w:rPr>
        <w:t>(१) सटही सुविधा माग गरेको वा सो भन्दा अघिल्लो आर्थिक वर्षमा घटीमा क्रमशः रु.१० लाख, रु.५</w:t>
      </w:r>
    </w:p>
    <w:p>
      <w:pPr>
        <w:spacing w:after="62" w:line="259" w:lineRule="auto"/>
      </w:pPr>
      <w:r>
        <w:rPr>
          <w:rFonts w:ascii="Noto Sans" w:hAnsi="Noto Sans" w:cs="Noto Sans Devanagari" w:eastAsia="Noto Sans Devanagari"/>
          <w:b w:val="0"/>
          <w:i w:val="0"/>
          <w:sz w:val="20"/>
        </w:rPr>
        <w:t>लाख र रु.२ लाख ५० हजार आयकर तिरेका संघसँग आवद्ध कम्पनी/फर्मलाई क्रमशः “क”, “ख”</w:t>
      </w:r>
    </w:p>
    <w:p>
      <w:pPr>
        <w:spacing w:after="62" w:line="259" w:lineRule="auto"/>
      </w:pPr>
      <w:r>
        <w:rPr>
          <w:rFonts w:ascii="Noto Sans" w:hAnsi="Noto Sans" w:cs="Noto Sans Devanagari" w:eastAsia="Noto Sans Devanagari"/>
          <w:b w:val="0"/>
          <w:i w:val="0"/>
          <w:sz w:val="20"/>
        </w:rPr>
        <w:t>र “ग” वर्गमा वर्गीकृत गर्नु पर्ने ।</w:t>
      </w:r>
    </w:p>
    <w:p>
      <w:pPr>
        <w:spacing w:after="62" w:line="259" w:lineRule="auto"/>
      </w:pPr>
      <w:r>
        <w:rPr>
          <w:rFonts w:ascii="Noto Sans" w:hAnsi="Noto Sans" w:cs="Noto Sans Devanagari" w:eastAsia="Noto Sans Devanagari"/>
          <w:b w:val="0"/>
          <w:i w:val="0"/>
          <w:sz w:val="20"/>
        </w:rPr>
        <w:t>(२) संघसँग आवद्ध कम्पनी/फर्मको लागि वर्गीकरण अनुसार “क” वर्गको लागि १ जनाले मात्र पाउने</w:t>
      </w:r>
    </w:p>
    <w:p>
      <w:pPr>
        <w:spacing w:after="62" w:line="259" w:lineRule="auto"/>
      </w:pPr>
      <w:r>
        <w:rPr>
          <w:rFonts w:ascii="Noto Sans" w:hAnsi="Noto Sans" w:cs="Noto Sans Devanagari" w:eastAsia="Noto Sans Devanagari"/>
          <w:b w:val="0"/>
          <w:i w:val="0"/>
          <w:sz w:val="20"/>
        </w:rPr>
        <w:t>गरी बढीमा अमेरिकी डलर १०,०००।– “ख” वर्गको लागि १ जनाले मात्र पाउने गरी बढीमा अमेरिकी</w:t>
      </w:r>
    </w:p>
    <w:p>
      <w:pPr>
        <w:spacing w:after="62" w:line="259" w:lineRule="auto"/>
      </w:pPr>
      <w:r>
        <w:rPr>
          <w:rFonts w:ascii="Noto Sans" w:hAnsi="Noto Sans" w:cs="Noto Sans Devanagari" w:eastAsia="Noto Sans Devanagari"/>
          <w:b w:val="0"/>
          <w:i w:val="0"/>
          <w:sz w:val="20"/>
        </w:rPr>
        <w:t>डलर ७,०००।– र “ग” वर्गको लागि १ जनाले मात्र पाउने गरी बढीमा ५,०००।– अमेरिकी</w:t>
      </w:r>
    </w:p>
    <w:p>
      <w:pPr>
        <w:spacing w:after="62" w:line="259" w:lineRule="auto"/>
      </w:pPr>
      <w:r>
        <w:rPr>
          <w:rFonts w:ascii="Noto Sans" w:hAnsi="Noto Sans" w:cs="Noto Sans Devanagari" w:eastAsia="Noto Sans Devanagari"/>
          <w:b w:val="0"/>
          <w:i w:val="0"/>
          <w:sz w:val="20"/>
        </w:rPr>
        <w:t>डलरसम्मको सीमा भित्र रही सिफारिस गर्नु पर्ने ।</w:t>
      </w:r>
    </w:p>
    <w:p>
      <w:pPr>
        <w:spacing w:after="62" w:line="259" w:lineRule="auto"/>
      </w:pPr>
      <w:r>
        <w:rPr>
          <w:rFonts w:ascii="Noto Sans" w:hAnsi="Noto Sans" w:cs="Noto Sans Devanagari" w:eastAsia="Noto Sans Devanagari"/>
          <w:b w:val="0"/>
          <w:i w:val="0"/>
          <w:sz w:val="20"/>
        </w:rPr>
        <w:t>(३) सम्बन्धित फर्म/कम्पनीले तिरेको “आयकर रकम र आर्थिक वर्ष” उल्लेख गर्नु पर्ने ।</w:t>
      </w:r>
    </w:p>
    <w:p>
      <w:pPr>
        <w:spacing w:after="62" w:line="259" w:lineRule="auto"/>
      </w:pPr>
      <w:r>
        <w:rPr>
          <w:rFonts w:ascii="Noto Sans" w:hAnsi="Noto Sans" w:cs="Noto Sans Devanagari" w:eastAsia="Noto Sans Devanagari"/>
          <w:b w:val="0"/>
          <w:i w:val="0"/>
          <w:sz w:val="20"/>
        </w:rPr>
        <w:t>(४) आवद्व कम्पनी/फर्मको तर्फबाट देहायका पदाधिकारीहरूले मात्र सटही सुविधा उपभोग गर्न सक्ने</w:t>
      </w:r>
    </w:p>
    <w:p>
      <w:pPr>
        <w:spacing w:after="62" w:line="259" w:lineRule="auto"/>
      </w:pPr>
      <w:r>
        <w:rPr>
          <w:rFonts w:ascii="Noto Sans" w:hAnsi="Noto Sans" w:cs="Noto Sans Devanagari" w:eastAsia="Noto Sans Devanagari"/>
          <w:b w:val="0"/>
          <w:i w:val="0"/>
          <w:sz w:val="20"/>
        </w:rPr>
        <w:t>गरी पदाधिकारीको नाम, सटही स्वीकृति लिने बैंक/वित्तीय संस्थाको नाम उल्लेख गर्नु पर्ने ः</w:t>
      </w:r>
    </w:p>
    <w:p>
      <w:pPr>
        <w:spacing w:after="62" w:line="259" w:lineRule="auto"/>
        <w:ind w:left="115"/>
      </w:pPr>
      <w:r>
        <w:rPr>
          <w:rFonts w:ascii="Noto Sans" w:hAnsi="Noto Sans" w:cs="Noto Sans Devanagari" w:eastAsia="Noto Sans Devanagari"/>
          <w:b w:val="0"/>
          <w:i w:val="0"/>
          <w:sz w:val="20"/>
        </w:rPr>
        <w:t>(अ) फर्मको हकमा प्रोप्राइटर,</w:t>
      </w:r>
    </w:p>
    <w:p>
      <w:pPr>
        <w:spacing w:after="62" w:line="259" w:lineRule="auto"/>
        <w:ind w:left="115"/>
      </w:pPr>
      <w:r>
        <w:rPr>
          <w:rFonts w:ascii="Noto Sans" w:hAnsi="Noto Sans" w:cs="Noto Sans Devanagari" w:eastAsia="Noto Sans Devanagari"/>
          <w:b w:val="0"/>
          <w:i w:val="0"/>
          <w:sz w:val="20"/>
        </w:rPr>
        <w:t>(आ) साझेदारी फर्मको हकमा साझेदार,</w:t>
      </w:r>
    </w:p>
    <w:p>
      <w:pPr>
        <w:spacing w:after="62" w:line="259" w:lineRule="auto"/>
        <w:ind w:left="115"/>
      </w:pPr>
      <w:r>
        <w:rPr>
          <w:rFonts w:ascii="Noto Sans" w:hAnsi="Noto Sans" w:cs="Noto Sans Devanagari" w:eastAsia="Noto Sans Devanagari"/>
          <w:b w:val="0"/>
          <w:i w:val="0"/>
          <w:sz w:val="20"/>
        </w:rPr>
        <w:t>(इ) कम्पनीको हकमा संचालक/प्रवन्ध संचालक,</w:t>
      </w:r>
    </w:p>
    <w:p>
      <w:pPr>
        <w:spacing w:after="62" w:line="259" w:lineRule="auto"/>
      </w:pPr>
      <w:r>
        <w:rPr>
          <w:rFonts w:ascii="Noto Sans" w:hAnsi="Noto Sans" w:cs="Noto Sans Devanagari" w:eastAsia="Noto Sans Devanagari"/>
          <w:b w:val="0"/>
          <w:i w:val="0"/>
          <w:sz w:val="20"/>
        </w:rPr>
        <w:t>(५) सम्बन्धित फर्म/कम्पनीको दर्ता, आयकर दर्ता र कर तिरेको वा करको विवरण पेश गरेको</w:t>
      </w:r>
    </w:p>
    <w:p>
      <w:pPr>
        <w:spacing w:after="62" w:line="259" w:lineRule="auto"/>
      </w:pPr>
      <w:r>
        <w:rPr>
          <w:rFonts w:ascii="Noto Sans" w:hAnsi="Noto Sans" w:cs="Noto Sans Devanagari" w:eastAsia="Noto Sans Devanagari"/>
          <w:b w:val="0"/>
          <w:i w:val="0"/>
          <w:sz w:val="20"/>
        </w:rPr>
        <w:t>प्रमाण/प्रतिलिपि लिनु पर्ने ।</w:t>
      </w:r>
    </w:p>
    <w:p>
      <w:pPr>
        <w:spacing w:after="62" w:line="259" w:lineRule="auto"/>
      </w:pPr>
      <w:r>
        <w:rPr>
          <w:rFonts w:ascii="Noto Sans" w:hAnsi="Noto Sans" w:cs="Noto Sans Devanagari" w:eastAsia="Noto Sans Devanagari"/>
          <w:b w:val="0"/>
          <w:i w:val="0"/>
          <w:sz w:val="20"/>
        </w:rPr>
        <w:t>(६) आवद्ध फर्म/कम्पनीको वर्गीकरण, सटही सुविधा लगायत सम्पूर्ण अभिलेख र सो को आधारमा गरिने</w:t>
      </w:r>
    </w:p>
    <w:p>
      <w:pPr>
        <w:spacing w:after="62" w:line="259" w:lineRule="auto"/>
      </w:pPr>
      <w:r>
        <w:rPr>
          <w:rFonts w:ascii="Noto Sans" w:hAnsi="Noto Sans" w:cs="Noto Sans Devanagari" w:eastAsia="Noto Sans Devanagari"/>
          <w:b w:val="0"/>
          <w:i w:val="0"/>
          <w:sz w:val="20"/>
        </w:rPr>
        <w:t>सटही सुविधा सिफारिस सम्बन्धी सम्पूर्ण जिम्मेवारी संघको हुने व्यहोरा सिफारिसमा उल्लेख गर्नु</w:t>
      </w:r>
    </w:p>
    <w:p>
      <w:pPr>
        <w:spacing w:after="62" w:line="259" w:lineRule="auto"/>
      </w:pPr>
      <w:r>
        <w:rPr>
          <w:rFonts w:ascii="Noto Sans" w:hAnsi="Noto Sans" w:cs="Noto Sans Devanagari" w:eastAsia="Noto Sans Devanagari"/>
          <w:b w:val="0"/>
          <w:i w:val="0"/>
          <w:sz w:val="20"/>
        </w:rPr>
        <w:t>पर्ने ।</w:t>
      </w:r>
    </w:p>
    <w:p>
      <w:pPr>
        <w:spacing w:after="62" w:line="259" w:lineRule="auto"/>
        <w:ind w:left="115"/>
      </w:pPr>
      <w:r>
        <w:rPr>
          <w:rFonts w:ascii="Noto Sans" w:hAnsi="Noto Sans" w:cs="Noto Sans Devanagari" w:eastAsia="Noto Sans Devanagari"/>
          <w:b w:val="0"/>
          <w:i w:val="0"/>
          <w:sz w:val="20"/>
        </w:rPr>
        <w:t>(ख) माथि खण्ड (क) मा उल्लिखित विवरण सहित संघबाट प्राप्त सिफारिसको आधारमा बैंक तथा वित्तीय</w:t>
      </w:r>
    </w:p>
    <w:p>
      <w:pPr>
        <w:spacing w:after="62" w:line="259" w:lineRule="auto"/>
      </w:pPr>
      <w:r>
        <w:rPr>
          <w:rFonts w:ascii="Noto Sans" w:hAnsi="Noto Sans" w:cs="Noto Sans Devanagari" w:eastAsia="Noto Sans Devanagari"/>
          <w:b w:val="0"/>
          <w:i w:val="0"/>
          <w:sz w:val="20"/>
        </w:rPr>
        <w:t>संस्थाले देहाय बमोजिम सटही सुविधा प्रदान गर्नु पर्ने ।</w:t>
      </w:r>
    </w:p>
    <w:p>
      <w:pPr>
        <w:spacing w:after="62" w:line="259" w:lineRule="auto"/>
      </w:pPr>
      <w:r>
        <w:rPr>
          <w:rFonts w:ascii="Noto Sans" w:hAnsi="Noto Sans" w:cs="Noto Sans Devanagari" w:eastAsia="Noto Sans Devanagari"/>
          <w:b w:val="0"/>
          <w:i w:val="0"/>
          <w:sz w:val="20"/>
        </w:rPr>
        <w:t>(१) “क”, “ख” र “ग” वर्गमा परेका फर्म/कम्पनीलाई एक आर्थिक वर्षमा अधिकतम क्रमशः अमेरिकी</w:t>
      </w:r>
    </w:p>
    <w:p>
      <w:pPr>
        <w:spacing w:after="62" w:line="259" w:lineRule="auto"/>
      </w:pPr>
      <w:r>
        <w:rPr>
          <w:rFonts w:ascii="Noto Sans" w:hAnsi="Noto Sans" w:cs="Noto Sans Devanagari" w:eastAsia="Noto Sans Devanagari"/>
          <w:b w:val="0"/>
          <w:i w:val="0"/>
          <w:sz w:val="20"/>
        </w:rPr>
        <w:t>डलर १०,०००।–, ७,०००।– र ५,०००।– बराबर सम्मको मात्र सटही सुविधा उपलव्ध गराउनु</w:t>
      </w:r>
    </w:p>
    <w:p>
      <w:pPr>
        <w:spacing w:after="62" w:line="259" w:lineRule="auto"/>
      </w:pPr>
      <w:r>
        <w:rPr>
          <w:rFonts w:ascii="Noto Sans" w:hAnsi="Noto Sans" w:cs="Noto Sans Devanagari" w:eastAsia="Noto Sans Devanagari"/>
          <w:b w:val="0"/>
          <w:i w:val="0"/>
          <w:sz w:val="20"/>
        </w:rPr>
        <w:t>पर्ने ।</w:t>
      </w:r>
    </w:p>
    <w:p>
      <w:pPr>
        <w:spacing w:after="62" w:line="259" w:lineRule="auto"/>
      </w:pPr>
      <w:r>
        <w:rPr>
          <w:rFonts w:ascii="Noto Sans" w:hAnsi="Noto Sans" w:cs="Noto Sans Devanagari" w:eastAsia="Noto Sans Devanagari"/>
          <w:b w:val="0"/>
          <w:i w:val="0"/>
          <w:sz w:val="20"/>
        </w:rPr>
        <w:t>(२) यस्तो सटही सुविधा डेविट/क्रेडिट/प्रिपेड कार्ड जस्ता बैंकिङ उपकरणका माध्यमबाट उपलव्ध</w:t>
      </w:r>
    </w:p>
    <w:p>
      <w:pPr>
        <w:spacing w:after="62" w:line="259" w:lineRule="auto"/>
      </w:pPr>
      <w:r>
        <w:rPr>
          <w:rFonts w:ascii="Noto Sans" w:hAnsi="Noto Sans" w:cs="Noto Sans Devanagari" w:eastAsia="Noto Sans Devanagari"/>
          <w:b w:val="0"/>
          <w:i w:val="0"/>
          <w:sz w:val="20"/>
        </w:rPr>
        <w:t>गराउन सकिने ।</w:t>
      </w:r>
    </w:p>
    <w:p>
      <w:pPr>
        <w:spacing w:after="62" w:line="259" w:lineRule="auto"/>
      </w:pPr>
      <w:r>
        <w:rPr>
          <w:rFonts w:ascii="Noto Sans" w:hAnsi="Noto Sans" w:cs="Noto Sans Devanagari" w:eastAsia="Noto Sans Devanagari"/>
          <w:b w:val="0"/>
          <w:i w:val="0"/>
          <w:sz w:val="20"/>
        </w:rPr>
        <w:t>(३) क्रेडिट कार्ड मार्फत यस्तो सटही सुविधा उपलव्ध गराउंदा क्रेडिट कार्ड सम्बन्धी आफ्नो</w:t>
      </w:r>
    </w:p>
    <w:p>
      <w:pPr>
        <w:spacing w:after="62" w:line="259" w:lineRule="auto"/>
      </w:pPr>
      <w:r>
        <w:rPr>
          <w:rFonts w:ascii="Noto Sans" w:hAnsi="Noto Sans" w:cs="Noto Sans Devanagari" w:eastAsia="Noto Sans Devanagari"/>
          <w:b w:val="0"/>
          <w:i w:val="0"/>
          <w:sz w:val="20"/>
        </w:rPr>
        <w:t>कार्यविधि/प्रक्रिया पूरा गरेर मात्र उपलव्ध गराउनु पर्ने ।</w:t>
      </w:r>
    </w:p>
    <w:p>
      <w:pPr>
        <w:spacing w:after="62" w:line="259" w:lineRule="auto"/>
      </w:pPr>
      <w:r>
        <w:rPr>
          <w:rFonts w:ascii="Noto Sans" w:hAnsi="Noto Sans" w:cs="Noto Sans Devanagari" w:eastAsia="Noto Sans Devanagari"/>
          <w:b w:val="0"/>
          <w:i w:val="0"/>
          <w:sz w:val="20"/>
        </w:rPr>
        <w:t>(४) भ्रमणमा जाने पदाधिकारीको कन्फर्म हवाई टिकट, राहदानी र भिसा लिनुपर्ने भए सो समेतको</w:t>
      </w:r>
    </w:p>
    <w:p>
      <w:pPr>
        <w:spacing w:after="62" w:line="259" w:lineRule="auto"/>
      </w:pPr>
      <w:r>
        <w:rPr>
          <w:rFonts w:ascii="Noto Sans" w:hAnsi="Noto Sans" w:cs="Noto Sans Devanagari" w:eastAsia="Noto Sans Devanagari"/>
          <w:b w:val="0"/>
          <w:i w:val="0"/>
          <w:sz w:val="20"/>
        </w:rPr>
        <w:t>आधारमा मात्र यस्तो सुविधा उपलव्ध गराउनु पर्ने ।</w:t>
      </w:r>
    </w:p>
    <w:p>
      <w:pPr>
        <w:spacing w:after="62" w:line="259" w:lineRule="auto"/>
      </w:pPr>
      <w:r>
        <w:rPr>
          <w:rFonts w:ascii="Noto Sans" w:hAnsi="Noto Sans" w:cs="Noto Sans Devanagari" w:eastAsia="Noto Sans Devanagari"/>
          <w:b w:val="0"/>
          <w:i w:val="0"/>
          <w:sz w:val="20"/>
        </w:rPr>
        <w:t>(५) यस व्यवस्था अन्तर्गत प्रदान भएको सटही सुविधाको बिवरण संलग्न अनुसूची ७.७ अनुसार प्रत्येक</w:t>
      </w:r>
    </w:p>
    <w:p>
      <w:pPr>
        <w:spacing w:after="62" w:line="259" w:lineRule="auto"/>
      </w:pPr>
      <w:r>
        <w:rPr>
          <w:rFonts w:ascii="Noto Sans" w:hAnsi="Noto Sans" w:cs="Noto Sans Devanagari" w:eastAsia="Noto Sans Devanagari"/>
          <w:b w:val="0"/>
          <w:i w:val="0"/>
          <w:sz w:val="20"/>
        </w:rPr>
        <w:t>महिना व्यतित भएको १५ दिन भित्र यस विभागमा पेश गर्नु पर्नेछ ।</w:t>
      </w:r>
    </w:p>
    <w:p>
      <w:pPr>
        <w:spacing w:after="62" w:line="259" w:lineRule="auto"/>
        <w:ind w:left="115"/>
      </w:pPr>
      <w:r>
        <w:rPr>
          <w:rFonts w:ascii="Noto Sans" w:hAnsi="Noto Sans" w:cs="Noto Sans Devanagari" w:eastAsia="Noto Sans Devanagari"/>
          <w:b w:val="0"/>
          <w:i w:val="0"/>
          <w:sz w:val="20"/>
        </w:rPr>
        <w:t>८. विभिन्न प्रयोजनको लागि विदेशी मुद्राको सटही सम्बन्धी व्यवस्था</w:t>
      </w:r>
    </w:p>
    <w:p>
      <w:pPr>
        <w:spacing w:after="62" w:line="259" w:lineRule="auto"/>
      </w:pPr>
      <w:r>
        <w:rPr>
          <w:rFonts w:ascii="Noto Sans" w:hAnsi="Noto Sans" w:cs="Noto Sans Devanagari" w:eastAsia="Noto Sans Devanagari"/>
          <w:b w:val="0"/>
          <w:i w:val="0"/>
          <w:sz w:val="20"/>
        </w:rPr>
        <w:t>देहायका संघ, संस्था तथा इजाजतपत्रप्राप्त संस्थाहरूलाई विभिन्न प्रयोजनको लागि निम्न बमोजिम परिवर्त्य</w:t>
      </w:r>
    </w:p>
    <w:p>
      <w:pPr>
        <w:spacing w:after="62" w:line="259" w:lineRule="auto"/>
      </w:pPr>
      <w:r>
        <w:rPr>
          <w:rFonts w:ascii="Noto Sans" w:hAnsi="Noto Sans" w:cs="Noto Sans Devanagari" w:eastAsia="Noto Sans Devanagari"/>
          <w:b w:val="0"/>
          <w:i w:val="0"/>
          <w:sz w:val="20"/>
        </w:rPr>
        <w:t>विदेशी मुद्रा (भारतको हकमा भा.रु.मा मात्र) को सटही सुविधा प्रदान गर्न सकिने व्यवस्था गरिएको छ ।</w:t>
      </w:r>
    </w:p>
    <w:p>
      <w:pPr>
        <w:spacing w:after="62" w:line="259" w:lineRule="auto"/>
        <w:ind w:left="115"/>
      </w:pPr>
      <w:r>
        <w:rPr>
          <w:rFonts w:ascii="Noto Sans" w:hAnsi="Noto Sans" w:cs="Noto Sans Devanagari" w:eastAsia="Noto Sans Devanagari"/>
          <w:b w:val="0"/>
          <w:i w:val="0"/>
          <w:sz w:val="20"/>
        </w:rPr>
        <w:t>(क) नेपाल राष्ट्र बैंकबाट इजाजतप्राप्त बैंक/वित्तीय संस्थाहरूलाई आवश्यक पर्ने सेवा आयात, सदस्यता</w:t>
      </w:r>
    </w:p>
    <w:p>
      <w:pPr>
        <w:spacing w:after="62" w:line="259" w:lineRule="auto"/>
      </w:pPr>
      <w:r>
        <w:rPr>
          <w:rFonts w:ascii="Noto Sans" w:hAnsi="Noto Sans" w:cs="Noto Sans Devanagari" w:eastAsia="Noto Sans Devanagari"/>
          <w:b w:val="0"/>
          <w:i w:val="0"/>
          <w:sz w:val="20"/>
        </w:rPr>
        <w:t>शुल्क, आदि Beneficiary संस्थाको नाउँमा भुक्तानी गर्ने प्रयोजनको लागि विदेशी मुद्राको सटही</w:t>
      </w:r>
    </w:p>
    <w:p>
      <w:pPr>
        <w:spacing w:after="62" w:line="259" w:lineRule="auto"/>
      </w:pPr>
      <w:r>
        <w:rPr>
          <w:rFonts w:ascii="Noto Sans" w:hAnsi="Noto Sans" w:cs="Noto Sans Devanagari" w:eastAsia="Noto Sans Devanagari"/>
          <w:b w:val="0"/>
          <w:i w:val="0"/>
          <w:sz w:val="20"/>
        </w:rPr>
        <w:t>सुविधाको लागि यस बैंकको स्वीकृति लिनुपर्ने छैन । उपर्युक्त प्रयोजनका लागि नियमानुसार</w:t>
      </w:r>
    </w:p>
    <w:p>
      <w:pPr>
        <w:spacing w:after="62" w:line="259" w:lineRule="auto"/>
      </w:pPr>
      <w:r>
        <w:rPr>
          <w:rFonts w:ascii="Noto Sans" w:hAnsi="Noto Sans" w:cs="Noto Sans Devanagari" w:eastAsia="Noto Sans Devanagari"/>
          <w:b w:val="0"/>
          <w:i w:val="0"/>
          <w:sz w:val="20"/>
        </w:rPr>
        <w:t>भुक्तानीमा कर लाग्ने भए कर तिरेको निस्सा संलग्न गर्नु पर्नेछ । साथै, उपर्युक्त बमोजिमका सेवा</w:t>
      </w:r>
    </w:p>
    <w:p>
      <w:pPr>
        <w:spacing w:after="62" w:line="259" w:lineRule="auto"/>
      </w:pPr>
      <w:r>
        <w:rPr>
          <w:rFonts w:ascii="Noto Sans" w:hAnsi="Noto Sans" w:cs="Noto Sans Devanagari" w:eastAsia="Noto Sans Devanagari"/>
          <w:b w:val="0"/>
          <w:i w:val="0"/>
          <w:sz w:val="20"/>
        </w:rPr>
        <w:t>आयात, सदस्यता शुल्क, आदिका लागि प्रचलित व्यवस्थाबमोजिम स्वीकृति लिनुपर्ने भएमा सम्बन्धित</w:t>
      </w:r>
    </w:p>
    <w:p>
      <w:pPr>
        <w:spacing w:after="62" w:line="259" w:lineRule="auto"/>
      </w:pPr>
      <w:r>
        <w:rPr>
          <w:rFonts w:ascii="Noto Sans" w:hAnsi="Noto Sans" w:cs="Noto Sans Devanagari" w:eastAsia="Noto Sans Devanagari"/>
          <w:b w:val="0"/>
          <w:i w:val="0"/>
          <w:sz w:val="20"/>
        </w:rPr>
        <w:t>निकायको स्वीकृति लिनुपर्नेछ तथा अमेरिकी डलर तीन लाख वा सो बरावरको अन्य परिवर्त्य विदेशी</w:t>
      </w:r>
    </w:p>
    <w:p>
      <w:pPr>
        <w:spacing w:after="62" w:line="259" w:lineRule="auto"/>
      </w:pPr>
      <w:r>
        <w:rPr>
          <w:rFonts w:ascii="Noto Sans" w:hAnsi="Noto Sans" w:cs="Noto Sans Devanagari" w:eastAsia="Noto Sans Devanagari"/>
          <w:b w:val="0"/>
          <w:i w:val="0"/>
          <w:sz w:val="20"/>
        </w:rPr>
        <w:t>मुद्रा भन्दा बढी रकम भुक्तानी दायित्व सिर्जना हुने सम्झौताको हकमा त्यस्तो सम्झौता गर्नुपूर्व</w:t>
      </w:r>
    </w:p>
    <w:p>
      <w:pPr>
        <w:spacing w:after="62" w:line="259" w:lineRule="auto"/>
      </w:pPr>
      <w:r>
        <w:rPr>
          <w:rFonts w:ascii="Noto Sans" w:hAnsi="Noto Sans" w:cs="Noto Sans Devanagari" w:eastAsia="Noto Sans Devanagari"/>
          <w:b w:val="0"/>
          <w:i w:val="0"/>
          <w:sz w:val="20"/>
        </w:rPr>
        <w:t>बैंक तथा वित्तीय संस्था नियमन विभाग तथा सम्बन्धित सुपरिवेक्षण विभागलाई अनिवार्य जानकारी</w:t>
      </w:r>
    </w:p>
    <w:p>
      <w:pPr>
        <w:spacing w:after="62" w:line="259" w:lineRule="auto"/>
      </w:pPr>
      <w:r>
        <w:rPr>
          <w:rFonts w:ascii="Noto Sans" w:hAnsi="Noto Sans" w:cs="Noto Sans Devanagari" w:eastAsia="Noto Sans Devanagari"/>
          <w:b w:val="0"/>
          <w:i w:val="0"/>
          <w:sz w:val="20"/>
        </w:rPr>
        <w:t>गराउनु पर्नेछ ।</w:t>
      </w:r>
    </w:p>
    <w:p>
      <w:pPr>
        <w:spacing w:after="62" w:line="259" w:lineRule="auto"/>
        <w:ind w:left="115"/>
      </w:pPr>
      <w:r>
        <w:rPr>
          <w:rFonts w:ascii="Noto Sans" w:hAnsi="Noto Sans" w:cs="Noto Sans Devanagari" w:eastAsia="Noto Sans Devanagari"/>
          <w:b w:val="0"/>
          <w:i w:val="0"/>
          <w:sz w:val="20"/>
        </w:rPr>
        <w:t>(ख) विदेशस्थित अस्पतालमा गई औषधोपचार गराउने र आवश्यक औषधि तथा उपचारजन्य उपकरण</w:t>
      </w:r>
    </w:p>
    <w:p>
      <w:pPr>
        <w:spacing w:after="62" w:line="259" w:lineRule="auto"/>
      </w:pPr>
      <w:r>
        <w:rPr>
          <w:rFonts w:ascii="Noto Sans" w:hAnsi="Noto Sans" w:cs="Noto Sans Devanagari" w:eastAsia="Noto Sans Devanagari"/>
          <w:b w:val="0"/>
          <w:i w:val="0"/>
          <w:sz w:val="20"/>
        </w:rPr>
        <w:t>खरिद गर्ने प्रयोजनका लागि नेपाली नागरिकहरूलाई देहाय बमोजिमको प्रकृया पूरा गरी बैंक तथा</w:t>
      </w:r>
    </w:p>
    <w:p>
      <w:pPr>
        <w:spacing w:after="62" w:line="259" w:lineRule="auto"/>
      </w:pPr>
      <w:r>
        <w:rPr>
          <w:rFonts w:ascii="Noto Sans" w:hAnsi="Noto Sans" w:cs="Noto Sans Devanagari" w:eastAsia="Noto Sans Devanagari"/>
          <w:b w:val="0"/>
          <w:i w:val="0"/>
          <w:sz w:val="20"/>
        </w:rPr>
        <w:t>वित्तीय संस्थाहरूले वार्षिक अमेरिकी डलर १५ हजारसम्म सटही सुविधा प्रदान गर्न सक्नेछन् ः</w:t>
      </w:r>
    </w:p>
    <w:p>
      <w:pPr>
        <w:spacing w:after="62" w:line="259" w:lineRule="auto"/>
      </w:pPr>
      <w:r>
        <w:rPr>
          <w:rFonts w:ascii="Noto Sans" w:hAnsi="Noto Sans" w:cs="Noto Sans Devanagari" w:eastAsia="Noto Sans Devanagari"/>
          <w:b w:val="0"/>
          <w:i w:val="0"/>
          <w:sz w:val="20"/>
        </w:rPr>
        <w:t>(१) बाह्य मुलुक गई उपचार गराउन चाहने वा गर्नुपर्ने व्यक्तिले नेपालका अस्पतालमा स्वास्थ्य</w:t>
      </w:r>
    </w:p>
    <w:p>
      <w:pPr>
        <w:spacing w:after="62" w:line="259" w:lineRule="auto"/>
      </w:pPr>
      <w:r>
        <w:rPr>
          <w:rFonts w:ascii="Noto Sans" w:hAnsi="Noto Sans" w:cs="Noto Sans Devanagari" w:eastAsia="Noto Sans Devanagari"/>
          <w:b w:val="0"/>
          <w:i w:val="0"/>
          <w:sz w:val="20"/>
        </w:rPr>
        <w:t>परीक्षण गराई वाह्य मुलुक गई उपचार गराउन उपयुक्त हुने भनी स्वदेशका डाक्टरले उपलव्ध</w:t>
      </w:r>
    </w:p>
    <w:p>
      <w:pPr>
        <w:spacing w:after="62" w:line="259" w:lineRule="auto"/>
      </w:pPr>
      <w:r>
        <w:rPr>
          <w:rFonts w:ascii="Noto Sans" w:hAnsi="Noto Sans" w:cs="Noto Sans Devanagari" w:eastAsia="Noto Sans Devanagari"/>
          <w:b w:val="0"/>
          <w:i w:val="0"/>
          <w:sz w:val="20"/>
        </w:rPr>
        <w:t>गराएको सिफारिसपत्र तथा विदेशस्थित अस्पतालबाट उपचारमा लाग्ने अनुमानित खर्च उल्लेख</w:t>
      </w:r>
    </w:p>
    <w:p>
      <w:pPr>
        <w:spacing w:after="62" w:line="259" w:lineRule="auto"/>
      </w:pPr>
      <w:r>
        <w:rPr>
          <w:rFonts w:ascii="Noto Sans" w:hAnsi="Noto Sans" w:cs="Noto Sans Devanagari" w:eastAsia="Noto Sans Devanagari"/>
          <w:b w:val="0"/>
          <w:i w:val="0"/>
          <w:sz w:val="20"/>
        </w:rPr>
        <w:t>भएको कागजात पेश गर्नुपर्ने ।</w:t>
      </w:r>
    </w:p>
    <w:p>
      <w:pPr>
        <w:spacing w:after="62" w:line="259" w:lineRule="auto"/>
      </w:pPr>
      <w:r>
        <w:rPr>
          <w:rFonts w:ascii="Noto Sans" w:hAnsi="Noto Sans" w:cs="Noto Sans Devanagari" w:eastAsia="Noto Sans Devanagari"/>
          <w:b w:val="0"/>
          <w:i w:val="0"/>
          <w:sz w:val="20"/>
        </w:rPr>
        <w:t>(२) यस्तो सटही सुविधा विदेशी अस्पताल (औषधि तथा उपकरण बिक्रेता समेत) ले भुक्तानी पाउने</w:t>
      </w:r>
    </w:p>
    <w:p>
      <w:pPr>
        <w:spacing w:after="62" w:line="259" w:lineRule="auto"/>
      </w:pPr>
      <w:r>
        <w:rPr>
          <w:rFonts w:ascii="Noto Sans" w:hAnsi="Noto Sans" w:cs="Noto Sans Devanagari" w:eastAsia="Noto Sans Devanagari"/>
          <w:b w:val="0"/>
          <w:i w:val="0"/>
          <w:sz w:val="20"/>
        </w:rPr>
        <w:t>गरी पठाउनु पर्ने ।</w:t>
      </w:r>
    </w:p>
    <w:p>
      <w:pPr>
        <w:spacing w:after="62" w:line="259" w:lineRule="auto"/>
      </w:pPr>
      <w:r>
        <w:rPr>
          <w:rFonts w:ascii="Noto Sans" w:hAnsi="Noto Sans" w:cs="Noto Sans Devanagari" w:eastAsia="Noto Sans Devanagari"/>
          <w:b w:val="0"/>
          <w:i w:val="0"/>
          <w:sz w:val="20"/>
        </w:rPr>
        <w:t>(३) यस व्यवस्था अन्तर्गत सटहीबापत् लिएको रकमको खर्च विवरण उपचारबाट फर्केको १५ दिनभित्र</w:t>
      </w:r>
    </w:p>
    <w:p>
      <w:pPr>
        <w:spacing w:after="62" w:line="259" w:lineRule="auto"/>
      </w:pPr>
      <w:r>
        <w:rPr>
          <w:rFonts w:ascii="Noto Sans" w:hAnsi="Noto Sans" w:cs="Noto Sans Devanagari" w:eastAsia="Noto Sans Devanagari"/>
          <w:b w:val="0"/>
          <w:i w:val="0"/>
          <w:sz w:val="20"/>
        </w:rPr>
        <w:t>सम्बन्धित बैंक तथा वित्तीय संस्थामा बुझाउनु पर्नेछ ।</w:t>
      </w:r>
    </w:p>
    <w:p>
      <w:pPr>
        <w:spacing w:after="62" w:line="259" w:lineRule="auto"/>
      </w:pPr>
      <w:r>
        <w:rPr>
          <w:rFonts w:ascii="Noto Sans" w:hAnsi="Noto Sans" w:cs="Noto Sans Devanagari" w:eastAsia="Noto Sans Devanagari"/>
          <w:b w:val="0"/>
          <w:i w:val="0"/>
          <w:sz w:val="20"/>
        </w:rPr>
        <w:t>(४) यसरी सटही सुविधा प्रदान गरे पश्चात ऊक्त सुविधा दिइएका व्यत्तिहरूको नाम, ठेगाना, फोन</w:t>
      </w:r>
    </w:p>
    <w:p>
      <w:pPr>
        <w:spacing w:after="62" w:line="259" w:lineRule="auto"/>
      </w:pPr>
      <w:r>
        <w:rPr>
          <w:rFonts w:ascii="Noto Sans" w:hAnsi="Noto Sans" w:cs="Noto Sans Devanagari" w:eastAsia="Noto Sans Devanagari"/>
          <w:b w:val="0"/>
          <w:i w:val="0"/>
          <w:sz w:val="20"/>
        </w:rPr>
        <w:t>नम्बर, सटही लिएको मुद्रा र रकम उपचार गराउने विदेशी अस्पताल (औषधि तथा उपकरण</w:t>
      </w:r>
    </w:p>
    <w:p>
      <w:pPr>
        <w:spacing w:after="62" w:line="259" w:lineRule="auto"/>
      </w:pPr>
      <w:r>
        <w:rPr>
          <w:rFonts w:ascii="Noto Sans" w:hAnsi="Noto Sans" w:cs="Noto Sans Devanagari" w:eastAsia="Noto Sans Devanagari"/>
          <w:b w:val="0"/>
          <w:i w:val="0"/>
          <w:sz w:val="20"/>
        </w:rPr>
        <w:t>बिक्रेता समेत) को नाम, ठेगाना एवम् खर्च फछर्यौट् भए/नभएको विवरण अर्धवार्षिक रुपमा</w:t>
      </w:r>
    </w:p>
    <w:p>
      <w:pPr>
        <w:spacing w:after="62" w:line="259" w:lineRule="auto"/>
      </w:pPr>
      <w:r>
        <w:rPr>
          <w:rFonts w:ascii="Noto Sans" w:hAnsi="Noto Sans" w:cs="Noto Sans Devanagari" w:eastAsia="Noto Sans Devanagari"/>
          <w:b w:val="0"/>
          <w:i w:val="0"/>
          <w:sz w:val="20"/>
        </w:rPr>
        <w:t>अवधि समाप्त भएको मितिले १५ (पन्ध्र) दिन भित्र यस विभागमा पेश गर्नु पर्नेछ ।</w:t>
      </w:r>
    </w:p>
    <w:p>
      <w:pPr>
        <w:spacing w:after="62" w:line="259" w:lineRule="auto"/>
      </w:pPr>
      <w:r>
        <w:rPr>
          <w:rFonts w:ascii="Noto Sans" w:hAnsi="Noto Sans" w:cs="Noto Sans Devanagari" w:eastAsia="Noto Sans Devanagari"/>
          <w:b w:val="0"/>
          <w:i w:val="0"/>
          <w:sz w:val="20"/>
        </w:rPr>
        <w:t>(५) खण्ड ख(३) बमोजिमको सटही लिई सोको विवरण नबुझाउने व्यक्तिलाई पुनः त्यस्तो सुविधा</w:t>
      </w:r>
    </w:p>
    <w:p>
      <w:pPr>
        <w:spacing w:after="62" w:line="259" w:lineRule="auto"/>
      </w:pPr>
      <w:r>
        <w:rPr>
          <w:rFonts w:ascii="Noto Sans" w:hAnsi="Noto Sans" w:cs="Noto Sans Devanagari" w:eastAsia="Noto Sans Devanagari"/>
          <w:b w:val="0"/>
          <w:i w:val="0"/>
          <w:sz w:val="20"/>
        </w:rPr>
        <w:t>प्रदान गरिनेछैन ।</w:t>
      </w:r>
    </w:p>
    <w:p>
      <w:pPr>
        <w:spacing w:after="62" w:line="259" w:lineRule="auto"/>
        <w:ind w:left="115"/>
      </w:pPr>
      <w:r>
        <w:rPr>
          <w:rFonts w:ascii="Noto Sans" w:hAnsi="Noto Sans" w:cs="Noto Sans Devanagari" w:eastAsia="Noto Sans Devanagari"/>
          <w:b w:val="0"/>
          <w:i w:val="0"/>
          <w:sz w:val="20"/>
        </w:rPr>
        <w:t>(ग) दूर संचार सम्बन्धी सेवा प्रदायक नेपाली कम्पनीहरूले विदेशी सेवा प्रदायक कम्पनीहरूसँग सम्झौता</w:t>
      </w:r>
    </w:p>
    <w:p>
      <w:pPr>
        <w:spacing w:after="62" w:line="259" w:lineRule="auto"/>
      </w:pPr>
      <w:r>
        <w:rPr>
          <w:rFonts w:ascii="Noto Sans" w:hAnsi="Noto Sans" w:cs="Noto Sans Devanagari" w:eastAsia="Noto Sans Devanagari"/>
          <w:b w:val="0"/>
          <w:i w:val="0"/>
          <w:sz w:val="20"/>
        </w:rPr>
        <w:t>गरी सेटेलाइट सेवा भाडामा लिने वा प्रयोग गरेकोमा देहायका कागजात लिई भाडा बापत वार्षिक</w:t>
      </w:r>
    </w:p>
    <w:p>
      <w:pPr>
        <w:spacing w:after="62" w:line="259" w:lineRule="auto"/>
      </w:pPr>
      <w:r>
        <w:rPr>
          <w:rFonts w:ascii="Noto Sans" w:hAnsi="Noto Sans" w:cs="Noto Sans Devanagari" w:eastAsia="Noto Sans Devanagari"/>
          <w:b w:val="0"/>
          <w:i w:val="0"/>
          <w:sz w:val="20"/>
        </w:rPr>
        <w:t>अमेरिकी डलर १ लाखसम्मको भुक्तानी बैंक तथा वित्तीय सस्था स्वयम्ले गर्न सक्नेछन् ः</w:t>
      </w:r>
    </w:p>
    <w:p>
      <w:pPr>
        <w:spacing w:after="62" w:line="259" w:lineRule="auto"/>
      </w:pPr>
      <w:r>
        <w:rPr>
          <w:rFonts w:ascii="Noto Sans" w:hAnsi="Noto Sans" w:cs="Noto Sans Devanagari" w:eastAsia="Noto Sans Devanagari"/>
          <w:b w:val="0"/>
          <w:i w:val="0"/>
          <w:sz w:val="20"/>
        </w:rPr>
        <w:t>(१) सेवा प्रदायक संस्था र नेपाली कम्पनी बीच सेवा उपलव्ध गराउने सम्बन्धमा भएको</w:t>
      </w:r>
    </w:p>
    <w:p>
      <w:pPr>
        <w:spacing w:after="62" w:line="259" w:lineRule="auto"/>
      </w:pPr>
      <w:r>
        <w:rPr>
          <w:rFonts w:ascii="Noto Sans" w:hAnsi="Noto Sans" w:cs="Noto Sans Devanagari" w:eastAsia="Noto Sans Devanagari"/>
          <w:b w:val="0"/>
          <w:i w:val="0"/>
          <w:sz w:val="20"/>
        </w:rPr>
        <w:t>सम्झौता ।</w:t>
      </w:r>
    </w:p>
    <w:p>
      <w:pPr>
        <w:spacing w:after="62" w:line="259" w:lineRule="auto"/>
      </w:pPr>
      <w:r>
        <w:rPr>
          <w:rFonts w:ascii="Noto Sans" w:hAnsi="Noto Sans" w:cs="Noto Sans Devanagari" w:eastAsia="Noto Sans Devanagari"/>
          <w:b w:val="0"/>
          <w:i w:val="0"/>
          <w:sz w:val="20"/>
        </w:rPr>
        <w:t>(२) सम्बन्धित नियमनकारी निकाय (सूचना तथा सञ्चार मन्त्रालय) को सिफारिस ।</w:t>
      </w:r>
    </w:p>
    <w:p>
      <w:pPr>
        <w:spacing w:after="62" w:line="259" w:lineRule="auto"/>
      </w:pPr>
      <w:r>
        <w:rPr>
          <w:rFonts w:ascii="Noto Sans" w:hAnsi="Noto Sans" w:cs="Noto Sans Devanagari" w:eastAsia="Noto Sans Devanagari"/>
          <w:b w:val="0"/>
          <w:i w:val="0"/>
          <w:sz w:val="20"/>
        </w:rPr>
        <w:t>(३) विदेशस्थित सेवा प्रदायक कम्पनी/संस्थाले जारी गरेको इन्भ्वाइस ।</w:t>
      </w:r>
    </w:p>
    <w:p>
      <w:pPr>
        <w:spacing w:after="62" w:line="259" w:lineRule="auto"/>
      </w:pPr>
      <w:r>
        <w:rPr>
          <w:rFonts w:ascii="Noto Sans" w:hAnsi="Noto Sans" w:cs="Noto Sans Devanagari" w:eastAsia="Noto Sans Devanagari"/>
          <w:b w:val="0"/>
          <w:i w:val="0"/>
          <w:sz w:val="20"/>
        </w:rPr>
        <w:t>(४) नियमानुसार लाग्ने कर तिरेको निस्सा ।</w:t>
      </w:r>
    </w:p>
    <w:p>
      <w:pPr>
        <w:spacing w:after="62" w:line="259" w:lineRule="auto"/>
        <w:ind w:left="115"/>
      </w:pPr>
      <w:r>
        <w:rPr>
          <w:rFonts w:ascii="Noto Sans" w:hAnsi="Noto Sans" w:cs="Noto Sans Devanagari" w:eastAsia="Noto Sans Devanagari"/>
          <w:b w:val="0"/>
          <w:i w:val="0"/>
          <w:sz w:val="20"/>
        </w:rPr>
        <w:t>(घ) अन्तराष्ट्रिय उडान अनुमति प्राप्त नेपाली वायुसेवा कम्पनीहरूले हवाई जहाजका इन्धन खरिद</w:t>
      </w:r>
    </w:p>
    <w:p>
      <w:pPr>
        <w:spacing w:after="62" w:line="259" w:lineRule="auto"/>
      </w:pPr>
      <w:r>
        <w:rPr>
          <w:rFonts w:ascii="Noto Sans" w:hAnsi="Noto Sans" w:cs="Noto Sans Devanagari" w:eastAsia="Noto Sans Devanagari"/>
          <w:b w:val="0"/>
          <w:i w:val="0"/>
          <w:sz w:val="20"/>
        </w:rPr>
        <w:t>प्रयोजनका लागि देहाय बमोजिमका कागजातका आधारमा प्रचलित व्यवस्था अन्तर्गत रही अमेरिकी</w:t>
      </w:r>
    </w:p>
    <w:p>
      <w:pPr>
        <w:spacing w:after="62" w:line="259" w:lineRule="auto"/>
      </w:pPr>
      <w:r>
        <w:rPr>
          <w:rFonts w:ascii="Noto Sans" w:hAnsi="Noto Sans" w:cs="Noto Sans Devanagari" w:eastAsia="Noto Sans Devanagari"/>
          <w:b w:val="0"/>
          <w:i w:val="0"/>
          <w:sz w:val="20"/>
        </w:rPr>
        <w:t>डलर १ लाखको सीमा सम्म परिवर्त्य विदेशी मुद्रा बैंक तथा वित्तीय संस्था स्वयम्ले</w:t>
      </w:r>
    </w:p>
    <w:p>
      <w:pPr>
        <w:spacing w:after="62" w:line="259" w:lineRule="auto"/>
      </w:pPr>
      <w:r>
        <w:rPr>
          <w:rFonts w:ascii="Noto Sans" w:hAnsi="Noto Sans" w:cs="Noto Sans Devanagari" w:eastAsia="Noto Sans Devanagari"/>
          <w:b w:val="0"/>
          <w:i w:val="0"/>
          <w:sz w:val="20"/>
        </w:rPr>
        <w:t>ड्राफ्ट/टी.टी./स्वीफ्ट मार्फत् पठाउन सक्नेछन् ः</w:t>
      </w:r>
    </w:p>
    <w:p>
      <w:pPr>
        <w:spacing w:after="62" w:line="259" w:lineRule="auto"/>
      </w:pPr>
      <w:r>
        <w:rPr>
          <w:rFonts w:ascii="Noto Sans" w:hAnsi="Noto Sans" w:cs="Noto Sans Devanagari" w:eastAsia="Noto Sans Devanagari"/>
          <w:b w:val="0"/>
          <w:i w:val="0"/>
          <w:sz w:val="20"/>
        </w:rPr>
        <w:t>(१) सम्बन्धित नियमनकारी निकाय (नेपाल नागरिक उडड्यन प्राधिकरण) को सिफारिस ।</w:t>
      </w:r>
    </w:p>
    <w:p>
      <w:pPr>
        <w:spacing w:after="62" w:line="259" w:lineRule="auto"/>
      </w:pPr>
      <w:r>
        <w:rPr>
          <w:rFonts w:ascii="Noto Sans" w:hAnsi="Noto Sans" w:cs="Noto Sans Devanagari" w:eastAsia="Noto Sans Devanagari"/>
          <w:b w:val="0"/>
          <w:i w:val="0"/>
          <w:sz w:val="20"/>
        </w:rPr>
        <w:t>(२) विमानस्थलमा इन्धन आपूर्ति प्रदायक संस्था (विमानस्थलमा इन्धन आपूर्ति गर्ने संस्था खुल्ने</w:t>
      </w:r>
    </w:p>
    <w:p>
      <w:pPr>
        <w:spacing w:after="62" w:line="259" w:lineRule="auto"/>
      </w:pPr>
      <w:r>
        <w:rPr>
          <w:rFonts w:ascii="Noto Sans" w:hAnsi="Noto Sans" w:cs="Noto Sans Devanagari" w:eastAsia="Noto Sans Devanagari"/>
          <w:b w:val="0"/>
          <w:i w:val="0"/>
          <w:sz w:val="20"/>
        </w:rPr>
        <w:t>कागजात) वा सोसँग भएको सम्झौता ।</w:t>
      </w:r>
    </w:p>
    <w:p>
      <w:pPr>
        <w:spacing w:after="62" w:line="259" w:lineRule="auto"/>
      </w:pPr>
      <w:r>
        <w:rPr>
          <w:rFonts w:ascii="Noto Sans" w:hAnsi="Noto Sans" w:cs="Noto Sans Devanagari" w:eastAsia="Noto Sans Devanagari"/>
          <w:b w:val="0"/>
          <w:i w:val="0"/>
          <w:sz w:val="20"/>
        </w:rPr>
        <w:t>(३) विदेशस्थित सेवा प्रदायक कम्पनी/संस्थाले जारी गरेको इन्भ्वाइस ।</w:t>
      </w:r>
    </w:p>
    <w:p>
      <w:pPr>
        <w:spacing w:after="62" w:line="259" w:lineRule="auto"/>
        <w:ind w:left="115"/>
      </w:pPr>
      <w:r>
        <w:rPr>
          <w:rFonts w:ascii="Noto Sans" w:hAnsi="Noto Sans" w:cs="Noto Sans Devanagari" w:eastAsia="Noto Sans Devanagari"/>
          <w:b w:val="0"/>
          <w:i w:val="0"/>
          <w:sz w:val="20"/>
        </w:rPr>
        <w:t>९. मेशिनरी तथा औजारहरू भाडामा प्रयोग गरे बापतको सटही सुविधा सम्बन्धमा</w:t>
      </w:r>
    </w:p>
    <w:p>
      <w:pPr>
        <w:spacing w:after="62" w:line="259" w:lineRule="auto"/>
      </w:pPr>
      <w:r>
        <w:rPr>
          <w:rFonts w:ascii="Noto Sans" w:hAnsi="Noto Sans" w:cs="Noto Sans Devanagari" w:eastAsia="Noto Sans Devanagari"/>
          <w:b w:val="0"/>
          <w:i w:val="0"/>
          <w:sz w:val="20"/>
        </w:rPr>
        <w:t>नेपाली उद्योगहरूले भारतबाट मेशिनरी तथा औजारहरू भाडामा लिई प्रयोग गरे बापत भुक्तानी गर्नु पर्ने</w:t>
      </w:r>
    </w:p>
    <w:p>
      <w:pPr>
        <w:spacing w:after="62" w:line="259" w:lineRule="auto"/>
      </w:pPr>
      <w:r>
        <w:rPr>
          <w:rFonts w:ascii="Noto Sans" w:hAnsi="Noto Sans" w:cs="Noto Sans Devanagari" w:eastAsia="Noto Sans Devanagari"/>
          <w:b w:val="0"/>
          <w:i w:val="0"/>
          <w:sz w:val="20"/>
        </w:rPr>
        <w:t>रकम देहायका आधारमा वार्षिक भा.रु.१० लाखसम्मको भुक्तानी बैंक तथा वित्तीय संस्था आफैले पठाउन</w:t>
      </w:r>
    </w:p>
    <w:p>
      <w:pPr>
        <w:spacing w:after="62" w:line="259" w:lineRule="auto"/>
      </w:pPr>
      <w:r>
        <w:rPr>
          <w:rFonts w:ascii="Noto Sans" w:hAnsi="Noto Sans" w:cs="Noto Sans Devanagari" w:eastAsia="Noto Sans Devanagari"/>
          <w:b w:val="0"/>
          <w:i w:val="0"/>
          <w:sz w:val="20"/>
        </w:rPr>
        <w:t>सक्ने छन् ः</w:t>
      </w:r>
    </w:p>
    <w:p>
      <w:pPr>
        <w:spacing w:after="62" w:line="259" w:lineRule="auto"/>
        <w:ind w:left="115"/>
      </w:pPr>
      <w:r>
        <w:rPr>
          <w:rFonts w:ascii="Noto Sans" w:hAnsi="Noto Sans" w:cs="Noto Sans Devanagari" w:eastAsia="Noto Sans Devanagari"/>
          <w:b w:val="0"/>
          <w:i w:val="0"/>
          <w:sz w:val="20"/>
        </w:rPr>
        <w:t>(क) उद्योगले सटहीको लागि बैंक समक्ष निवेदन दिनु पर्नेछ ।</w:t>
      </w:r>
    </w:p>
    <w:p>
      <w:pPr>
        <w:spacing w:after="62" w:line="259" w:lineRule="auto"/>
        <w:ind w:left="115"/>
      </w:pPr>
      <w:r>
        <w:rPr>
          <w:rFonts w:ascii="Noto Sans" w:hAnsi="Noto Sans" w:cs="Noto Sans Devanagari" w:eastAsia="Noto Sans Devanagari"/>
          <w:b w:val="0"/>
          <w:i w:val="0"/>
          <w:sz w:val="20"/>
        </w:rPr>
        <w:t>(ख) नेपाली उद्योग र भारतीय मेशिनरी सामान आपूर्तिकर्ता बीच सामान भाडामा लिने दिने सम्बन्धमा</w:t>
      </w:r>
    </w:p>
    <w:p>
      <w:pPr>
        <w:spacing w:after="62" w:line="259" w:lineRule="auto"/>
      </w:pPr>
      <w:r>
        <w:rPr>
          <w:rFonts w:ascii="Noto Sans" w:hAnsi="Noto Sans" w:cs="Noto Sans Devanagari" w:eastAsia="Noto Sans Devanagari"/>
          <w:b w:val="0"/>
          <w:i w:val="0"/>
          <w:sz w:val="20"/>
        </w:rPr>
        <w:t>भएको सम्झौता वा आपूर्तिकर्ताले जारी गरेको Invoice को प्रमाणित प्रतिलिपि संलग्न हुनुपर्ने छ ।</w:t>
      </w:r>
    </w:p>
    <w:p>
      <w:pPr>
        <w:spacing w:after="62" w:line="259" w:lineRule="auto"/>
        <w:ind w:left="115"/>
      </w:pPr>
      <w:r>
        <w:rPr>
          <w:rFonts w:ascii="Noto Sans" w:hAnsi="Noto Sans" w:cs="Noto Sans Devanagari" w:eastAsia="Noto Sans Devanagari"/>
          <w:b w:val="0"/>
          <w:i w:val="0"/>
          <w:sz w:val="20"/>
        </w:rPr>
        <w:t>(ग) सामान भाडामा प्रयोग गर्ने गरी धरौटीमा आयात भएको भन्सार प्रज्ञापनपत्रको प्रतिलिपि संलग्न</w:t>
      </w:r>
    </w:p>
    <w:p>
      <w:pPr>
        <w:spacing w:after="62" w:line="259" w:lineRule="auto"/>
      </w:pPr>
      <w:r>
        <w:rPr>
          <w:rFonts w:ascii="Noto Sans" w:hAnsi="Noto Sans" w:cs="Noto Sans Devanagari" w:eastAsia="Noto Sans Devanagari"/>
          <w:b w:val="0"/>
          <w:i w:val="0"/>
          <w:sz w:val="20"/>
        </w:rPr>
        <w:t>हुनु पर्नेछ ।</w:t>
      </w:r>
    </w:p>
    <w:p>
      <w:pPr>
        <w:spacing w:after="62" w:line="259" w:lineRule="auto"/>
        <w:ind w:left="115"/>
      </w:pPr>
      <w:r>
        <w:rPr>
          <w:rFonts w:ascii="Noto Sans" w:hAnsi="Noto Sans" w:cs="Noto Sans Devanagari" w:eastAsia="Noto Sans Devanagari"/>
          <w:b w:val="0"/>
          <w:i w:val="0"/>
          <w:sz w:val="20"/>
        </w:rPr>
        <w:t>(घ) नियमानुसार लाग्ने कर तिरेको प्रमाणित निस्सा पेश गर्नु पर्नेछ ।</w:t>
      </w:r>
    </w:p>
    <w:p>
      <w:pPr>
        <w:spacing w:after="62" w:line="259" w:lineRule="auto"/>
        <w:ind w:left="115"/>
      </w:pPr>
      <w:r>
        <w:rPr>
          <w:rFonts w:ascii="Noto Sans" w:hAnsi="Noto Sans" w:cs="Noto Sans Devanagari" w:eastAsia="Noto Sans Devanagari"/>
          <w:b w:val="0"/>
          <w:i w:val="0"/>
          <w:sz w:val="20"/>
        </w:rPr>
        <w:t>१०. विविध कार्यक्रमहरू सञ्चालन गर्ने संस्थालाई उपलब्ध हुने सटही व्यवस्थाः</w:t>
      </w:r>
    </w:p>
    <w:p>
      <w:pPr>
        <w:spacing w:after="62" w:line="259" w:lineRule="auto"/>
      </w:pPr>
      <w:r>
        <w:rPr>
          <w:rFonts w:ascii="Noto Sans" w:hAnsi="Noto Sans" w:cs="Noto Sans Devanagari" w:eastAsia="Noto Sans Devanagari"/>
          <w:b w:val="0"/>
          <w:i w:val="0"/>
          <w:sz w:val="20"/>
        </w:rPr>
        <w:t>प्रचलित कानुनबमोजिम नेपालमा संस्थापित संस्था, नेपालका विश्वविद्यालय, सरकारी अनुदान तथा सहयोगमा</w:t>
      </w:r>
    </w:p>
    <w:p>
      <w:pPr>
        <w:spacing w:after="62" w:line="259" w:lineRule="auto"/>
      </w:pPr>
      <w:r>
        <w:rPr>
          <w:rFonts w:ascii="Noto Sans" w:hAnsi="Noto Sans" w:cs="Noto Sans Devanagari" w:eastAsia="Noto Sans Devanagari"/>
          <w:b w:val="0"/>
          <w:i w:val="0"/>
          <w:sz w:val="20"/>
        </w:rPr>
        <w:t>संचालित संघ/संस्था वा अन्तर्राष्ट्रिय गैर सरकारी संघ संस्थाहरूले विदेशस्थित सरकार वा संघ संस्थाहरूबाट</w:t>
      </w:r>
    </w:p>
    <w:p>
      <w:pPr>
        <w:spacing w:after="62" w:line="259" w:lineRule="auto"/>
      </w:pPr>
      <w:r>
        <w:rPr>
          <w:rFonts w:ascii="Noto Sans" w:hAnsi="Noto Sans" w:cs="Noto Sans Devanagari" w:eastAsia="Noto Sans Devanagari"/>
          <w:b w:val="0"/>
          <w:i w:val="0"/>
          <w:sz w:val="20"/>
        </w:rPr>
        <w:t>विदेशी मुद्रामा आर्थिक सहयोग प्राप्त गरीे नेपाल सहित अन्य मुलुकका लागि कार्यक्रम सञ्चालन गरेको</w:t>
      </w:r>
    </w:p>
    <w:p>
      <w:pPr>
        <w:spacing w:after="62" w:line="259" w:lineRule="auto"/>
      </w:pPr>
      <w:r>
        <w:rPr>
          <w:rFonts w:ascii="Noto Sans" w:hAnsi="Noto Sans" w:cs="Noto Sans Devanagari" w:eastAsia="Noto Sans Devanagari"/>
          <w:b w:val="0"/>
          <w:i w:val="0"/>
          <w:sz w:val="20"/>
        </w:rPr>
        <w:t>भएमा कुल विदेशी मुद्रा नेपाल भित्रिएको प्रमाण, सम्बन्धित नियामक निकायको सिफारिस र सम्बन्धित</w:t>
      </w:r>
    </w:p>
    <w:p>
      <w:pPr>
        <w:spacing w:after="62" w:line="259" w:lineRule="auto"/>
      </w:pPr>
      <w:r>
        <w:rPr>
          <w:rFonts w:ascii="Noto Sans" w:hAnsi="Noto Sans" w:cs="Noto Sans Devanagari" w:eastAsia="Noto Sans Devanagari"/>
          <w:b w:val="0"/>
          <w:i w:val="0"/>
          <w:sz w:val="20"/>
        </w:rPr>
        <w:t>पक्षहरू वीच रकम समेत उल्लेख भएको सम्झौताका आधारमा नेपालका लागि प्राप्त रकम कट्टा गरी बाँकी</w:t>
      </w:r>
    </w:p>
    <w:p>
      <w:pPr>
        <w:spacing w:after="62" w:line="259" w:lineRule="auto"/>
      </w:pPr>
      <w:r>
        <w:rPr>
          <w:rFonts w:ascii="Noto Sans" w:hAnsi="Noto Sans" w:cs="Noto Sans Devanagari" w:eastAsia="Noto Sans Devanagari"/>
          <w:b w:val="0"/>
          <w:i w:val="0"/>
          <w:sz w:val="20"/>
        </w:rPr>
        <w:t>विदेशी मुद्रा रकम प्राप्त गर्ने सम्बन्धित वाणिज्य बैंकहरूमार्फत् कार्यक्रम सञ्चालन हुने अन्य मुलुकमा</w:t>
      </w:r>
    </w:p>
    <w:p>
      <w:pPr>
        <w:spacing w:after="62" w:line="259" w:lineRule="auto"/>
      </w:pPr>
      <w:r>
        <w:rPr>
          <w:rFonts w:ascii="Noto Sans" w:hAnsi="Noto Sans" w:cs="Noto Sans Devanagari" w:eastAsia="Noto Sans Devanagari"/>
          <w:b w:val="0"/>
          <w:i w:val="0"/>
          <w:sz w:val="20"/>
        </w:rPr>
        <w:t>पठाउन वा फिर्ता पठाउन सक्नेछन् ।</w:t>
      </w:r>
    </w:p>
    <w:p>
      <w:pPr>
        <w:spacing w:after="62" w:line="259" w:lineRule="auto"/>
      </w:pPr>
      <w:r>
        <w:rPr>
          <w:rFonts w:ascii="Noto Sans" w:hAnsi="Noto Sans" w:cs="Noto Sans Devanagari" w:eastAsia="Noto Sans Devanagari"/>
          <w:b w:val="0"/>
          <w:i w:val="0"/>
          <w:sz w:val="20"/>
        </w:rPr>
        <w:t>नियामक निकाय नहुने प्रकृतिका संस्थाको हकमा सोही व्यहोरा उल्लेख गरी अन्यथा पर्न गएमा सम्पूर्ण</w:t>
      </w:r>
    </w:p>
    <w:p>
      <w:pPr>
        <w:spacing w:after="62" w:line="259" w:lineRule="auto"/>
      </w:pPr>
      <w:r>
        <w:rPr>
          <w:rFonts w:ascii="Noto Sans" w:hAnsi="Noto Sans" w:cs="Noto Sans Devanagari" w:eastAsia="Noto Sans Devanagari"/>
          <w:b w:val="0"/>
          <w:i w:val="0"/>
          <w:sz w:val="20"/>
        </w:rPr>
        <w:t>जिम्मेवारी वहन गर्ने स्वःघोषणा अख्तियारप्राप्त अधिकारीबाट पेश भएमा समेत सम्झौता बमोजिमको रकम</w:t>
      </w:r>
    </w:p>
    <w:p>
      <w:pPr>
        <w:spacing w:after="62" w:line="259" w:lineRule="auto"/>
      </w:pPr>
      <w:r>
        <w:rPr>
          <w:rFonts w:ascii="Noto Sans" w:hAnsi="Noto Sans" w:cs="Noto Sans Devanagari" w:eastAsia="Noto Sans Devanagari"/>
          <w:b w:val="0"/>
          <w:i w:val="0"/>
          <w:sz w:val="20"/>
        </w:rPr>
        <w:t>फिर्ता/भुक्तानी पठाउन सकिनेछ । यस व्यवस्था अन्तर्गत परिवर्त्य विदेशी मुद्रा प्राप्त भएमा भारतमा समेत</w:t>
      </w:r>
    </w:p>
    <w:p>
      <w:pPr>
        <w:spacing w:after="62" w:line="259" w:lineRule="auto"/>
      </w:pPr>
      <w:r>
        <w:rPr>
          <w:rFonts w:ascii="Noto Sans" w:hAnsi="Noto Sans" w:cs="Noto Sans Devanagari" w:eastAsia="Noto Sans Devanagari"/>
          <w:b w:val="0"/>
          <w:i w:val="0"/>
          <w:sz w:val="20"/>
        </w:rPr>
        <w:t>परिवर्त्य विदेशी मुद्रा पठाउन सकिनेछ ।</w:t>
      </w:r>
    </w:p>
    <w:p>
      <w:pPr>
        <w:spacing w:after="62" w:line="259" w:lineRule="auto"/>
        <w:ind w:left="115"/>
      </w:pPr>
      <w:r>
        <w:rPr>
          <w:rFonts w:ascii="Noto Sans" w:hAnsi="Noto Sans" w:cs="Noto Sans Devanagari" w:eastAsia="Noto Sans Devanagari"/>
          <w:b w:val="0"/>
          <w:i w:val="0"/>
          <w:sz w:val="20"/>
        </w:rPr>
        <w:t>११. प्याकेज टुर सम्बन्धी काम गर्ने टुर अपरेटरहरूलाई प्रदान गर्ने सटही सम्बन्धी व्यवस्था</w:t>
      </w:r>
    </w:p>
    <w:p>
      <w:pPr>
        <w:spacing w:after="62" w:line="259" w:lineRule="auto"/>
      </w:pPr>
      <w:r>
        <w:rPr>
          <w:rFonts w:ascii="Noto Sans" w:hAnsi="Noto Sans" w:cs="Noto Sans Devanagari" w:eastAsia="Noto Sans Devanagari"/>
          <w:b w:val="0"/>
          <w:i w:val="0"/>
          <w:sz w:val="20"/>
        </w:rPr>
        <w:t>यस बैंकबाट विदेशी विनिमयको कारोबार गर्न इजाजत प्राप्त गरेका नेपाली ट्राभल्स/टुर्स कम्पनीहरूले विदेश</w:t>
      </w:r>
    </w:p>
    <w:p>
      <w:pPr>
        <w:spacing w:after="62" w:line="259" w:lineRule="auto"/>
      </w:pPr>
      <w:r>
        <w:rPr>
          <w:rFonts w:ascii="Noto Sans" w:hAnsi="Noto Sans" w:cs="Noto Sans Devanagari" w:eastAsia="Noto Sans Devanagari"/>
          <w:b w:val="0"/>
          <w:i w:val="0"/>
          <w:sz w:val="20"/>
        </w:rPr>
        <w:t>भ्रमणका लागि स्वयम्ले वा विदेशस्थित एजेन्सीसँग सहकार्य गरी विभिन्न टुर प्याकेज सम्बन्धी सेवा दिई</w:t>
      </w:r>
    </w:p>
    <w:p>
      <w:pPr>
        <w:spacing w:after="62" w:line="259" w:lineRule="auto"/>
      </w:pPr>
      <w:r>
        <w:rPr>
          <w:rFonts w:ascii="Noto Sans" w:hAnsi="Noto Sans" w:cs="Noto Sans Devanagari" w:eastAsia="Noto Sans Devanagari"/>
          <w:b w:val="0"/>
          <w:i w:val="0"/>
          <w:sz w:val="20"/>
        </w:rPr>
        <w:t>सोको लागि विदेशस्थित टुर अपरेटरलाई भुक्तानी पठाउन विदेशी मुद्रा आवश्यक परेमा विदेश स्थित</w:t>
      </w:r>
    </w:p>
    <w:p>
      <w:pPr>
        <w:spacing w:after="62" w:line="259" w:lineRule="auto"/>
      </w:pPr>
      <w:r>
        <w:rPr>
          <w:rFonts w:ascii="Noto Sans" w:hAnsi="Noto Sans" w:cs="Noto Sans Devanagari" w:eastAsia="Noto Sans Devanagari"/>
          <w:b w:val="0"/>
          <w:i w:val="0"/>
          <w:sz w:val="20"/>
        </w:rPr>
        <w:t>कम्पनी/संस्थाका नाउँमा जम्मा हुने गरी बैंक तथा वित्तीय संस्थाले भुक्तानी पठाउन तथा मानसरोवर</w:t>
      </w:r>
    </w:p>
    <w:p>
      <w:pPr>
        <w:spacing w:after="62" w:line="259" w:lineRule="auto"/>
      </w:pPr>
      <w:r>
        <w:rPr>
          <w:rFonts w:ascii="Noto Sans" w:hAnsi="Noto Sans" w:cs="Noto Sans Devanagari" w:eastAsia="Noto Sans Devanagari"/>
          <w:b w:val="0"/>
          <w:i w:val="0"/>
          <w:sz w:val="20"/>
        </w:rPr>
        <w:t>कैलासको प्याकेज अन्तर्गत भारतीय पर्यटकलाई सेवा प्रदान गर्ने नेपाली टुर अपरेटरहरूबाट भारतीय पर्यटकले</w:t>
      </w:r>
    </w:p>
    <w:p>
      <w:pPr>
        <w:spacing w:after="62" w:line="259" w:lineRule="auto"/>
      </w:pPr>
      <w:r>
        <w:rPr>
          <w:rFonts w:ascii="Noto Sans" w:hAnsi="Noto Sans" w:cs="Noto Sans Devanagari" w:eastAsia="Noto Sans Devanagari"/>
          <w:b w:val="0"/>
          <w:i w:val="0"/>
          <w:sz w:val="20"/>
        </w:rPr>
        <w:t>नेपालमा विदेशी मुद्रामा गरेको खर्चको आधारमा सटही माग गरेको अवस्थामा देहाय बमोजिम सटही दिन</w:t>
      </w:r>
    </w:p>
    <w:p>
      <w:pPr>
        <w:spacing w:after="62" w:line="259" w:lineRule="auto"/>
      </w:pPr>
      <w:r>
        <w:rPr>
          <w:rFonts w:ascii="Noto Sans" w:hAnsi="Noto Sans" w:cs="Noto Sans Devanagari" w:eastAsia="Noto Sans Devanagari"/>
          <w:b w:val="0"/>
          <w:i w:val="0"/>
          <w:sz w:val="20"/>
        </w:rPr>
        <w:t>सकिने छ ।</w:t>
      </w:r>
    </w:p>
    <w:p>
      <w:pPr>
        <w:spacing w:after="62" w:line="259" w:lineRule="auto"/>
      </w:pPr>
      <w:r>
        <w:rPr>
          <w:rFonts w:ascii="Noto Sans" w:hAnsi="Noto Sans" w:cs="Noto Sans Devanagari" w:eastAsia="Noto Sans Devanagari"/>
          <w:b w:val="0"/>
          <w:i w:val="0"/>
          <w:sz w:val="20"/>
        </w:rPr>
        <w:t>क. नेपाली नागरिकहरूलाई विदेश भ्रमणका लागि प्रति व्यक्ति अमेरिकी डलर १,०००।– सम्म राहदानी</w:t>
      </w:r>
    </w:p>
    <w:p>
      <w:pPr>
        <w:spacing w:after="62" w:line="259" w:lineRule="auto"/>
      </w:pPr>
      <w:r>
        <w:rPr>
          <w:rFonts w:ascii="Noto Sans" w:hAnsi="Noto Sans" w:cs="Noto Sans Devanagari" w:eastAsia="Noto Sans Devanagari"/>
          <w:b w:val="0"/>
          <w:i w:val="0"/>
          <w:sz w:val="20"/>
        </w:rPr>
        <w:t>सुविधाबापत प्राप्त हुने विदेशी मुद्राको सीमा अन्तर्गत रही देहायका आधारमा भुक्तानी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pPr>
      <w:r>
        <w:rPr>
          <w:rFonts w:ascii="Noto Sans" w:hAnsi="Noto Sans" w:cs="Noto Sans Devanagari" w:eastAsia="Noto Sans Devanagari"/>
          <w:b w:val="0"/>
          <w:i w:val="0"/>
          <w:sz w:val="20"/>
        </w:rPr>
        <w:t>(१) सटही माग गर्ने ट्राभल/टुर कम्पनीले आफ्नो कारोबार भएको बैंक समक्ष निवेदन दिनुपर्ने</w:t>
      </w:r>
    </w:p>
    <w:p>
      <w:pPr>
        <w:spacing w:after="62" w:line="259" w:lineRule="auto"/>
      </w:pPr>
      <w:r>
        <w:rPr>
          <w:rFonts w:ascii="Noto Sans" w:hAnsi="Noto Sans" w:cs="Noto Sans Devanagari" w:eastAsia="Noto Sans Devanagari"/>
          <w:b w:val="0"/>
          <w:i w:val="0"/>
          <w:sz w:val="20"/>
        </w:rPr>
        <w:t>छ ।</w:t>
      </w:r>
    </w:p>
    <w:p>
      <w:pPr>
        <w:spacing w:after="62" w:line="259" w:lineRule="auto"/>
      </w:pPr>
      <w:r>
        <w:rPr>
          <w:rFonts w:ascii="Noto Sans" w:hAnsi="Noto Sans" w:cs="Noto Sans Devanagari" w:eastAsia="Noto Sans Devanagari"/>
          <w:b w:val="0"/>
          <w:i w:val="0"/>
          <w:sz w:val="20"/>
        </w:rPr>
        <w:t>(२) विदेशस्थित टुर प्याकेज सञ्चालन गर्ने सम्बन्धित कम्पनी/संस्थाले जारी गरेको यात्रु संख्या</w:t>
      </w:r>
    </w:p>
    <w:p>
      <w:pPr>
        <w:spacing w:after="62" w:line="259" w:lineRule="auto"/>
      </w:pPr>
      <w:r>
        <w:rPr>
          <w:rFonts w:ascii="Noto Sans" w:hAnsi="Noto Sans" w:cs="Noto Sans Devanagari" w:eastAsia="Noto Sans Devanagari"/>
          <w:b w:val="0"/>
          <w:i w:val="0"/>
          <w:sz w:val="20"/>
        </w:rPr>
        <w:t>र दर उल्लेख भएको इन्भ्वाइस संलग्न हुनुपर्ने छ ।</w:t>
      </w:r>
    </w:p>
    <w:p>
      <w:pPr>
        <w:spacing w:after="62" w:line="259" w:lineRule="auto"/>
      </w:pPr>
      <w:r>
        <w:rPr>
          <w:rFonts w:ascii="Noto Sans" w:hAnsi="Noto Sans" w:cs="Noto Sans Devanagari" w:eastAsia="Noto Sans Devanagari"/>
          <w:b w:val="0"/>
          <w:i w:val="0"/>
          <w:sz w:val="20"/>
        </w:rPr>
        <w:t>(३) विदेशस्थित टुर अपरेटरलाई भुक्तानी पठाउँदा विदेशको टुर अपरेटर/कम्पनी/संस्थाले नै</w:t>
      </w:r>
    </w:p>
    <w:p>
      <w:pPr>
        <w:spacing w:after="62" w:line="259" w:lineRule="auto"/>
      </w:pPr>
      <w:r>
        <w:rPr>
          <w:rFonts w:ascii="Noto Sans" w:hAnsi="Noto Sans" w:cs="Noto Sans Devanagari" w:eastAsia="Noto Sans Devanagari"/>
          <w:b w:val="0"/>
          <w:i w:val="0"/>
          <w:sz w:val="20"/>
        </w:rPr>
        <w:t>भुक्तानी पाउने गरी पठाउनु पर्नेछ ।</w:t>
      </w:r>
    </w:p>
    <w:p>
      <w:pPr>
        <w:spacing w:after="62" w:line="259" w:lineRule="auto"/>
      </w:pPr>
      <w:r>
        <w:rPr>
          <w:rFonts w:ascii="Noto Sans" w:hAnsi="Noto Sans" w:cs="Noto Sans Devanagari" w:eastAsia="Noto Sans Devanagari"/>
          <w:b w:val="0"/>
          <w:i w:val="0"/>
          <w:sz w:val="20"/>
        </w:rPr>
        <w:t>(४) भ्रमणमा जाने नेपाली नागरिकको राहदानी, कन्फर्म हवाई टिकट भिसा लिनुपर्ने भए सो</w:t>
      </w:r>
    </w:p>
    <w:p>
      <w:pPr>
        <w:spacing w:after="62" w:line="259" w:lineRule="auto"/>
      </w:pPr>
      <w:r>
        <w:rPr>
          <w:rFonts w:ascii="Noto Sans" w:hAnsi="Noto Sans" w:cs="Noto Sans Devanagari" w:eastAsia="Noto Sans Devanagari"/>
          <w:b w:val="0"/>
          <w:i w:val="0"/>
          <w:sz w:val="20"/>
        </w:rPr>
        <w:t>समेतको प्रतिलिपि संग्लन हुनुपर्ने छ ।</w:t>
      </w:r>
    </w:p>
    <w:p>
      <w:pPr>
        <w:spacing w:after="62" w:line="259" w:lineRule="auto"/>
      </w:pPr>
      <w:r>
        <w:rPr>
          <w:rFonts w:ascii="Noto Sans" w:hAnsi="Noto Sans" w:cs="Noto Sans Devanagari" w:eastAsia="Noto Sans Devanagari"/>
          <w:b w:val="0"/>
          <w:i w:val="0"/>
          <w:sz w:val="20"/>
        </w:rPr>
        <w:t>(५) उपर्युक्त रकमबाट नपुग भएको खण्डमा भ्रमण गर्ने व्यक्तिले राहदानी सुविधा अन्तर्गत प्राप्त</w:t>
      </w:r>
    </w:p>
    <w:p>
      <w:pPr>
        <w:spacing w:after="62" w:line="259" w:lineRule="auto"/>
      </w:pPr>
      <w:r>
        <w:rPr>
          <w:rFonts w:ascii="Noto Sans" w:hAnsi="Noto Sans" w:cs="Noto Sans Devanagari" w:eastAsia="Noto Sans Devanagari"/>
          <w:b w:val="0"/>
          <w:i w:val="0"/>
          <w:sz w:val="20"/>
        </w:rPr>
        <w:t>गर्ने विदेशी मुद्राको सीमाबाट कट्टा गरी राहदानीमा भुक्तानी दिएको छाप लगाई मात्र सटही</w:t>
      </w:r>
    </w:p>
    <w:p>
      <w:pPr>
        <w:spacing w:after="62" w:line="259" w:lineRule="auto"/>
      </w:pPr>
      <w:r>
        <w:rPr>
          <w:rFonts w:ascii="Noto Sans" w:hAnsi="Noto Sans" w:cs="Noto Sans Devanagari" w:eastAsia="Noto Sans Devanagari"/>
          <w:b w:val="0"/>
          <w:i w:val="0"/>
          <w:sz w:val="20"/>
        </w:rPr>
        <w:t>दिनु पर्नेछ ।</w:t>
      </w:r>
    </w:p>
    <w:p>
      <w:pPr>
        <w:spacing w:after="62" w:line="259" w:lineRule="auto"/>
      </w:pPr>
      <w:r>
        <w:rPr>
          <w:rFonts w:ascii="Noto Sans" w:hAnsi="Noto Sans" w:cs="Noto Sans Devanagari" w:eastAsia="Noto Sans Devanagari"/>
          <w:b w:val="0"/>
          <w:i w:val="0"/>
          <w:sz w:val="20"/>
        </w:rPr>
        <w:t>(६) कथम्कदाचित भ्रमण कार्यक्रम रद्द भएमा पठाएको रकम फिर्ता गर्ने जिम्मेवारी सटहीको</w:t>
      </w:r>
    </w:p>
    <w:p>
      <w:pPr>
        <w:spacing w:after="62" w:line="259" w:lineRule="auto"/>
      </w:pPr>
      <w:r>
        <w:rPr>
          <w:rFonts w:ascii="Noto Sans" w:hAnsi="Noto Sans" w:cs="Noto Sans Devanagari" w:eastAsia="Noto Sans Devanagari"/>
          <w:b w:val="0"/>
          <w:i w:val="0"/>
          <w:sz w:val="20"/>
        </w:rPr>
        <w:t>लागि अनुरोध गर्ने ट्राभल टुर एजेन्सीको हुनेछ ।</w:t>
      </w:r>
    </w:p>
    <w:p>
      <w:pPr>
        <w:spacing w:after="62" w:line="259" w:lineRule="auto"/>
      </w:pPr>
      <w:r>
        <w:rPr>
          <w:rFonts w:ascii="Noto Sans" w:hAnsi="Noto Sans" w:cs="Noto Sans Devanagari" w:eastAsia="Noto Sans Devanagari"/>
          <w:b w:val="0"/>
          <w:i w:val="0"/>
          <w:sz w:val="20"/>
        </w:rPr>
        <w:t>(७) यसरी फिर्ता भएको विदेशी मुद्रा बापत सम्बन्धित बैंकले ट्राभल्स तथा टुर अपरेटरलाई</w:t>
      </w:r>
    </w:p>
    <w:p>
      <w:pPr>
        <w:spacing w:after="62" w:line="259" w:lineRule="auto"/>
      </w:pPr>
      <w:r>
        <w:rPr>
          <w:rFonts w:ascii="Noto Sans" w:hAnsi="Noto Sans" w:cs="Noto Sans Devanagari" w:eastAsia="Noto Sans Devanagari"/>
          <w:b w:val="0"/>
          <w:i w:val="0"/>
          <w:sz w:val="20"/>
        </w:rPr>
        <w:t>नेपाली रुपैयाँमा सटही दिनु पर्नेछ । साथै, इजाजतपत्रप्राप्त ट्राभल तथा टुर एजेन्सीहरूले</w:t>
      </w:r>
    </w:p>
    <w:p>
      <w:pPr>
        <w:spacing w:after="62" w:line="259" w:lineRule="auto"/>
      </w:pPr>
      <w:r>
        <w:rPr>
          <w:rFonts w:ascii="Noto Sans" w:hAnsi="Noto Sans" w:cs="Noto Sans Devanagari" w:eastAsia="Noto Sans Devanagari"/>
          <w:b w:val="0"/>
          <w:i w:val="0"/>
          <w:sz w:val="20"/>
        </w:rPr>
        <w:t>यसरी सटही लिई रकम पठाएको र भ्रमण रद्द भई रकम फिर्ता भएको विवरण यसै साथ</w:t>
      </w:r>
    </w:p>
    <w:p>
      <w:pPr>
        <w:spacing w:after="62" w:line="259" w:lineRule="auto"/>
      </w:pPr>
      <w:r>
        <w:rPr>
          <w:rFonts w:ascii="Noto Sans" w:hAnsi="Noto Sans" w:cs="Noto Sans Devanagari" w:eastAsia="Noto Sans Devanagari"/>
          <w:b w:val="0"/>
          <w:i w:val="0"/>
          <w:sz w:val="20"/>
        </w:rPr>
        <w:t>संलग्न बमोजिमको फाराम भरी मासिक रुपमा यस विभागमा पेश गर्नुपर्ने छ ।</w:t>
      </w:r>
    </w:p>
    <w:p>
      <w:pPr>
        <w:spacing w:after="62" w:line="259" w:lineRule="auto"/>
      </w:pPr>
      <w:r>
        <w:rPr>
          <w:rFonts w:ascii="Noto Sans" w:hAnsi="Noto Sans" w:cs="Noto Sans Devanagari" w:eastAsia="Noto Sans Devanagari"/>
          <w:b w:val="0"/>
          <w:i w:val="0"/>
          <w:sz w:val="20"/>
        </w:rPr>
        <w:t>(८) यस व्यवस्था अन्तर्गतको सटही सुविधा प्रदान गर्दा राहदानीमा दरपीठ गर्नु पर्नेछ ।</w:t>
      </w:r>
    </w:p>
    <w:p>
      <w:pPr>
        <w:spacing w:after="62" w:line="259" w:lineRule="auto"/>
      </w:pPr>
      <w:r>
        <w:rPr>
          <w:rFonts w:ascii="Noto Sans" w:hAnsi="Noto Sans" w:cs="Noto Sans Devanagari" w:eastAsia="Noto Sans Devanagari"/>
          <w:b w:val="0"/>
          <w:i w:val="0"/>
          <w:sz w:val="20"/>
        </w:rPr>
        <w:t>ख. नेपाली टुर अपरेटर मार्फत कैलाश मानसरोवर, तिब्बत जाने भारतीय पर्यटकलाई नेपाली टुर</w:t>
      </w:r>
    </w:p>
    <w:p>
      <w:pPr>
        <w:spacing w:after="62" w:line="259" w:lineRule="auto"/>
      </w:pPr>
      <w:r>
        <w:rPr>
          <w:rFonts w:ascii="Noto Sans" w:hAnsi="Noto Sans" w:cs="Noto Sans Devanagari" w:eastAsia="Noto Sans Devanagari"/>
          <w:b w:val="0"/>
          <w:i w:val="0"/>
          <w:sz w:val="20"/>
        </w:rPr>
        <w:t>अपरेटरले बिक्री गरेको कैलाश जाने टुर प्याकेजलाई व्यवस्थापन गर्ने सम्बन्धमा तिब्बतस्थित</w:t>
      </w:r>
    </w:p>
    <w:p>
      <w:pPr>
        <w:spacing w:after="62" w:line="259" w:lineRule="auto"/>
      </w:pPr>
      <w:r>
        <w:rPr>
          <w:rFonts w:ascii="Noto Sans" w:hAnsi="Noto Sans" w:cs="Noto Sans Devanagari" w:eastAsia="Noto Sans Devanagari"/>
          <w:b w:val="0"/>
          <w:i w:val="0"/>
          <w:sz w:val="20"/>
        </w:rPr>
        <w:t>सम्बन्धित निकायमा जम्मा गर्नुपर्ने रकमको लागि टुर अपरेटरले सटही सुबिधा माग गरेमा देहायका</w:t>
      </w:r>
    </w:p>
    <w:p>
      <w:pPr>
        <w:spacing w:after="62" w:line="259" w:lineRule="auto"/>
      </w:pPr>
      <w:r>
        <w:rPr>
          <w:rFonts w:ascii="Noto Sans" w:hAnsi="Noto Sans" w:cs="Noto Sans Devanagari" w:eastAsia="Noto Sans Devanagari"/>
          <w:b w:val="0"/>
          <w:i w:val="0"/>
          <w:sz w:val="20"/>
        </w:rPr>
        <w:t>आधारमा सटही सुविधा उपलब्ध गराउन सकिने छ ।</w:t>
      </w:r>
    </w:p>
    <w:p>
      <w:pPr>
        <w:spacing w:after="62" w:line="259" w:lineRule="auto"/>
        <w:ind w:left="115"/>
      </w:pPr>
      <w:r>
        <w:rPr>
          <w:rFonts w:ascii="Noto Sans" w:hAnsi="Noto Sans" w:cs="Noto Sans Devanagari" w:eastAsia="Noto Sans Devanagari"/>
          <w:b w:val="0"/>
          <w:i w:val="0"/>
          <w:sz w:val="20"/>
        </w:rPr>
        <w:t>1. टुर अपरेटरले नियमानुसार नेपाल राष्ट्र बैंकबाट विदेशी विनिमय कारोबारको इजाजत पत्र</w:t>
      </w:r>
    </w:p>
    <w:p>
      <w:pPr>
        <w:spacing w:after="62" w:line="259" w:lineRule="auto"/>
      </w:pPr>
      <w:r>
        <w:rPr>
          <w:rFonts w:ascii="Noto Sans" w:hAnsi="Noto Sans" w:cs="Noto Sans Devanagari" w:eastAsia="Noto Sans Devanagari"/>
          <w:b w:val="0"/>
          <w:i w:val="0"/>
          <w:sz w:val="20"/>
        </w:rPr>
        <w:t>लिएको हुनु पर्नेछ ।</w:t>
      </w:r>
    </w:p>
    <w:p>
      <w:pPr>
        <w:spacing w:after="62" w:line="259" w:lineRule="auto"/>
        <w:ind w:left="115"/>
      </w:pPr>
      <w:r>
        <w:rPr>
          <w:rFonts w:ascii="Noto Sans" w:hAnsi="Noto Sans" w:cs="Noto Sans Devanagari" w:eastAsia="Noto Sans Devanagari"/>
          <w:b w:val="0"/>
          <w:i w:val="0"/>
          <w:sz w:val="20"/>
        </w:rPr>
        <w:t>2. प्राप्त भएको प्याकेजबापतको रकमको टुर अपरेटरले Tax Invoice जारी गरेको हुनु पर्नेछ ।</w:t>
      </w:r>
    </w:p>
    <w:p>
      <w:pPr>
        <w:spacing w:after="62" w:line="259" w:lineRule="auto"/>
        <w:ind w:left="115"/>
      </w:pPr>
      <w:r>
        <w:rPr>
          <w:rFonts w:ascii="Noto Sans" w:hAnsi="Noto Sans" w:cs="Noto Sans Devanagari" w:eastAsia="Noto Sans Devanagari"/>
          <w:b w:val="0"/>
          <w:i w:val="0"/>
          <w:sz w:val="20"/>
        </w:rPr>
        <w:t>3. टुर प्याकेजको रकम पठाउँदा तिब्बतस्थित निकायले जारी गरेको यात्रु संख्या र दर उल्लेख</w:t>
      </w:r>
    </w:p>
    <w:p>
      <w:pPr>
        <w:spacing w:after="62" w:line="259" w:lineRule="auto"/>
      </w:pPr>
      <w:r>
        <w:rPr>
          <w:rFonts w:ascii="Noto Sans" w:hAnsi="Noto Sans" w:cs="Noto Sans Devanagari" w:eastAsia="Noto Sans Devanagari"/>
          <w:b w:val="0"/>
          <w:i w:val="0"/>
          <w:sz w:val="20"/>
        </w:rPr>
        <w:t>भएको इन्भ्वाइस प्राप्त गरेको हुनु पर्नेछ । Credit Invoice पेश भएको अवस्थामा खर्च भएको</w:t>
      </w:r>
    </w:p>
    <w:p>
      <w:pPr>
        <w:spacing w:after="62" w:line="259" w:lineRule="auto"/>
      </w:pPr>
      <w:r>
        <w:rPr>
          <w:rFonts w:ascii="Noto Sans" w:hAnsi="Noto Sans" w:cs="Noto Sans Devanagari" w:eastAsia="Noto Sans Devanagari"/>
          <w:b w:val="0"/>
          <w:i w:val="0"/>
          <w:sz w:val="20"/>
        </w:rPr>
        <w:t>Invoice पेश गर्न लगाई बैंकले फाइल अद्यावधिक गर्नु पर्नेछ ।</w:t>
      </w:r>
    </w:p>
    <w:p>
      <w:pPr>
        <w:spacing w:after="62" w:line="259" w:lineRule="auto"/>
        <w:ind w:left="115"/>
      </w:pPr>
      <w:r>
        <w:rPr>
          <w:rFonts w:ascii="Noto Sans" w:hAnsi="Noto Sans" w:cs="Noto Sans Devanagari" w:eastAsia="Noto Sans Devanagari"/>
          <w:b w:val="0"/>
          <w:i w:val="0"/>
          <w:sz w:val="20"/>
        </w:rPr>
        <w:t>4. भ्रमणमा जाने भारतीय नागरिकको राहदानी तथा भिसाको प्रतिलिपि संग्लन हुनुपर्ने छ ।</w:t>
      </w:r>
    </w:p>
    <w:p>
      <w:pPr>
        <w:spacing w:after="62" w:line="259" w:lineRule="auto"/>
        <w:ind w:left="115"/>
      </w:pPr>
      <w:r>
        <w:rPr>
          <w:rFonts w:ascii="Noto Sans" w:hAnsi="Noto Sans" w:cs="Noto Sans Devanagari" w:eastAsia="Noto Sans Devanagari"/>
          <w:b w:val="0"/>
          <w:i w:val="0"/>
          <w:sz w:val="20"/>
        </w:rPr>
        <w:t>5. सटही प्राप्त गर्न नेपालको टुर अपरेटरले बनाएको टुर प्याकेज भारतीय नागरीकले खरिद गरेको</w:t>
      </w:r>
    </w:p>
    <w:p>
      <w:pPr>
        <w:spacing w:after="62" w:line="259" w:lineRule="auto"/>
      </w:pPr>
      <w:r>
        <w:rPr>
          <w:rFonts w:ascii="Noto Sans" w:hAnsi="Noto Sans" w:cs="Noto Sans Devanagari" w:eastAsia="Noto Sans Devanagari"/>
          <w:b w:val="0"/>
          <w:i w:val="0"/>
          <w:sz w:val="20"/>
        </w:rPr>
        <w:t>हुनु पर्नेछ ।</w:t>
      </w:r>
    </w:p>
    <w:p>
      <w:pPr>
        <w:spacing w:after="62" w:line="259" w:lineRule="auto"/>
        <w:ind w:left="115"/>
      </w:pPr>
      <w:r>
        <w:rPr>
          <w:rFonts w:ascii="Noto Sans" w:hAnsi="Noto Sans" w:cs="Noto Sans Devanagari" w:eastAsia="Noto Sans Devanagari"/>
          <w:b w:val="0"/>
          <w:i w:val="0"/>
          <w:sz w:val="20"/>
        </w:rPr>
        <w:t>6. टुर अपरेटरले भारतीय पर्यटकबाट रकम प्राप्त गर्दा निम्न बमोजिम गरेको हुनु पर्नेछ ः</w:t>
      </w:r>
    </w:p>
    <w:p>
      <w:pPr>
        <w:spacing w:after="62" w:line="259" w:lineRule="auto"/>
        <w:ind w:left="115"/>
      </w:pPr>
      <w:r>
        <w:rPr>
          <w:rFonts w:ascii="Noto Sans" w:hAnsi="Noto Sans" w:cs="Noto Sans Devanagari" w:eastAsia="Noto Sans Devanagari"/>
          <w:b w:val="0"/>
          <w:i w:val="0"/>
          <w:sz w:val="20"/>
        </w:rPr>
        <w:t>(क) भारतीय पर्यटकले नियमानुसार साटेको अमेरिकी डलरको निस्साको आधारमा नेपालको</w:t>
      </w:r>
    </w:p>
    <w:p>
      <w:pPr>
        <w:spacing w:after="62" w:line="259" w:lineRule="auto"/>
      </w:pPr>
      <w:r>
        <w:rPr>
          <w:rFonts w:ascii="Noto Sans" w:hAnsi="Noto Sans" w:cs="Noto Sans Devanagari" w:eastAsia="Noto Sans Devanagari"/>
          <w:b w:val="0"/>
          <w:i w:val="0"/>
          <w:sz w:val="20"/>
        </w:rPr>
        <w:t>टुर अपरेटरको डलर खातामा अमेरिकी डलर जम्मा गर्न सकिने छ ।</w:t>
      </w:r>
    </w:p>
    <w:p>
      <w:pPr>
        <w:spacing w:after="62" w:line="259" w:lineRule="auto"/>
        <w:ind w:left="115"/>
      </w:pPr>
      <w:r>
        <w:rPr>
          <w:rFonts w:ascii="Noto Sans" w:hAnsi="Noto Sans" w:cs="Noto Sans Devanagari" w:eastAsia="Noto Sans Devanagari"/>
          <w:b w:val="0"/>
          <w:i w:val="0"/>
          <w:sz w:val="20"/>
        </w:rPr>
        <w:t>(ख) यसरी नगद अमेरिकी डलर स्वीकार गर्दा नियमानुसार FEER जारी गरेको हुनु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(ग) भारतीय पर्यटकले भारतको बैंक/वित्तीय संस्थामार्फत् टुर अपरेटरको नेपाली खातामा</w:t>
      </w:r>
    </w:p>
    <w:p>
      <w:pPr>
        <w:spacing w:after="62" w:line="259" w:lineRule="auto"/>
      </w:pPr>
      <w:r>
        <w:rPr>
          <w:rFonts w:ascii="Noto Sans" w:hAnsi="Noto Sans" w:cs="Noto Sans Devanagari" w:eastAsia="Noto Sans Devanagari"/>
          <w:b w:val="0"/>
          <w:i w:val="0"/>
          <w:sz w:val="20"/>
        </w:rPr>
        <w:t>भा.रु. समेत रकमान्तर गर्न सक्ने छन् ।</w:t>
      </w:r>
    </w:p>
    <w:p>
      <w:pPr>
        <w:spacing w:after="62" w:line="259" w:lineRule="auto"/>
        <w:ind w:left="115"/>
      </w:pPr>
      <w:r>
        <w:rPr>
          <w:rFonts w:ascii="Noto Sans" w:hAnsi="Noto Sans" w:cs="Noto Sans Devanagari" w:eastAsia="Noto Sans Devanagari"/>
          <w:b w:val="0"/>
          <w:i w:val="0"/>
          <w:sz w:val="20"/>
        </w:rPr>
        <w:t>(घ) नेपाल राष्ट्र बैकले भारतीय मुद्रा सटही सम्बन्धमा जारी गरेको निर्देशनको अधिनमा रही</w:t>
      </w:r>
    </w:p>
    <w:p>
      <w:pPr>
        <w:spacing w:after="62" w:line="259" w:lineRule="auto"/>
      </w:pPr>
      <w:r>
        <w:rPr>
          <w:rFonts w:ascii="Noto Sans" w:hAnsi="Noto Sans" w:cs="Noto Sans Devanagari" w:eastAsia="Noto Sans Devanagari"/>
          <w:b w:val="0"/>
          <w:i w:val="0"/>
          <w:sz w:val="20"/>
        </w:rPr>
        <w:t>भारतीय पर्यटकले ल्याएको भारतीय मुद्रा टुर अपरेटरले स्वीकार गरी बैंकमा जम्मा</w:t>
      </w:r>
    </w:p>
    <w:p>
      <w:pPr>
        <w:spacing w:after="62" w:line="259" w:lineRule="auto"/>
      </w:pPr>
      <w:r>
        <w:rPr>
          <w:rFonts w:ascii="Noto Sans" w:hAnsi="Noto Sans" w:cs="Noto Sans Devanagari" w:eastAsia="Noto Sans Devanagari"/>
          <w:b w:val="0"/>
          <w:i w:val="0"/>
          <w:sz w:val="20"/>
        </w:rPr>
        <w:t>गरेको हुनुपर्नेछ ।</w:t>
      </w:r>
    </w:p>
    <w:p>
      <w:pPr>
        <w:spacing w:after="62" w:line="259" w:lineRule="auto"/>
        <w:ind w:left="115"/>
      </w:pPr>
      <w:r>
        <w:rPr>
          <w:rFonts w:ascii="Noto Sans" w:hAnsi="Noto Sans" w:cs="Noto Sans Devanagari" w:eastAsia="Noto Sans Devanagari"/>
          <w:b w:val="0"/>
          <w:i w:val="0"/>
          <w:sz w:val="20"/>
        </w:rPr>
        <w:t>7. उपरोक्त बमोजिम जम्मा भएको तथा प्राप्त हुन आएको रकमबाट तातोपानी वा केरुङको मार्ग</w:t>
      </w:r>
    </w:p>
    <w:p>
      <w:pPr>
        <w:spacing w:after="62" w:line="259" w:lineRule="auto"/>
      </w:pPr>
      <w:r>
        <w:rPr>
          <w:rFonts w:ascii="Noto Sans" w:hAnsi="Noto Sans" w:cs="Noto Sans Devanagari" w:eastAsia="Noto Sans Devanagari"/>
          <w:b w:val="0"/>
          <w:i w:val="0"/>
          <w:sz w:val="20"/>
        </w:rPr>
        <w:t>भई जाने पर्यटकको हकमा पर्यटकबाट प्याकेज बापत प्राप्त भएको रकमको प्रचलित दरमा</w:t>
      </w:r>
    </w:p>
    <w:p>
      <w:pPr>
        <w:spacing w:after="62" w:line="259" w:lineRule="auto"/>
      </w:pPr>
      <w:r>
        <w:rPr>
          <w:rFonts w:ascii="Noto Sans" w:hAnsi="Noto Sans" w:cs="Noto Sans Devanagari" w:eastAsia="Noto Sans Devanagari"/>
          <w:b w:val="0"/>
          <w:i w:val="0"/>
          <w:sz w:val="20"/>
        </w:rPr>
        <w:t>युयान वा अमेरिकी डलर चीनको स्वशासित क्षेत्र तिब्बतको ल्हासास्थित सरकारी निकाय,</w:t>
      </w:r>
    </w:p>
    <w:p>
      <w:pPr>
        <w:spacing w:after="62" w:line="259" w:lineRule="auto"/>
      </w:pPr>
      <w:r>
        <w:rPr>
          <w:rFonts w:ascii="Noto Sans" w:hAnsi="Noto Sans" w:cs="Noto Sans Devanagari" w:eastAsia="Noto Sans Devanagari"/>
          <w:b w:val="0"/>
          <w:i w:val="0"/>
          <w:sz w:val="20"/>
        </w:rPr>
        <w:t>Foreign Exchange Center वा Center ले तोकेको बैंक एवम् सम्बन्धित निकायको खातामा</w:t>
      </w:r>
    </w:p>
    <w:p>
      <w:pPr>
        <w:spacing w:after="62" w:line="259" w:lineRule="auto"/>
      </w:pPr>
      <w:r>
        <w:rPr>
          <w:rFonts w:ascii="Noto Sans" w:hAnsi="Noto Sans" w:cs="Noto Sans Devanagari" w:eastAsia="Noto Sans Devanagari"/>
          <w:b w:val="0"/>
          <w:i w:val="0"/>
          <w:sz w:val="20"/>
        </w:rPr>
        <w:t>जम्मा रकमको ७०% सम्म पठाउन सकिने छ ।</w:t>
      </w:r>
    </w:p>
    <w:p>
      <w:pPr>
        <w:spacing w:after="62" w:line="259" w:lineRule="auto"/>
        <w:ind w:left="115"/>
      </w:pPr>
      <w:r>
        <w:rPr>
          <w:rFonts w:ascii="Noto Sans" w:hAnsi="Noto Sans" w:cs="Noto Sans Devanagari" w:eastAsia="Noto Sans Devanagari"/>
          <w:b w:val="0"/>
          <w:i w:val="0"/>
          <w:sz w:val="20"/>
        </w:rPr>
        <w:t>8. तातोपानी वा केरुङ नाका बाहेक अन्य नाकाबाट कैलाश मानसरोवर तिर्थयात्रामा जाने भारतीय</w:t>
      </w:r>
    </w:p>
    <w:p>
      <w:pPr>
        <w:spacing w:after="62" w:line="259" w:lineRule="auto"/>
      </w:pPr>
      <w:r>
        <w:rPr>
          <w:rFonts w:ascii="Noto Sans" w:hAnsi="Noto Sans" w:cs="Noto Sans Devanagari" w:eastAsia="Noto Sans Devanagari"/>
          <w:b w:val="0"/>
          <w:i w:val="0"/>
          <w:sz w:val="20"/>
        </w:rPr>
        <w:t>पर्यटकहरूको लागि पर्यटकबाट प्याकेज बापत प्राप्त भएको विदेशी मुद्राको बढीमा ५०%</w:t>
      </w:r>
    </w:p>
    <w:p>
      <w:pPr>
        <w:spacing w:after="62" w:line="259" w:lineRule="auto"/>
      </w:pPr>
      <w:r>
        <w:rPr>
          <w:rFonts w:ascii="Noto Sans" w:hAnsi="Noto Sans" w:cs="Noto Sans Devanagari" w:eastAsia="Noto Sans Devanagari"/>
          <w:b w:val="0"/>
          <w:i w:val="0"/>
          <w:sz w:val="20"/>
        </w:rPr>
        <w:t>रकमसम्म तिब्बतको सम्बन्धित निकायलाई पठाउन सकिने छ ।</w:t>
      </w:r>
    </w:p>
    <w:p>
      <w:pPr>
        <w:spacing w:after="62" w:line="259" w:lineRule="auto"/>
        <w:ind w:left="115"/>
      </w:pPr>
      <w:r>
        <w:rPr>
          <w:rFonts w:ascii="Noto Sans" w:hAnsi="Noto Sans" w:cs="Noto Sans Devanagari" w:eastAsia="Noto Sans Devanagari"/>
          <w:b w:val="0"/>
          <w:i w:val="0"/>
          <w:sz w:val="20"/>
        </w:rPr>
        <w:t>9. भ्रमण कार्यक्रम रद्द भएमा पठाएको रकम फिर्ता गर्ने जिम्मेवारी सटहीको लागि अनुरोध गर्ने</w:t>
      </w:r>
    </w:p>
    <w:p>
      <w:pPr>
        <w:spacing w:after="62" w:line="259" w:lineRule="auto"/>
      </w:pPr>
      <w:r>
        <w:rPr>
          <w:rFonts w:ascii="Noto Sans" w:hAnsi="Noto Sans" w:cs="Noto Sans Devanagari" w:eastAsia="Noto Sans Devanagari"/>
          <w:b w:val="0"/>
          <w:i w:val="0"/>
          <w:sz w:val="20"/>
        </w:rPr>
        <w:t>टुर अपरेटरको हुनेछ ।</w:t>
      </w:r>
    </w:p>
    <w:p>
      <w:pPr>
        <w:spacing w:after="62" w:line="259" w:lineRule="auto"/>
        <w:ind w:left="115"/>
      </w:pPr>
      <w:r>
        <w:rPr>
          <w:rFonts w:ascii="Noto Sans" w:hAnsi="Noto Sans" w:cs="Noto Sans Devanagari" w:eastAsia="Noto Sans Devanagari"/>
          <w:b w:val="0"/>
          <w:i w:val="0"/>
          <w:sz w:val="20"/>
        </w:rPr>
        <w:t>10. माथि खण्ड (ख) को (९) बमोजिम फिर्ता भएको विदेशी मुद्रा बापत सम्बन्धित बैंकले ट्राभल्स</w:t>
      </w:r>
    </w:p>
    <w:p>
      <w:pPr>
        <w:spacing w:after="62" w:line="259" w:lineRule="auto"/>
      </w:pPr>
      <w:r>
        <w:rPr>
          <w:rFonts w:ascii="Noto Sans" w:hAnsi="Noto Sans" w:cs="Noto Sans Devanagari" w:eastAsia="Noto Sans Devanagari"/>
          <w:b w:val="0"/>
          <w:i w:val="0"/>
          <w:sz w:val="20"/>
        </w:rPr>
        <w:t>तथा टुर अपरेटरलाई नेपाली रुपैयाँमा सटही दिनु पर्नेछ । यसरी प्राप्त नेपाली रुपैयाँमा सम्बन्धित</w:t>
      </w:r>
    </w:p>
    <w:p>
      <w:pPr>
        <w:spacing w:after="62" w:line="259" w:lineRule="auto"/>
      </w:pPr>
      <w:r>
        <w:rPr>
          <w:rFonts w:ascii="Noto Sans" w:hAnsi="Noto Sans" w:cs="Noto Sans Devanagari" w:eastAsia="Noto Sans Devanagari"/>
          <w:b w:val="0"/>
          <w:i w:val="0"/>
          <w:sz w:val="20"/>
        </w:rPr>
        <w:t>पर्यटकले भारत पठाउन चाहेमा बैंकले ड्राफ्ट, टीटी आदि बैकिङ्घ उपकरणको माध्यमबाट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ind w:left="115"/>
      </w:pPr>
      <w:r>
        <w:rPr>
          <w:rFonts w:ascii="Noto Sans" w:hAnsi="Noto Sans" w:cs="Noto Sans Devanagari" w:eastAsia="Noto Sans Devanagari"/>
          <w:b w:val="0"/>
          <w:i w:val="0"/>
          <w:sz w:val="20"/>
        </w:rPr>
        <w:t>11. इजाजतपत्रप्राप्त टुर अपरेटरहरूले यसरी सटही लिई रकम पठाएको र भ्रमण रद्द भई रकम</w:t>
      </w:r>
    </w:p>
    <w:p>
      <w:pPr>
        <w:spacing w:after="62" w:line="259" w:lineRule="auto"/>
      </w:pPr>
      <w:r>
        <w:rPr>
          <w:rFonts w:ascii="Noto Sans" w:hAnsi="Noto Sans" w:cs="Noto Sans Devanagari" w:eastAsia="Noto Sans Devanagari"/>
          <w:b w:val="0"/>
          <w:i w:val="0"/>
          <w:sz w:val="20"/>
        </w:rPr>
        <w:t>फिर्ता भएको विवरण मासिक रुपमा यस विभागमा पेश गर्नुपर्ने छ ।</w:t>
      </w:r>
    </w:p>
    <w:p>
      <w:pPr>
        <w:spacing w:after="62" w:line="259" w:lineRule="auto"/>
        <w:ind w:left="115"/>
      </w:pPr>
      <w:r>
        <w:rPr>
          <w:rFonts w:ascii="Noto Sans" w:hAnsi="Noto Sans" w:cs="Noto Sans Devanagari" w:eastAsia="Noto Sans Devanagari"/>
          <w:b w:val="0"/>
          <w:i w:val="0"/>
          <w:sz w:val="20"/>
        </w:rPr>
        <w:t>१२. यस परिपत्र बमोजिमको अमेरिकी डलरमा प्रदान गरिने सटही सुविधा आवश्यकतानुसार सो बराबरको अन्य</w:t>
      </w:r>
    </w:p>
    <w:p>
      <w:pPr>
        <w:spacing w:after="62" w:line="259" w:lineRule="auto"/>
      </w:pPr>
      <w:r>
        <w:rPr>
          <w:rFonts w:ascii="Noto Sans" w:hAnsi="Noto Sans" w:cs="Noto Sans Devanagari" w:eastAsia="Noto Sans Devanagari"/>
          <w:b w:val="0"/>
          <w:i w:val="0"/>
          <w:sz w:val="20"/>
        </w:rPr>
        <w:t>परिवर्त्य विदेशी मुद्रामा समेत प्रदान गर्न सकिने छ ।</w:t>
      </w:r>
    </w:p>
    <w:p>
      <w:pPr>
        <w:spacing w:after="62" w:line="259" w:lineRule="auto"/>
        <w:ind w:left="115"/>
      </w:pPr>
      <w:r>
        <w:rPr>
          <w:rFonts w:ascii="Noto Sans" w:hAnsi="Noto Sans" w:cs="Noto Sans Devanagari" w:eastAsia="Noto Sans Devanagari"/>
          <w:b w:val="0"/>
          <w:i w:val="0"/>
          <w:sz w:val="20"/>
        </w:rPr>
        <w:t>१३. परिवर्त्य विदेशी मुद्रामा भुक्तानी हुनेगरी तेस्रो मुलुकबाट लिएको सेवाको सटही स्वीकृति प्रदान गर्दा नेपाल</w:t>
      </w:r>
    </w:p>
    <w:p>
      <w:pPr>
        <w:spacing w:after="62" w:line="259" w:lineRule="auto"/>
      </w:pPr>
      <w:r>
        <w:rPr>
          <w:rFonts w:ascii="Noto Sans" w:hAnsi="Noto Sans" w:cs="Noto Sans Devanagari" w:eastAsia="Noto Sans Devanagari"/>
          <w:b w:val="0"/>
          <w:i w:val="0"/>
          <w:sz w:val="20"/>
        </w:rPr>
        <w:t>सरकारलाई भुक्तानी गर्नुपर्ने अग्रिम आयकर (TDS) लगायतका नियमानुसार लाग्ने कर यस बैंकले प्रकाशन</w:t>
      </w:r>
    </w:p>
    <w:p>
      <w:pPr>
        <w:spacing w:after="62" w:line="259" w:lineRule="auto"/>
      </w:pPr>
      <w:r>
        <w:rPr>
          <w:rFonts w:ascii="Noto Sans" w:hAnsi="Noto Sans" w:cs="Noto Sans Devanagari" w:eastAsia="Noto Sans Devanagari"/>
          <w:b w:val="0"/>
          <w:i w:val="0"/>
          <w:sz w:val="20"/>
        </w:rPr>
        <w:t>गरेको परिवर्त्य विदेशी मुद्राको बिक्रीदरको आधारमा गणना गरी दाखिला गर्नु पर्नेछ ।</w:t>
      </w:r>
    </w:p>
    <w:p>
      <w:pPr>
        <w:spacing w:after="62" w:line="259" w:lineRule="auto"/>
        <w:ind w:left="115"/>
      </w:pPr>
      <w:r>
        <w:rPr>
          <w:rFonts w:ascii="Noto Sans" w:hAnsi="Noto Sans" w:cs="Noto Sans Devanagari" w:eastAsia="Noto Sans Devanagari"/>
          <w:b w:val="0"/>
          <w:i w:val="0"/>
          <w:sz w:val="20"/>
        </w:rPr>
        <w:t>१४. विदेशी मुद्रा फिर्ता पठाउनेसम्बन्धी व्यवस्था</w:t>
      </w:r>
    </w:p>
    <w:p>
      <w:pPr>
        <w:spacing w:after="62" w:line="259" w:lineRule="auto"/>
        <w:ind w:left="115"/>
      </w:pPr>
      <w:r>
        <w:rPr>
          <w:rFonts w:ascii="Noto Sans" w:hAnsi="Noto Sans" w:cs="Noto Sans Devanagari" w:eastAsia="Noto Sans Devanagari"/>
          <w:b w:val="0"/>
          <w:i w:val="0"/>
          <w:sz w:val="20"/>
        </w:rPr>
        <w:t>(क) विदेशबाट विभिन्न प्रयोजनको लागि प्राप्त भएको विदेशी मुद्रा जुन प्रयोजनको लागि भित्रिएको हो</w:t>
      </w:r>
    </w:p>
    <w:p>
      <w:pPr>
        <w:spacing w:after="62" w:line="259" w:lineRule="auto"/>
      </w:pPr>
      <w:r>
        <w:rPr>
          <w:rFonts w:ascii="Noto Sans" w:hAnsi="Noto Sans" w:cs="Noto Sans Devanagari" w:eastAsia="Noto Sans Devanagari"/>
          <w:b w:val="0"/>
          <w:i w:val="0"/>
          <w:sz w:val="20"/>
        </w:rPr>
        <w:t>सोअनुरुप खर्च नहुने भएमा सम्बन्धित बेनेफिसियरी (नेपालमा रकम प्रापक) को सहमति लिई प्राप्त</w:t>
      </w:r>
    </w:p>
    <w:p>
      <w:pPr>
        <w:spacing w:after="62" w:line="259" w:lineRule="auto"/>
      </w:pPr>
      <w:r>
        <w:rPr>
          <w:rFonts w:ascii="Noto Sans" w:hAnsi="Noto Sans" w:cs="Noto Sans Devanagari" w:eastAsia="Noto Sans Devanagari"/>
          <w:b w:val="0"/>
          <w:i w:val="0"/>
          <w:sz w:val="20"/>
        </w:rPr>
        <w:t>भएको विदेशी मुद्राको सीमा ननाघ्ने गरी अमेरिकी डलर १० हजारसम्म वा सो बराबरको विदेशी मुद्रा</w:t>
      </w:r>
    </w:p>
    <w:p>
      <w:pPr>
        <w:spacing w:after="62" w:line="259" w:lineRule="auto"/>
      </w:pPr>
      <w:r>
        <w:rPr>
          <w:rFonts w:ascii="Noto Sans" w:hAnsi="Noto Sans" w:cs="Noto Sans Devanagari" w:eastAsia="Noto Sans Devanagari"/>
          <w:b w:val="0"/>
          <w:i w:val="0"/>
          <w:sz w:val="20"/>
        </w:rPr>
        <w:t>आवश्यक कागजातका आधारमा सम्पक्ति शुद्धीकरण तथा आतंकवादी त्रियाकलापमा वित्तीय लगानी</w:t>
      </w:r>
    </w:p>
    <w:p>
      <w:pPr>
        <w:spacing w:after="62" w:line="259" w:lineRule="auto"/>
      </w:pPr>
      <w:r>
        <w:rPr>
          <w:rFonts w:ascii="Noto Sans" w:hAnsi="Noto Sans" w:cs="Noto Sans Devanagari" w:eastAsia="Noto Sans Devanagari"/>
          <w:b w:val="0"/>
          <w:i w:val="0"/>
          <w:sz w:val="20"/>
        </w:rPr>
        <w:t>निवारणसम्बन्धी प्रचलित राष्ट्रिय तथा अन्तर्राष्ट्रिय कानुनी व्यवस्थाको पूर्ण पालना हुने गरी</w:t>
      </w:r>
    </w:p>
    <w:p>
      <w:pPr>
        <w:spacing w:after="62" w:line="259" w:lineRule="auto"/>
      </w:pPr>
      <w:r>
        <w:rPr>
          <w:rFonts w:ascii="Noto Sans" w:hAnsi="Noto Sans" w:cs="Noto Sans Devanagari" w:eastAsia="Noto Sans Devanagari"/>
          <w:b w:val="0"/>
          <w:i w:val="0"/>
          <w:sz w:val="20"/>
        </w:rPr>
        <w:t>बेनेफिसियरीको खातामा जम्मा भएको ६० दिनभित्र फिर्ता पठाउन सक्नेछ ।</w:t>
      </w:r>
    </w:p>
    <w:p>
      <w:pPr>
        <w:spacing w:after="62" w:line="259" w:lineRule="auto"/>
      </w:pPr>
      <w:r>
        <w:rPr>
          <w:rFonts w:ascii="Noto Sans" w:hAnsi="Noto Sans" w:cs="Noto Sans Devanagari" w:eastAsia="Noto Sans Devanagari"/>
          <w:b w:val="0"/>
          <w:i w:val="0"/>
          <w:sz w:val="20"/>
        </w:rPr>
        <w:t>बेनेफिसियरीको खातामा जम्मा नभई सम्बन्धित बैंकको एजेन्सी वा नोस्ट्रो खातामा जम्मा भएको रकम</w:t>
      </w:r>
    </w:p>
    <w:p>
      <w:pPr>
        <w:spacing w:after="62" w:line="259" w:lineRule="auto"/>
      </w:pPr>
      <w:r>
        <w:rPr>
          <w:rFonts w:ascii="Noto Sans" w:hAnsi="Noto Sans" w:cs="Noto Sans Devanagari" w:eastAsia="Noto Sans Devanagari"/>
          <w:b w:val="0"/>
          <w:i w:val="0"/>
          <w:sz w:val="20"/>
        </w:rPr>
        <w:t>बैंक तथा वित्तीय संस्था आफैँले फिर्ता पठाउन सक्नेछ ।</w:t>
      </w:r>
    </w:p>
    <w:p>
      <w:pPr>
        <w:spacing w:after="62" w:line="259" w:lineRule="auto"/>
      </w:pPr>
      <w:r>
        <w:rPr>
          <w:rFonts w:ascii="Noto Sans" w:hAnsi="Noto Sans" w:cs="Noto Sans Devanagari" w:eastAsia="Noto Sans Devanagari"/>
          <w:b w:val="0"/>
          <w:i w:val="0"/>
          <w:sz w:val="20"/>
        </w:rPr>
        <w:t>तर, त्यस्तो रकम अवैधानिक तथा अपराधिक प्रकृतिको भएमा वा शंकास्पद देखिएमा फिर्ता पठाउन</w:t>
      </w:r>
    </w:p>
    <w:p>
      <w:pPr>
        <w:spacing w:after="62" w:line="259" w:lineRule="auto"/>
      </w:pPr>
      <w:r>
        <w:rPr>
          <w:rFonts w:ascii="Noto Sans" w:hAnsi="Noto Sans" w:cs="Noto Sans Devanagari" w:eastAsia="Noto Sans Devanagari"/>
          <w:b w:val="0"/>
          <w:i w:val="0"/>
          <w:sz w:val="20"/>
        </w:rPr>
        <w:t>मिल्ने छैन ।</w:t>
      </w:r>
    </w:p>
    <w:p>
      <w:pPr>
        <w:spacing w:after="62" w:line="259" w:lineRule="auto"/>
      </w:pPr>
      <w:r>
        <w:rPr>
          <w:rFonts w:ascii="Noto Sans" w:hAnsi="Noto Sans" w:cs="Noto Sans Devanagari" w:eastAsia="Noto Sans Devanagari"/>
          <w:b w:val="0"/>
          <w:i w:val="0"/>
          <w:sz w:val="20"/>
        </w:rPr>
        <w:t>यसरी फिर्ता गरिएको फेहरिस्त मासिक रुपमा महिना व्यतीत भएको १५ दिनभित्र यस विभागमा पठाउनु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(ख) विदेशी पक्षबाट ट्रेकिङ, टुर प्याकेजको लागि पठाएको अग्रिम भुक्तानी रकम कुनै कारणवश त्यस्तो</w:t>
      </w:r>
    </w:p>
    <w:p>
      <w:pPr>
        <w:spacing w:after="62" w:line="259" w:lineRule="auto"/>
      </w:pPr>
      <w:r>
        <w:rPr>
          <w:rFonts w:ascii="Noto Sans" w:hAnsi="Noto Sans" w:cs="Noto Sans Devanagari" w:eastAsia="Noto Sans Devanagari"/>
          <w:b w:val="0"/>
          <w:i w:val="0"/>
          <w:sz w:val="20"/>
        </w:rPr>
        <w:t>प्याकेज (आंशिक रद्द समेत) रद्द भई रकम पठाउने व्यक्ति वा संस्थाबाट फिर्ता माग भएमा विदेशबाट</w:t>
      </w:r>
    </w:p>
    <w:p>
      <w:pPr>
        <w:spacing w:after="62" w:line="259" w:lineRule="auto"/>
      </w:pPr>
      <w:r>
        <w:rPr>
          <w:rFonts w:ascii="Noto Sans" w:hAnsi="Noto Sans" w:cs="Noto Sans Devanagari" w:eastAsia="Noto Sans Devanagari"/>
          <w:b w:val="0"/>
          <w:i w:val="0"/>
          <w:sz w:val="20"/>
        </w:rPr>
        <w:t>रकम आएको प्रमाण तथा रकम प्राप्त गर्ने ट्राभल कम्पनीको अनुरोधको आधारमा दुई पक्ष बीचको</w:t>
      </w:r>
    </w:p>
    <w:p>
      <w:pPr>
        <w:spacing w:after="62" w:line="259" w:lineRule="auto"/>
      </w:pPr>
      <w:r>
        <w:rPr>
          <w:rFonts w:ascii="Noto Sans" w:hAnsi="Noto Sans" w:cs="Noto Sans Devanagari" w:eastAsia="Noto Sans Devanagari"/>
          <w:b w:val="0"/>
          <w:i w:val="0"/>
          <w:sz w:val="20"/>
        </w:rPr>
        <w:t>सहमति वा सम्बन्धित ट्राभल कम्पनीको नीतिबमोजिम आंशिक वा पूरै रकम अमेरिकी डलर १०,०००</w:t>
      </w:r>
    </w:p>
    <w:p>
      <w:pPr>
        <w:spacing w:after="62" w:line="259" w:lineRule="auto"/>
      </w:pPr>
      <w:r>
        <w:rPr>
          <w:rFonts w:ascii="Noto Sans" w:hAnsi="Noto Sans" w:cs="Noto Sans Devanagari" w:eastAsia="Noto Sans Devanagari"/>
          <w:b w:val="0"/>
          <w:i w:val="0"/>
          <w:sz w:val="20"/>
        </w:rPr>
        <w:t>सम्म बैंकहरुबाट नै फिर्ता गर्न सकिनेछ । यसरी रकम फिर्ता गर्दा रकम पठाउने विदेशी बैंकबाट Fund</w:t>
      </w:r>
    </w:p>
    <w:p>
      <w:pPr>
        <w:spacing w:after="62" w:line="259" w:lineRule="auto"/>
      </w:pPr>
      <w:r>
        <w:rPr>
          <w:rFonts w:ascii="Noto Sans" w:hAnsi="Noto Sans" w:cs="Noto Sans Devanagari" w:eastAsia="Noto Sans Devanagari"/>
          <w:b w:val="0"/>
          <w:i w:val="0"/>
          <w:sz w:val="20"/>
        </w:rPr>
        <w:t>Return सम्बन्धी अनुरोध आवश्यक पर्ने छैन । यस्तो रकम प्राप्त भएको मितिबाट ३६५ दिनभन्दा बढी</w:t>
      </w:r>
    </w:p>
    <w:p>
      <w:pPr>
        <w:spacing w:after="62" w:line="259" w:lineRule="auto"/>
      </w:pPr>
      <w:r>
        <w:rPr>
          <w:rFonts w:ascii="Noto Sans" w:hAnsi="Noto Sans" w:cs="Noto Sans Devanagari" w:eastAsia="Noto Sans Devanagari"/>
          <w:b w:val="0"/>
          <w:i w:val="0"/>
          <w:sz w:val="20"/>
        </w:rPr>
        <w:t>भएमा यस विभागको स्वीकृति लिएर मात्र फिर्ता गर्न सकिने छ ।</w:t>
      </w:r>
    </w:p>
    <w:p>
      <w:pPr>
        <w:spacing w:after="62" w:line="259" w:lineRule="auto"/>
        <w:ind w:left="115"/>
      </w:pPr>
      <w:r>
        <w:rPr>
          <w:rFonts w:ascii="Noto Sans" w:hAnsi="Noto Sans" w:cs="Noto Sans Devanagari" w:eastAsia="Noto Sans Devanagari"/>
          <w:b w:val="0"/>
          <w:i w:val="0"/>
          <w:sz w:val="20"/>
        </w:rPr>
        <w:t>(ग) कुनै सार्वजनिक संस्थान वा निकायहरुले अन्तर्राष्ट्रिय प्रतिस्पर्धात्मक बोलपत्र अन्तर्गत बोलपत्र आह्वान</w:t>
      </w:r>
    </w:p>
    <w:p>
      <w:pPr>
        <w:spacing w:after="62" w:line="259" w:lineRule="auto"/>
      </w:pPr>
      <w:r>
        <w:rPr>
          <w:rFonts w:ascii="Noto Sans" w:hAnsi="Noto Sans" w:cs="Noto Sans Devanagari" w:eastAsia="Noto Sans Devanagari"/>
          <w:b w:val="0"/>
          <w:i w:val="0"/>
          <w:sz w:val="20"/>
        </w:rPr>
        <w:t>गर्दा प्राप्त भएको Bid Security, Performance Security, Advance Payment Guarantee लगायतका</w:t>
      </w:r>
    </w:p>
    <w:p>
      <w:pPr>
        <w:spacing w:after="62" w:line="259" w:lineRule="auto"/>
      </w:pPr>
      <w:r>
        <w:rPr>
          <w:rFonts w:ascii="Noto Sans" w:hAnsi="Noto Sans" w:cs="Noto Sans Devanagari" w:eastAsia="Noto Sans Devanagari"/>
          <w:b w:val="0"/>
          <w:i w:val="0"/>
          <w:sz w:val="20"/>
        </w:rPr>
        <w:t>त्यस्तो बोलपत्रसम्बन्धी Guarantee बापतको रकम फिर्ता गर्न अनुरोध भई आएमा सो निकाय वा</w:t>
      </w:r>
    </w:p>
    <w:p>
      <w:pPr>
        <w:spacing w:after="62" w:line="259" w:lineRule="auto"/>
      </w:pPr>
      <w:r>
        <w:rPr>
          <w:rFonts w:ascii="Noto Sans" w:hAnsi="Noto Sans" w:cs="Noto Sans Devanagari" w:eastAsia="Noto Sans Devanagari"/>
          <w:b w:val="0"/>
          <w:i w:val="0"/>
          <w:sz w:val="20"/>
        </w:rPr>
        <w:t>संस्थानको सिफारिसपत्र, बोलपत्रमा भाग लिने विदेशी पक्षको रकम फिर्ता गर्ने अनुरोध तथा उक्त रकम</w:t>
      </w:r>
    </w:p>
    <w:p>
      <w:pPr>
        <w:spacing w:after="62" w:line="259" w:lineRule="auto"/>
      </w:pPr>
      <w:r>
        <w:rPr>
          <w:rFonts w:ascii="Noto Sans" w:hAnsi="Noto Sans" w:cs="Noto Sans Devanagari" w:eastAsia="Noto Sans Devanagari"/>
          <w:b w:val="0"/>
          <w:i w:val="0"/>
          <w:sz w:val="20"/>
        </w:rPr>
        <w:t>सम्बन्धित खातामा जम्मा भएको प्रमाणको आधारमा बैंक तथा वित्तीय संस्थाहरुबाट नै फिर्ता गर्न</w:t>
      </w:r>
    </w:p>
    <w:p>
      <w:pPr>
        <w:spacing w:after="62" w:line="259" w:lineRule="auto"/>
      </w:pPr>
      <w:r>
        <w:rPr>
          <w:rFonts w:ascii="Noto Sans" w:hAnsi="Noto Sans" w:cs="Noto Sans Devanagari" w:eastAsia="Noto Sans Devanagari"/>
          <w:b w:val="0"/>
          <w:i w:val="0"/>
          <w:sz w:val="20"/>
        </w:rPr>
        <w:t>सकिनेछ ।</w:t>
      </w:r>
    </w:p>
    <w:p>
      <w:pPr>
        <w:spacing w:after="62" w:line="259" w:lineRule="auto"/>
      </w:pPr>
      <w:r>
        <w:rPr>
          <w:rFonts w:ascii="Noto Sans" w:hAnsi="Noto Sans" w:cs="Noto Sans Devanagari" w:eastAsia="Noto Sans Devanagari"/>
          <w:b w:val="0"/>
          <w:i w:val="0"/>
          <w:sz w:val="20"/>
        </w:rPr>
        <w:t>साथै, सार्वजनिक निकाय वा नेपाल सरकार र विदेशी सरकार समेत सहभागी भई सञ्चालन हुने</w:t>
      </w:r>
    </w:p>
    <w:p>
      <w:pPr>
        <w:spacing w:after="62" w:line="259" w:lineRule="auto"/>
      </w:pPr>
      <w:r>
        <w:rPr>
          <w:rFonts w:ascii="Noto Sans" w:hAnsi="Noto Sans" w:cs="Noto Sans Devanagari" w:eastAsia="Noto Sans Devanagari"/>
          <w:b w:val="0"/>
          <w:i w:val="0"/>
          <w:sz w:val="20"/>
        </w:rPr>
        <w:t>परियोजनाका लागि वस्तु तथा सेवा आपूर्ति गर्न छनौट भएको कुनै विदेशी संस्थाको नेपालमा संस्थापित</w:t>
      </w:r>
    </w:p>
    <w:p>
      <w:pPr>
        <w:spacing w:after="62" w:line="259" w:lineRule="auto"/>
      </w:pPr>
      <w:r>
        <w:rPr>
          <w:rFonts w:ascii="Noto Sans" w:hAnsi="Noto Sans" w:cs="Noto Sans Devanagari" w:eastAsia="Noto Sans Devanagari"/>
          <w:b w:val="0"/>
          <w:i w:val="0"/>
          <w:sz w:val="20"/>
        </w:rPr>
        <w:t>शाखा, सम्पर्क कार्यालय, स्थायी संस्थापना, सहायक कम्पनी/संस्थाले नेपालबाट गरेको आयातको</w:t>
      </w:r>
    </w:p>
    <w:p>
      <w:pPr>
        <w:spacing w:after="62" w:line="259" w:lineRule="auto"/>
      </w:pPr>
      <w:r>
        <w:rPr>
          <w:rFonts w:ascii="Noto Sans" w:hAnsi="Noto Sans" w:cs="Noto Sans Devanagari" w:eastAsia="Noto Sans Devanagari"/>
          <w:b w:val="0"/>
          <w:i w:val="0"/>
          <w:sz w:val="20"/>
        </w:rPr>
        <w:t>भुक्तानीको लागि आफ्नो मुख्य संस्थाबाट रकम भित्र्याएकोमा बढी भएको रकम सम्बन्धित बैंक तथा</w:t>
      </w:r>
    </w:p>
    <w:p>
      <w:pPr>
        <w:spacing w:after="62" w:line="259" w:lineRule="auto"/>
      </w:pPr>
      <w:r>
        <w:rPr>
          <w:rFonts w:ascii="Noto Sans" w:hAnsi="Noto Sans" w:cs="Noto Sans Devanagari" w:eastAsia="Noto Sans Devanagari"/>
          <w:b w:val="0"/>
          <w:i w:val="0"/>
          <w:sz w:val="20"/>
        </w:rPr>
        <w:t>वित्तीय संस्थाले फिर्ता गर्न सक्नेछ ।</w:t>
      </w:r>
    </w:p>
    <w:p>
      <w:pPr>
        <w:spacing w:after="62" w:line="259" w:lineRule="auto"/>
      </w:pPr>
      <w:r>
        <w:rPr>
          <w:rFonts w:ascii="Noto Sans" w:hAnsi="Noto Sans" w:cs="Noto Sans Devanagari" w:eastAsia="Noto Sans Devanagari"/>
          <w:b w:val="0"/>
          <w:i w:val="0"/>
          <w:sz w:val="20"/>
        </w:rPr>
        <w:t>यसरी रकम फिर्ता गर्दा रकम पठाउने विदेशी बैंकबाट Fund Return सम्बन्धी अनुरोध आवश्यक पर्ने</w:t>
      </w:r>
    </w:p>
    <w:p>
      <w:pPr>
        <w:spacing w:after="62" w:line="259" w:lineRule="auto"/>
      </w:pPr>
      <w:r>
        <w:rPr>
          <w:rFonts w:ascii="Noto Sans" w:hAnsi="Noto Sans" w:cs="Noto Sans Devanagari" w:eastAsia="Noto Sans Devanagari"/>
          <w:b w:val="0"/>
          <w:i w:val="0"/>
          <w:sz w:val="20"/>
        </w:rPr>
        <w:t>छैन । यस्तो रकम फिर्तामा रकम सम्बन्धी सीमा लागू हुनेछैन ।</w:t>
      </w:r>
    </w:p>
    <w:p>
      <w:pPr>
        <w:spacing w:after="62" w:line="259" w:lineRule="auto"/>
        <w:ind w:left="115"/>
      </w:pPr>
      <w:r>
        <w:rPr>
          <w:rFonts w:ascii="Noto Sans" w:hAnsi="Noto Sans" w:cs="Noto Sans Devanagari" w:eastAsia="Noto Sans Devanagari"/>
          <w:b w:val="0"/>
          <w:i w:val="0"/>
          <w:sz w:val="20"/>
        </w:rPr>
        <w:t>(घ) इजाजतपत्रप्राप्त बैंक तथा वित्तीय संस्था/विप्रेषण कम्पनी र विदेशस्थित रेमिटेन्स कम्पनीबीच भएको</w:t>
      </w:r>
    </w:p>
    <w:p>
      <w:pPr>
        <w:spacing w:after="62" w:line="259" w:lineRule="auto"/>
      </w:pPr>
      <w:r>
        <w:rPr>
          <w:rFonts w:ascii="Noto Sans" w:hAnsi="Noto Sans" w:cs="Noto Sans Devanagari" w:eastAsia="Noto Sans Devanagari"/>
          <w:b w:val="0"/>
          <w:i w:val="0"/>
          <w:sz w:val="20"/>
        </w:rPr>
        <w:t>विप्रेषण कारोबारसम्बन्धी सम्झौता Termination गर्ने सहमतिको आधारमा Prefunding Basis मा प्राप्त</w:t>
      </w:r>
    </w:p>
    <w:p>
      <w:pPr>
        <w:spacing w:after="62" w:line="259" w:lineRule="auto"/>
      </w:pPr>
      <w:r>
        <w:rPr>
          <w:rFonts w:ascii="Noto Sans" w:hAnsi="Noto Sans" w:cs="Noto Sans Devanagari" w:eastAsia="Noto Sans Devanagari"/>
          <w:b w:val="0"/>
          <w:i w:val="0"/>
          <w:sz w:val="20"/>
        </w:rPr>
        <w:t>रकममध्ये खातामा बाँकी रकम फिर्ता गर्नको लागि यस विभागले प्रदान गरेको त्यस्तो विप्रेषण</w:t>
      </w:r>
    </w:p>
    <w:p>
      <w:pPr>
        <w:spacing w:after="62" w:line="259" w:lineRule="auto"/>
      </w:pPr>
      <w:r>
        <w:rPr>
          <w:rFonts w:ascii="Noto Sans" w:hAnsi="Noto Sans" w:cs="Noto Sans Devanagari" w:eastAsia="Noto Sans Devanagari"/>
          <w:b w:val="0"/>
          <w:i w:val="0"/>
          <w:sz w:val="20"/>
        </w:rPr>
        <w:t>कारोबारसम्बन्धी सम्झौताको स्वीकृति, विदेशी पक्षले रकम फिर्ता गर्न गरेको अनुरोध, सम्बन्धित खाताको</w:t>
      </w:r>
    </w:p>
    <w:p>
      <w:pPr>
        <w:spacing w:after="62" w:line="259" w:lineRule="auto"/>
      </w:pPr>
      <w:r>
        <w:rPr>
          <w:rFonts w:ascii="Noto Sans" w:hAnsi="Noto Sans" w:cs="Noto Sans Devanagari" w:eastAsia="Noto Sans Devanagari"/>
          <w:b w:val="0"/>
          <w:i w:val="0"/>
          <w:sz w:val="20"/>
        </w:rPr>
        <w:t>बैंक स्टेटमेन्ट तथा प्राप्त भएको रकमको SWIFT Message को आधारमा फिर्ता गर्न यस बैंकको</w:t>
      </w:r>
    </w:p>
    <w:p>
      <w:pPr>
        <w:spacing w:after="62" w:line="259" w:lineRule="auto"/>
      </w:pPr>
      <w:r>
        <w:rPr>
          <w:rFonts w:ascii="Noto Sans" w:hAnsi="Noto Sans" w:cs="Noto Sans Devanagari" w:eastAsia="Noto Sans Devanagari"/>
          <w:b w:val="0"/>
          <w:i w:val="0"/>
          <w:sz w:val="20"/>
        </w:rPr>
        <w:t>स्वीकृति आवश्यक पर्ने छैन ।</w:t>
      </w:r>
    </w:p>
    <w:p>
      <w:pPr>
        <w:spacing w:after="62" w:line="259" w:lineRule="auto"/>
        <w:ind w:left="115"/>
      </w:pPr>
      <w:r>
        <w:rPr>
          <w:rFonts w:ascii="Noto Sans" w:hAnsi="Noto Sans" w:cs="Noto Sans Devanagari" w:eastAsia="Noto Sans Devanagari"/>
          <w:b w:val="0"/>
          <w:i w:val="0"/>
          <w:sz w:val="20"/>
        </w:rPr>
        <w:t>(ङ) उपखण्ड (क) र (ख) मा उल्लिखित सीमाभन्दा अधिक रकम यस बैंकको स्वीकृतिको आधारमा मात्र</w:t>
      </w:r>
    </w:p>
    <w:p>
      <w:pPr>
        <w:spacing w:after="62" w:line="259" w:lineRule="auto"/>
      </w:pPr>
      <w:r>
        <w:rPr>
          <w:rFonts w:ascii="Noto Sans" w:hAnsi="Noto Sans" w:cs="Noto Sans Devanagari" w:eastAsia="Noto Sans Devanagari"/>
          <w:b w:val="0"/>
          <w:i w:val="0"/>
          <w:sz w:val="20"/>
        </w:rPr>
        <w:t>फिर्ता गर्न सकिनेछ । त्यसको लागि सम्बन्धित बैंकले रकम फिर्ता गर्नुपर्ने कारण खुलाई सम्बन्धित</w:t>
      </w:r>
    </w:p>
    <w:p>
      <w:pPr>
        <w:spacing w:after="62" w:line="259" w:lineRule="auto"/>
      </w:pPr>
      <w:r>
        <w:rPr>
          <w:rFonts w:ascii="Noto Sans" w:hAnsi="Noto Sans" w:cs="Noto Sans Devanagari" w:eastAsia="Noto Sans Devanagari"/>
          <w:b w:val="0"/>
          <w:i w:val="0"/>
          <w:sz w:val="20"/>
        </w:rPr>
        <w:t>उपखण्डमा उल्लिखित कागजात/प्रमाण सहित यस बैंकमा निवेदन पेश गर्नु पर्नेछ ।</w:t>
      </w:r>
    </w:p>
    <w:p>
      <w:pPr>
        <w:spacing w:after="62" w:line="259" w:lineRule="auto"/>
        <w:ind w:left="115"/>
      </w:pPr>
      <w:r>
        <w:rPr>
          <w:rFonts w:ascii="Noto Sans" w:hAnsi="Noto Sans" w:cs="Noto Sans Devanagari" w:eastAsia="Noto Sans Devanagari"/>
          <w:b w:val="0"/>
          <w:i w:val="0"/>
          <w:sz w:val="20"/>
        </w:rPr>
        <w:t>(च) उपखण्ड (क), (ख), (ग), (घ) र (ङ) मा उल्लिखित रकम फिर्ता गर्दा रकम प्राप्त भएकै खातामा जम्मा</w:t>
      </w:r>
    </w:p>
    <w:p>
      <w:pPr>
        <w:spacing w:after="62" w:line="259" w:lineRule="auto"/>
      </w:pPr>
      <w:r>
        <w:rPr>
          <w:rFonts w:ascii="Noto Sans" w:hAnsi="Noto Sans" w:cs="Noto Sans Devanagari" w:eastAsia="Noto Sans Devanagari"/>
          <w:b w:val="0"/>
          <w:i w:val="0"/>
          <w:sz w:val="20"/>
        </w:rPr>
        <w:t>हुने गरी फिर्ता गर्नु पर्नेछ ।</w:t>
      </w:r>
    </w:p>
    <w:p>
      <w:pPr>
        <w:spacing w:after="62" w:line="259" w:lineRule="auto"/>
        <w:ind w:left="115"/>
      </w:pPr>
      <w:r>
        <w:rPr>
          <w:rFonts w:ascii="Noto Sans" w:hAnsi="Noto Sans" w:cs="Noto Sans Devanagari" w:eastAsia="Noto Sans Devanagari"/>
          <w:b w:val="0"/>
          <w:i w:val="0"/>
          <w:sz w:val="20"/>
        </w:rPr>
        <w:t>१५. शिक्षा, आप्रवासन, स्वास्थ्य (परिपत्र नं. ७, र ८ समेत) लगायतका प्रयोजनका लागि अमेरिकी डलर ५,०००</w:t>
      </w:r>
    </w:p>
    <w:p>
      <w:pPr>
        <w:spacing w:after="62" w:line="259" w:lineRule="auto"/>
      </w:pPr>
      <w:r>
        <w:rPr>
          <w:rFonts w:ascii="Noto Sans" w:hAnsi="Noto Sans" w:cs="Noto Sans Devanagari" w:eastAsia="Noto Sans Devanagari"/>
          <w:b w:val="0"/>
          <w:i w:val="0"/>
          <w:sz w:val="20"/>
        </w:rPr>
        <w:t>भन्दा बढीको परिवर्त्य विदेशी मुद्रा माग गर्ने नेपालीहरूसँग अनिवार्य रुपमा स्थायी लेखा नम्बर (PAN)</w:t>
      </w:r>
    </w:p>
    <w:p>
      <w:pPr>
        <w:spacing w:after="62" w:line="259" w:lineRule="auto"/>
      </w:pPr>
      <w:r>
        <w:rPr>
          <w:rFonts w:ascii="Noto Sans" w:hAnsi="Noto Sans" w:cs="Noto Sans Devanagari" w:eastAsia="Noto Sans Devanagari"/>
          <w:b w:val="0"/>
          <w:i w:val="0"/>
          <w:sz w:val="20"/>
        </w:rPr>
        <w:t>लिनु पर्नेछ । सटही सुविधा माग गर्ने व्यक्तिको PAN नभएको अवस्थामा नाता प्रमाणित हुने कागजातसहित</w:t>
      </w:r>
    </w:p>
    <w:p>
      <w:pPr>
        <w:spacing w:after="62" w:line="259" w:lineRule="auto"/>
      </w:pPr>
      <w:r>
        <w:rPr>
          <w:rFonts w:ascii="Noto Sans" w:hAnsi="Noto Sans" w:cs="Noto Sans Devanagari" w:eastAsia="Noto Sans Devanagari"/>
          <w:b w:val="0"/>
          <w:i w:val="0"/>
          <w:sz w:val="20"/>
        </w:rPr>
        <w:t>निजको एकाघर परिवारको PAN पेश गरेमा समेत परिवर्त्य विदेशी मुद्रा सटही गर्न सकिनेछ ।</w:t>
      </w:r>
    </w:p>
    <w:p>
      <w:pPr>
        <w:spacing w:after="62" w:line="259" w:lineRule="auto"/>
        <w:ind w:left="115"/>
      </w:pPr>
      <w:r>
        <w:rPr>
          <w:rFonts w:ascii="Noto Sans" w:hAnsi="Noto Sans" w:cs="Noto Sans Devanagari" w:eastAsia="Noto Sans Devanagari"/>
          <w:b w:val="0"/>
          <w:i w:val="0"/>
          <w:sz w:val="20"/>
        </w:rPr>
        <w:t>१६. विदेशस्थित कार्यालय सञ्चालन खर्च भुक्तानी पठाउने सम्बन्धमा</w:t>
      </w:r>
    </w:p>
    <w:p>
      <w:pPr>
        <w:spacing w:after="62" w:line="259" w:lineRule="auto"/>
        <w:ind w:left="115"/>
      </w:pPr>
      <w:r>
        <w:rPr>
          <w:rFonts w:ascii="Noto Sans" w:hAnsi="Noto Sans" w:cs="Noto Sans Devanagari" w:eastAsia="Noto Sans Devanagari"/>
          <w:b w:val="0"/>
          <w:i w:val="0"/>
          <w:sz w:val="20"/>
        </w:rPr>
        <w:t>(क) बैंक तथा वित्तीय संस्थाहरुको शाखा/सम्पर्क/एजेन्सी कार्यालय खोल्न यस बैंकबाट स्वीकृति लिएको</w:t>
      </w:r>
    </w:p>
    <w:p>
      <w:pPr>
        <w:spacing w:after="62" w:line="259" w:lineRule="auto"/>
      </w:pPr>
      <w:r>
        <w:rPr>
          <w:rFonts w:ascii="Noto Sans" w:hAnsi="Noto Sans" w:cs="Noto Sans Devanagari" w:eastAsia="Noto Sans Devanagari"/>
          <w:b w:val="0"/>
          <w:i w:val="0"/>
          <w:sz w:val="20"/>
        </w:rPr>
        <w:t>पत्र, सम्झौता पक्र, कर्मचारीको नियुत्ति पत्र, कर भुक्तानी विवरण आदिका आधारमा बैंक तथा वित्तीय</w:t>
      </w:r>
    </w:p>
    <w:p>
      <w:pPr>
        <w:spacing w:after="62" w:line="259" w:lineRule="auto"/>
      </w:pPr>
      <w:r>
        <w:rPr>
          <w:rFonts w:ascii="Noto Sans" w:hAnsi="Noto Sans" w:cs="Noto Sans Devanagari" w:eastAsia="Noto Sans Devanagari"/>
          <w:b w:val="0"/>
          <w:i w:val="0"/>
          <w:sz w:val="20"/>
        </w:rPr>
        <w:t>संस्थाका विदेशस्थित शाखा/सम्पर्क/एजेन्सी कार्यालयको लागि संस्थाको स्वीकृत बजेट तथा कार्य</w:t>
      </w:r>
    </w:p>
    <w:p>
      <w:pPr>
        <w:spacing w:after="62" w:line="259" w:lineRule="auto"/>
      </w:pPr>
      <w:r>
        <w:rPr>
          <w:rFonts w:ascii="Noto Sans" w:hAnsi="Noto Sans" w:cs="Noto Sans Devanagari" w:eastAsia="Noto Sans Devanagari"/>
          <w:b w:val="0"/>
          <w:i w:val="0"/>
          <w:sz w:val="20"/>
        </w:rPr>
        <w:t>योजनाको अधीनमा रही सम्झौता अनुसारको घरभाडा, कर्मचारीको तलवभत्ता, विज्ञापन, कानुनी तथा</w:t>
      </w:r>
    </w:p>
    <w:p>
      <w:pPr>
        <w:spacing w:after="62" w:line="259" w:lineRule="auto"/>
      </w:pPr>
      <w:r>
        <w:rPr>
          <w:rFonts w:ascii="Noto Sans" w:hAnsi="Noto Sans" w:cs="Noto Sans Devanagari" w:eastAsia="Noto Sans Devanagari"/>
          <w:b w:val="0"/>
          <w:i w:val="0"/>
          <w:sz w:val="20"/>
        </w:rPr>
        <w:t>प्रशासनिक खर्च, कार्यालय सञ्चालनको लागि आवश्यक पर्ने कम्प्युटर, फर्निचर, सवारी साधन आदि</w:t>
      </w:r>
    </w:p>
    <w:p>
      <w:pPr>
        <w:spacing w:after="62" w:line="259" w:lineRule="auto"/>
      </w:pPr>
      <w:r>
        <w:rPr>
          <w:rFonts w:ascii="Noto Sans" w:hAnsi="Noto Sans" w:cs="Noto Sans Devanagari" w:eastAsia="Noto Sans Devanagari"/>
          <w:b w:val="0"/>
          <w:i w:val="0"/>
          <w:sz w:val="20"/>
        </w:rPr>
        <w:t>खरिदका लागि आवश्यक विदेशी मुद्रा सम्बन्धित बैंक तथा वित्तीय संस्थाबाट नै भुक्तानी गर्न/पठाउन</w:t>
      </w:r>
    </w:p>
    <w:p>
      <w:pPr>
        <w:spacing w:after="62" w:line="259" w:lineRule="auto"/>
      </w:pPr>
      <w:r>
        <w:rPr>
          <w:rFonts w:ascii="Noto Sans" w:hAnsi="Noto Sans" w:cs="Noto Sans Devanagari" w:eastAsia="Noto Sans Devanagari"/>
          <w:b w:val="0"/>
          <w:i w:val="0"/>
          <w:sz w:val="20"/>
        </w:rPr>
        <w:t>सकिनेछ ।</w:t>
      </w:r>
    </w:p>
    <w:p>
      <w:pPr>
        <w:spacing w:after="62" w:line="259" w:lineRule="auto"/>
        <w:ind w:left="115"/>
      </w:pPr>
      <w:r>
        <w:rPr>
          <w:rFonts w:ascii="Noto Sans" w:hAnsi="Noto Sans" w:cs="Noto Sans Devanagari" w:eastAsia="Noto Sans Devanagari"/>
          <w:b w:val="0"/>
          <w:i w:val="0"/>
          <w:sz w:val="20"/>
        </w:rPr>
        <w:t>(ख) यस बैंकबाट इजाजतपत्रप्राप्त बैंक/वित्तीय संस्था र विप्रेषण कम्पनीले विदेशस्थित Remittance</w:t>
      </w:r>
    </w:p>
    <w:p>
      <w:pPr>
        <w:spacing w:after="62" w:line="259" w:lineRule="auto"/>
      </w:pPr>
      <w:r>
        <w:rPr>
          <w:rFonts w:ascii="Noto Sans" w:hAnsi="Noto Sans" w:cs="Noto Sans Devanagari" w:eastAsia="Noto Sans Devanagari"/>
          <w:b w:val="0"/>
          <w:i w:val="0"/>
          <w:sz w:val="20"/>
        </w:rPr>
        <w:t>Company सँग गरेको यस बैंकबाट स्वीकृति प्राप्त भएको Principal-Agent सम्झौताबमोजिम</w:t>
      </w:r>
    </w:p>
    <w:p>
      <w:pPr>
        <w:spacing w:after="62" w:line="259" w:lineRule="auto"/>
      </w:pPr>
      <w:r>
        <w:rPr>
          <w:rFonts w:ascii="Noto Sans" w:hAnsi="Noto Sans" w:cs="Noto Sans Devanagari" w:eastAsia="Noto Sans Devanagari"/>
          <w:b w:val="0"/>
          <w:i w:val="0"/>
          <w:sz w:val="20"/>
        </w:rPr>
        <w:t>कर्मचारी (स्थायी वा करारमा नियुक्त) लाई Representative को रुपमा राखेबापत् उक्त कर्मचारीसँगको</w:t>
      </w:r>
    </w:p>
    <w:p>
      <w:pPr>
        <w:spacing w:after="62" w:line="259" w:lineRule="auto"/>
      </w:pPr>
      <w:r>
        <w:rPr>
          <w:rFonts w:ascii="Noto Sans" w:hAnsi="Noto Sans" w:cs="Noto Sans Devanagari" w:eastAsia="Noto Sans Devanagari"/>
          <w:b w:val="0"/>
          <w:i w:val="0"/>
          <w:sz w:val="20"/>
        </w:rPr>
        <w:t>सम्झौता बमोजिम निजलाई भुक्तानी गर्नु पर्ने पारिश्रमिक सुविधाबापतको रकम Principal-Agent</w:t>
      </w:r>
    </w:p>
    <w:p>
      <w:pPr>
        <w:spacing w:after="62" w:line="259" w:lineRule="auto"/>
      </w:pPr>
      <w:r>
        <w:rPr>
          <w:rFonts w:ascii="Noto Sans" w:hAnsi="Noto Sans" w:cs="Noto Sans Devanagari" w:eastAsia="Noto Sans Devanagari"/>
          <w:b w:val="0"/>
          <w:i w:val="0"/>
          <w:sz w:val="20"/>
        </w:rPr>
        <w:t>सम्झौता, त्यस्तो कर्मचारीसँगको सम्झौता र प्रचलित नियमानुसारको कर तिरेको प्रमाणको आधारमा</w:t>
      </w:r>
    </w:p>
    <w:p>
      <w:pPr>
        <w:spacing w:after="62" w:line="259" w:lineRule="auto"/>
      </w:pPr>
      <w:r>
        <w:rPr>
          <w:rFonts w:ascii="Noto Sans" w:hAnsi="Noto Sans" w:cs="Noto Sans Devanagari" w:eastAsia="Noto Sans Devanagari"/>
          <w:b w:val="0"/>
          <w:i w:val="0"/>
          <w:sz w:val="20"/>
        </w:rPr>
        <w:t>बैंक तथा वित्तीय संस्थाले सटही सुविधा प्रदान गर्न सक्नेछ ।</w:t>
      </w:r>
    </w:p>
    <w:p>
      <w:pPr>
        <w:spacing w:after="62" w:line="259" w:lineRule="auto"/>
        <w:ind w:left="115"/>
      </w:pPr>
      <w:r>
        <w:rPr>
          <w:rFonts w:ascii="Noto Sans" w:hAnsi="Noto Sans" w:cs="Noto Sans Devanagari" w:eastAsia="Noto Sans Devanagari"/>
          <w:b w:val="0"/>
          <w:i w:val="0"/>
          <w:sz w:val="20"/>
        </w:rPr>
        <w:t>(ग) खण्ड (क) र (ख) बमोजिम रकम पठाएको/सटही सुविधा प्रदान गरिएको विवरण इजाजतपत्रप्राप्त बैंक</w:t>
      </w:r>
    </w:p>
    <w:p>
      <w:pPr>
        <w:spacing w:after="62" w:line="259" w:lineRule="auto"/>
      </w:pPr>
      <w:r>
        <w:rPr>
          <w:rFonts w:ascii="Noto Sans" w:hAnsi="Noto Sans" w:cs="Noto Sans Devanagari" w:eastAsia="Noto Sans Devanagari"/>
          <w:b w:val="0"/>
          <w:i w:val="0"/>
          <w:sz w:val="20"/>
        </w:rPr>
        <w:t>तथा वित्तीय संस्थाहरुले त्रयमास समाप्त भएको १५ दिनभित्र यस विभागमा पठाउनु पर्नेछ ।</w:t>
      </w:r>
    </w:p>
    <w:p>
      <w:pPr>
        <w:spacing w:after="62" w:line="259" w:lineRule="auto"/>
        <w:ind w:left="115"/>
      </w:pPr>
      <w:r>
        <w:rPr>
          <w:rFonts w:ascii="Noto Sans" w:hAnsi="Noto Sans" w:cs="Noto Sans Devanagari" w:eastAsia="Noto Sans Devanagari"/>
          <w:b w:val="0"/>
          <w:i w:val="0"/>
          <w:sz w:val="20"/>
        </w:rPr>
        <w:t>१७. विदेशी नागरिक (भारतीय समेत) को पारिश्रमिकको सटही व्यवस्था सम्बन्धमा</w:t>
      </w:r>
    </w:p>
    <w:p>
      <w:pPr>
        <w:spacing w:after="62" w:line="259" w:lineRule="auto"/>
        <w:ind w:left="115"/>
      </w:pPr>
      <w:r>
        <w:rPr>
          <w:rFonts w:ascii="Noto Sans" w:hAnsi="Noto Sans" w:cs="Noto Sans Devanagari" w:eastAsia="Noto Sans Devanagari"/>
          <w:b w:val="0"/>
          <w:i w:val="0"/>
          <w:sz w:val="20"/>
        </w:rPr>
        <w:t>१. रोजगारदातासँग गरेको करारमा वा रोजगारदाताबाट जारी नियुक्तिपत्रमा उल्लिखित पारिश्रमिक</w:t>
      </w:r>
    </w:p>
    <w:p>
      <w:pPr>
        <w:spacing w:after="62" w:line="259" w:lineRule="auto"/>
      </w:pPr>
      <w:r>
        <w:rPr>
          <w:rFonts w:ascii="Noto Sans" w:hAnsi="Noto Sans" w:cs="Noto Sans Devanagari" w:eastAsia="Noto Sans Devanagari"/>
          <w:b w:val="0"/>
          <w:i w:val="0"/>
          <w:sz w:val="20"/>
        </w:rPr>
        <w:t>बापतको रकममा प्रचलित कानुनबमोजिम कर कट्टी पश्चात बाँकी हुने सम्पूर्ण रकमसम्म विदेशी</w:t>
      </w:r>
    </w:p>
    <w:p>
      <w:pPr>
        <w:spacing w:after="62" w:line="259" w:lineRule="auto"/>
      </w:pPr>
      <w:r>
        <w:rPr>
          <w:rFonts w:ascii="Noto Sans" w:hAnsi="Noto Sans" w:cs="Noto Sans Devanagari" w:eastAsia="Noto Sans Devanagari"/>
          <w:b w:val="0"/>
          <w:i w:val="0"/>
          <w:sz w:val="20"/>
        </w:rPr>
        <w:t>लगानी तथा प्रविधि हस्तान्तरण ऐन, २०७५ बमोजिम विदेशी लगानी भएका नेपाली कम्पनी वा</w:t>
      </w:r>
    </w:p>
    <w:p>
      <w:pPr>
        <w:spacing w:after="62" w:line="259" w:lineRule="auto"/>
      </w:pPr>
      <w:r>
        <w:rPr>
          <w:rFonts w:ascii="Noto Sans" w:hAnsi="Noto Sans" w:cs="Noto Sans Devanagari" w:eastAsia="Noto Sans Devanagari"/>
          <w:b w:val="0"/>
          <w:i w:val="0"/>
          <w:sz w:val="20"/>
        </w:rPr>
        <w:t>उद्योगमा कार्यरत विदेशी नागरिकलाई विदेशी मुद्रामा; नेपाली फर्म, कम्पनी वा संस्थामा कार्यरत</w:t>
      </w:r>
    </w:p>
    <w:p>
      <w:pPr>
        <w:spacing w:after="62" w:line="259" w:lineRule="auto"/>
      </w:pPr>
      <w:r>
        <w:rPr>
          <w:rFonts w:ascii="Noto Sans" w:hAnsi="Noto Sans" w:cs="Noto Sans Devanagari" w:eastAsia="Noto Sans Devanagari"/>
          <w:b w:val="0"/>
          <w:i w:val="0"/>
          <w:sz w:val="20"/>
        </w:rPr>
        <w:t>गैर–बासिन्दा विदेशी नागरिकलाई विदेशी मुद्रामा; र नेपाली फर्म, कम्पनी वा संस्थामा कार्यरत</w:t>
      </w:r>
    </w:p>
    <w:p>
      <w:pPr>
        <w:spacing w:after="62" w:line="259" w:lineRule="auto"/>
      </w:pPr>
      <w:r>
        <w:rPr>
          <w:rFonts w:ascii="Noto Sans" w:hAnsi="Noto Sans" w:cs="Noto Sans Devanagari" w:eastAsia="Noto Sans Devanagari"/>
          <w:b w:val="0"/>
          <w:i w:val="0"/>
          <w:sz w:val="20"/>
        </w:rPr>
        <w:t>विदेशी नागरिकलाई भारतीय रुपैयाँमा देहायका कागजातका आधारमा सम्बन्धित मुलुकमा पठाउन</w:t>
      </w:r>
    </w:p>
    <w:p>
      <w:pPr>
        <w:spacing w:after="62" w:line="259" w:lineRule="auto"/>
      </w:pPr>
      <w:r>
        <w:rPr>
          <w:rFonts w:ascii="Noto Sans" w:hAnsi="Noto Sans" w:cs="Noto Sans Devanagari" w:eastAsia="Noto Sans Devanagari"/>
          <w:b w:val="0"/>
          <w:i w:val="0"/>
          <w:sz w:val="20"/>
        </w:rPr>
        <w:t>सकिने छ ।</w:t>
      </w:r>
    </w:p>
    <w:p>
      <w:pPr>
        <w:spacing w:after="62" w:line="259" w:lineRule="auto"/>
        <w:ind w:left="115"/>
      </w:pPr>
      <w:r>
        <w:rPr>
          <w:rFonts w:ascii="Noto Sans" w:hAnsi="Noto Sans" w:cs="Noto Sans Devanagari" w:eastAsia="Noto Sans Devanagari"/>
          <w:b w:val="0"/>
          <w:i w:val="0"/>
          <w:sz w:val="20"/>
        </w:rPr>
        <w:t>(क) आवश्यक कागजातहरू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रोजगारदाता फर्म, कम्पनी तथा संस्थाको सिफारिसपत्र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 (भारतीय नागरिकको हकमा</w:t>
      </w:r>
    </w:p>
    <w:p>
      <w:pPr>
        <w:spacing w:after="62" w:line="259" w:lineRule="auto"/>
      </w:pPr>
      <w:r>
        <w:rPr>
          <w:rFonts w:ascii="Noto Sans" w:hAnsi="Noto Sans" w:cs="Noto Sans Devanagari" w:eastAsia="Noto Sans Devanagari"/>
          <w:b w:val="0"/>
          <w:i w:val="0"/>
          <w:sz w:val="20"/>
        </w:rPr>
        <w:t>अनिवार्य नहुने)</w:t>
      </w:r>
    </w:p>
    <w:p>
      <w:pPr>
        <w:spacing w:after="62" w:line="259" w:lineRule="auto"/>
      </w:pPr>
      <w:r>
        <w:rPr>
          <w:rFonts w:ascii="Noto Sans" w:hAnsi="Noto Sans" w:cs="Noto Sans Devanagari" w:eastAsia="Noto Sans Devanagari"/>
          <w:b w:val="0"/>
          <w:i w:val="0"/>
          <w:sz w:val="20"/>
        </w:rPr>
        <w:t>(४) कर्मचारी परिचयपक्र र नियुत्तिपत्र/सम्झौतापत्र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बहालसम्बन्धी प्रमाण (भारतीय नागरिकको हकमा अनिवार्य</w:t>
      </w:r>
    </w:p>
    <w:p>
      <w:pPr>
        <w:spacing w:after="62" w:line="259" w:lineRule="auto"/>
      </w:pPr>
      <w:r>
        <w:rPr>
          <w:rFonts w:ascii="Noto Sans" w:hAnsi="Noto Sans" w:cs="Noto Sans Devanagari" w:eastAsia="Noto Sans Devanagari"/>
          <w:b w:val="0"/>
          <w:i w:val="0"/>
          <w:sz w:val="20"/>
        </w:rPr>
        <w:t>नहुने)</w:t>
      </w:r>
    </w:p>
    <w:p>
      <w:pPr>
        <w:spacing w:after="62" w:line="259" w:lineRule="auto"/>
        <w:ind w:left="115"/>
      </w:pPr>
      <w:r>
        <w:rPr>
          <w:rFonts w:ascii="Noto Sans" w:hAnsi="Noto Sans" w:cs="Noto Sans Devanagari" w:eastAsia="Noto Sans Devanagari"/>
          <w:b w:val="0"/>
          <w:i w:val="0"/>
          <w:sz w:val="20"/>
        </w:rPr>
        <w:t>२. रोजगारदातासँग गरेको करारमा उल्लिखित पारिश्रमिकमा प्रचलित कानुनबमोजिम कर कट्टी पश्चात</w:t>
      </w:r>
    </w:p>
    <w:p>
      <w:pPr>
        <w:spacing w:after="62" w:line="259" w:lineRule="auto"/>
      </w:pPr>
      <w:r>
        <w:rPr>
          <w:rFonts w:ascii="Noto Sans" w:hAnsi="Noto Sans" w:cs="Noto Sans Devanagari" w:eastAsia="Noto Sans Devanagari"/>
          <w:b w:val="0"/>
          <w:i w:val="0"/>
          <w:sz w:val="20"/>
        </w:rPr>
        <w:t>हुन आउने सम्पूर्ण रकमसम्मको भुक्तानीको लागि विदेशी लगानी तथा प्रविधि हस्तान्तरण ऐन,</w:t>
      </w:r>
    </w:p>
    <w:p>
      <w:pPr>
        <w:spacing w:after="62" w:line="259" w:lineRule="auto"/>
      </w:pPr>
      <w:r>
        <w:rPr>
          <w:rFonts w:ascii="Noto Sans" w:hAnsi="Noto Sans" w:cs="Noto Sans Devanagari" w:eastAsia="Noto Sans Devanagari"/>
          <w:b w:val="0"/>
          <w:i w:val="0"/>
          <w:sz w:val="20"/>
        </w:rPr>
        <w:t>२०७५ बमोजिम विदेशी लगानी भएका नेपाली वायुसेवा प्रदायक कम्पनी वा उद्योगमा कार्यरत</w:t>
      </w:r>
    </w:p>
    <w:p>
      <w:pPr>
        <w:spacing w:after="62" w:line="259" w:lineRule="auto"/>
      </w:pPr>
      <w:r>
        <w:rPr>
          <w:rFonts w:ascii="Noto Sans" w:hAnsi="Noto Sans" w:cs="Noto Sans Devanagari" w:eastAsia="Noto Sans Devanagari"/>
          <w:b w:val="0"/>
          <w:i w:val="0"/>
          <w:sz w:val="20"/>
        </w:rPr>
        <w:t>विदेशी नागरिकलाई विदेशी मुद्रामा; नेपालका वायुसेवा प्रदायक कम्पनीहरूमा कार्यरत गैर–बासिन्दा</w:t>
      </w:r>
    </w:p>
    <w:p>
      <w:pPr>
        <w:spacing w:after="62" w:line="259" w:lineRule="auto"/>
      </w:pPr>
      <w:r>
        <w:rPr>
          <w:rFonts w:ascii="Noto Sans" w:hAnsi="Noto Sans" w:cs="Noto Sans Devanagari" w:eastAsia="Noto Sans Devanagari"/>
          <w:b w:val="0"/>
          <w:i w:val="0"/>
          <w:sz w:val="20"/>
        </w:rPr>
        <w:t>विदेशी नागरिकलाई विदेशी मुद्रामा; र नेपालका वायुसेवा प्रदायक कम्पनीहरूमा कार्यरत विदेशी</w:t>
      </w:r>
    </w:p>
    <w:p>
      <w:pPr>
        <w:spacing w:after="62" w:line="259" w:lineRule="auto"/>
      </w:pPr>
      <w:r>
        <w:rPr>
          <w:rFonts w:ascii="Noto Sans" w:hAnsi="Noto Sans" w:cs="Noto Sans Devanagari" w:eastAsia="Noto Sans Devanagari"/>
          <w:b w:val="0"/>
          <w:i w:val="0"/>
          <w:sz w:val="20"/>
        </w:rPr>
        <w:t>नागरिकलाई भारतीय रुपैयाँमा देहायका कागजातको आधारमा पारिश्रमिक कर तिरेको प्रमाण लिई</w:t>
      </w:r>
    </w:p>
    <w:p>
      <w:pPr>
        <w:spacing w:after="62" w:line="259" w:lineRule="auto"/>
      </w:pPr>
      <w:r>
        <w:rPr>
          <w:rFonts w:ascii="Noto Sans" w:hAnsi="Noto Sans" w:cs="Noto Sans Devanagari" w:eastAsia="Noto Sans Devanagari"/>
          <w:b w:val="0"/>
          <w:i w:val="0"/>
          <w:sz w:val="20"/>
        </w:rPr>
        <w:t>सम्बन्धित मुलुकमा पठाउन सकिने छ ।</w:t>
      </w:r>
    </w:p>
    <w:p>
      <w:pPr>
        <w:spacing w:after="62" w:line="259" w:lineRule="auto"/>
        <w:ind w:left="115"/>
      </w:pPr>
      <w:r>
        <w:rPr>
          <w:rFonts w:ascii="Noto Sans" w:hAnsi="Noto Sans" w:cs="Noto Sans Devanagari" w:eastAsia="Noto Sans Devanagari"/>
          <w:b w:val="0"/>
          <w:i w:val="0"/>
          <w:sz w:val="20"/>
        </w:rPr>
        <w:t>(क) आवश्यक कागजातहरू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वायुसेवा प्रदायक कम्पनीको सिफारिस 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w:t>
      </w:r>
    </w:p>
    <w:p>
      <w:pPr>
        <w:spacing w:after="62" w:line="259" w:lineRule="auto"/>
      </w:pPr>
      <w:r>
        <w:rPr>
          <w:rFonts w:ascii="Noto Sans" w:hAnsi="Noto Sans" w:cs="Noto Sans Devanagari" w:eastAsia="Noto Sans Devanagari"/>
          <w:b w:val="0"/>
          <w:i w:val="0"/>
          <w:sz w:val="20"/>
        </w:rPr>
        <w:t>(४) कर्मचारी परिचयपक्र र नियुत्तिपत्र/सम्झौता 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वहाल सम्बन्धी प्रमाण (भारतीय नागरिक वाहेकको हकमा) ।</w:t>
      </w:r>
    </w:p>
    <w:p>
      <w:pPr>
        <w:spacing w:after="62" w:line="259" w:lineRule="auto"/>
        <w:ind w:left="115"/>
      </w:pPr>
      <w:r>
        <w:rPr>
          <w:rFonts w:ascii="Noto Sans" w:hAnsi="Noto Sans" w:cs="Noto Sans Devanagari" w:eastAsia="Noto Sans Devanagari"/>
          <w:b w:val="0"/>
          <w:i w:val="0"/>
          <w:sz w:val="20"/>
        </w:rPr>
        <w:t>३. उपदफा १ र २ मा उल्लिखित बाहेक औद्योगिक व्यवसाय ऐन, २०७६ लागु हुने नेपालमा संस्थापित</w:t>
      </w:r>
    </w:p>
    <w:p>
      <w:pPr>
        <w:spacing w:after="62" w:line="259" w:lineRule="auto"/>
      </w:pPr>
      <w:r>
        <w:rPr>
          <w:rFonts w:ascii="Noto Sans" w:hAnsi="Noto Sans" w:cs="Noto Sans Devanagari" w:eastAsia="Noto Sans Devanagari"/>
          <w:b w:val="0"/>
          <w:i w:val="0"/>
          <w:sz w:val="20"/>
        </w:rPr>
        <w:t>संस्थामा काम गरी पारिश्रमिक बापतको सटही सुविधाको लागि बैंक तथा वित्तीय संस्थाले देहायका</w:t>
      </w:r>
    </w:p>
    <w:p>
      <w:pPr>
        <w:spacing w:after="62" w:line="259" w:lineRule="auto"/>
      </w:pPr>
      <w:r>
        <w:rPr>
          <w:rFonts w:ascii="Noto Sans" w:hAnsi="Noto Sans" w:cs="Noto Sans Devanagari" w:eastAsia="Noto Sans Devanagari"/>
          <w:b w:val="0"/>
          <w:i w:val="0"/>
          <w:sz w:val="20"/>
        </w:rPr>
        <w:t>कागजातको आधारमा कर कट्टी पश्चात्को रकमको बढीमा ७० प्रतिशत रकमसम्म परिवर्त्य विदेशी</w:t>
      </w:r>
    </w:p>
    <w:p>
      <w:pPr>
        <w:spacing w:after="62" w:line="259" w:lineRule="auto"/>
      </w:pPr>
      <w:r>
        <w:rPr>
          <w:rFonts w:ascii="Noto Sans" w:hAnsi="Noto Sans" w:cs="Noto Sans Devanagari" w:eastAsia="Noto Sans Devanagari"/>
          <w:b w:val="0"/>
          <w:i w:val="0"/>
          <w:sz w:val="20"/>
        </w:rPr>
        <w:t>मुद्रामा सटही सुविधा प्रदान गर्न सक्नेछ ।</w:t>
      </w:r>
    </w:p>
    <w:p>
      <w:pPr>
        <w:spacing w:after="62" w:line="259" w:lineRule="auto"/>
      </w:pPr>
      <w:r>
        <w:rPr>
          <w:rFonts w:ascii="Noto Sans" w:hAnsi="Noto Sans" w:cs="Noto Sans Devanagari" w:eastAsia="Noto Sans Devanagari"/>
          <w:b w:val="0"/>
          <w:i w:val="0"/>
          <w:sz w:val="20"/>
        </w:rPr>
        <w:t>(१) सम्बन्धित व्यक्तिको निवेदन,</w:t>
      </w:r>
    </w:p>
    <w:p>
      <w:pPr>
        <w:spacing w:after="62" w:line="259" w:lineRule="auto"/>
      </w:pPr>
      <w:r>
        <w:rPr>
          <w:rFonts w:ascii="Noto Sans" w:hAnsi="Noto Sans" w:cs="Noto Sans Devanagari" w:eastAsia="Noto Sans Devanagari"/>
          <w:b w:val="0"/>
          <w:i w:val="0"/>
          <w:sz w:val="20"/>
        </w:rPr>
        <w:t>(२) रोजगारदाता फर्म, कम्पनी तथा संस्थाको सिफारिसपत्र,</w:t>
      </w:r>
    </w:p>
    <w:p>
      <w:pPr>
        <w:spacing w:after="62" w:line="259" w:lineRule="auto"/>
      </w:pPr>
      <w:r>
        <w:rPr>
          <w:rFonts w:ascii="Noto Sans" w:hAnsi="Noto Sans" w:cs="Noto Sans Devanagari" w:eastAsia="Noto Sans Devanagari"/>
          <w:b w:val="0"/>
          <w:i w:val="0"/>
          <w:sz w:val="20"/>
        </w:rPr>
        <w:t>(३) नेपाल सरकार, श्रम विभागको श्रम स्वीकृति पत्र (भारतीय नागरिकको हकमा अनिवार्य नभएको),</w:t>
      </w:r>
    </w:p>
    <w:p>
      <w:pPr>
        <w:spacing w:after="62" w:line="259" w:lineRule="auto"/>
      </w:pPr>
      <w:r>
        <w:rPr>
          <w:rFonts w:ascii="Noto Sans" w:hAnsi="Noto Sans" w:cs="Noto Sans Devanagari" w:eastAsia="Noto Sans Devanagari"/>
          <w:b w:val="0"/>
          <w:i w:val="0"/>
          <w:sz w:val="20"/>
        </w:rPr>
        <w:t>(४) कर्मचारी परिचयपक्र र नियुत्तिपत्र/ सम्झौतापत्र,</w:t>
      </w:r>
    </w:p>
    <w:p>
      <w:pPr>
        <w:spacing w:after="62" w:line="259" w:lineRule="auto"/>
      </w:pPr>
      <w:r>
        <w:rPr>
          <w:rFonts w:ascii="Noto Sans" w:hAnsi="Noto Sans" w:cs="Noto Sans Devanagari" w:eastAsia="Noto Sans Devanagari"/>
          <w:b w:val="0"/>
          <w:i w:val="0"/>
          <w:sz w:val="20"/>
        </w:rPr>
        <w:t>(५) पारिश्रमिक कर तिरेको प्रमाण वा भौचरको प्रतिलिपि,</w:t>
      </w:r>
    </w:p>
    <w:p>
      <w:pPr>
        <w:spacing w:after="62" w:line="259" w:lineRule="auto"/>
      </w:pPr>
      <w:r>
        <w:rPr>
          <w:rFonts w:ascii="Noto Sans" w:hAnsi="Noto Sans" w:cs="Noto Sans Devanagari" w:eastAsia="Noto Sans Devanagari"/>
          <w:b w:val="0"/>
          <w:i w:val="0"/>
          <w:sz w:val="20"/>
        </w:rPr>
        <w:t>(६) प्रवेशाज्ञा (भिसा) बहालसम्बन्धी प्रमाण (भारतीय नागरिकको हकमा अनिवार्य नभएको) ।</w:t>
      </w:r>
    </w:p>
    <w:p>
      <w:pPr>
        <w:spacing w:after="62" w:line="259" w:lineRule="auto"/>
        <w:ind w:left="115"/>
      </w:pPr>
      <w:r>
        <w:rPr>
          <w:rFonts w:ascii="Noto Sans" w:hAnsi="Noto Sans" w:cs="Noto Sans Devanagari" w:eastAsia="Noto Sans Devanagari"/>
          <w:b w:val="0"/>
          <w:i w:val="0"/>
          <w:sz w:val="20"/>
        </w:rPr>
        <w:t>४. उपदफा १, २ र ३ मा जुनसुकै कुरा लेखिएको भएतापनि सञ्चयकोष, अवकाश कोष, उपदान,</w:t>
      </w:r>
    </w:p>
    <w:p>
      <w:pPr>
        <w:spacing w:after="62" w:line="259" w:lineRule="auto"/>
      </w:pPr>
      <w:r>
        <w:rPr>
          <w:rFonts w:ascii="Noto Sans" w:hAnsi="Noto Sans" w:cs="Noto Sans Devanagari" w:eastAsia="Noto Sans Devanagari"/>
          <w:b w:val="0"/>
          <w:i w:val="0"/>
          <w:sz w:val="20"/>
        </w:rPr>
        <w:t>सामाजिक सुरक्षा कोष, सञ्चित औषधि, सञ्चित बिदा लगायत रोजगारी सम्बन्धी अन्य सञ्चित</w:t>
      </w:r>
    </w:p>
    <w:p>
      <w:pPr>
        <w:spacing w:after="62" w:line="259" w:lineRule="auto"/>
      </w:pPr>
      <w:r>
        <w:rPr>
          <w:rFonts w:ascii="Noto Sans" w:hAnsi="Noto Sans" w:cs="Noto Sans Devanagari" w:eastAsia="Noto Sans Devanagari"/>
          <w:b w:val="0"/>
          <w:i w:val="0"/>
          <w:sz w:val="20"/>
        </w:rPr>
        <w:t>रकमको हकमा नियमानुसार लाग्ने कर कट्टा पश्चात् पाउने पूरै रकम सम्बन्धित बैंक तथा वित्तीय</w:t>
      </w:r>
    </w:p>
    <w:p>
      <w:pPr>
        <w:spacing w:after="62" w:line="259" w:lineRule="auto"/>
      </w:pPr>
      <w:r>
        <w:rPr>
          <w:rFonts w:ascii="Noto Sans" w:hAnsi="Noto Sans" w:cs="Noto Sans Devanagari" w:eastAsia="Noto Sans Devanagari"/>
          <w:b w:val="0"/>
          <w:i w:val="0"/>
          <w:sz w:val="20"/>
        </w:rPr>
        <w:t>संस्थामार्फत पठाउन सकिनेछ । कार्यरत अवधिमा यस्ता कोषबाट सापटी लिई रकम पठाउन अनुरोध</w:t>
      </w:r>
    </w:p>
    <w:p>
      <w:pPr>
        <w:spacing w:after="62" w:line="259" w:lineRule="auto"/>
      </w:pPr>
      <w:r>
        <w:rPr>
          <w:rFonts w:ascii="Noto Sans" w:hAnsi="Noto Sans" w:cs="Noto Sans Devanagari" w:eastAsia="Noto Sans Devanagari"/>
          <w:b w:val="0"/>
          <w:i w:val="0"/>
          <w:sz w:val="20"/>
        </w:rPr>
        <w:t>गरेमा सो समेत पठाउन सकिनेछ ।</w:t>
      </w:r>
    </w:p>
    <w:p>
      <w:pPr>
        <w:spacing w:after="62" w:line="259" w:lineRule="auto"/>
        <w:ind w:left="115"/>
      </w:pPr>
      <w:r>
        <w:rPr>
          <w:rFonts w:ascii="Noto Sans" w:hAnsi="Noto Sans" w:cs="Noto Sans Devanagari" w:eastAsia="Noto Sans Devanagari"/>
          <w:b w:val="0"/>
          <w:i w:val="0"/>
          <w:sz w:val="20"/>
        </w:rPr>
        <w:t>५. उपदफा १, २, ३ र ४ मा उल्लिखित व्यवस्थाहरु पालना हुने गरी विदेशी नागरिकको समेत सहमति</w:t>
      </w:r>
    </w:p>
    <w:p>
      <w:pPr>
        <w:spacing w:after="62" w:line="259" w:lineRule="auto"/>
      </w:pPr>
      <w:r>
        <w:rPr>
          <w:rFonts w:ascii="Noto Sans" w:hAnsi="Noto Sans" w:cs="Noto Sans Devanagari" w:eastAsia="Noto Sans Devanagari"/>
          <w:b w:val="0"/>
          <w:i w:val="0"/>
          <w:sz w:val="20"/>
        </w:rPr>
        <w:t>भएमा सम्बन्धित रोजगारदाताको निवेदनको आधारमा रोजगारदाताको खाता खर्च गरी (एकमुष्ठ</w:t>
      </w:r>
    </w:p>
    <w:p>
      <w:pPr>
        <w:spacing w:after="62" w:line="259" w:lineRule="auto"/>
      </w:pPr>
      <w:r>
        <w:rPr>
          <w:rFonts w:ascii="Noto Sans" w:hAnsi="Noto Sans" w:cs="Noto Sans Devanagari" w:eastAsia="Noto Sans Devanagari"/>
          <w:b w:val="0"/>
          <w:i w:val="0"/>
          <w:sz w:val="20"/>
        </w:rPr>
        <w:t>समेत) विदेशी मुद्रा सम्बन्धित मुलुकमा पठाउन सकिनेछ ।</w:t>
      </w:r>
    </w:p>
    <w:p>
      <w:pPr>
        <w:spacing w:after="62" w:line="259" w:lineRule="auto"/>
      </w:pPr>
      <w:r>
        <w:rPr>
          <w:rFonts w:ascii="Noto Sans" w:hAnsi="Noto Sans" w:cs="Noto Sans Devanagari" w:eastAsia="Noto Sans Devanagari"/>
          <w:b w:val="0"/>
          <w:i w:val="0"/>
          <w:sz w:val="20"/>
        </w:rPr>
        <w:t>प्रष्टीकरणः यस दफाको प्रयोजनको लागि गैर–बासिन्दा व्यक्ति भन्नाले प्रचलित आयकर ऐन</w:t>
      </w:r>
    </w:p>
    <w:p>
      <w:pPr>
        <w:spacing w:after="62" w:line="259" w:lineRule="auto"/>
      </w:pPr>
      <w:r>
        <w:rPr>
          <w:rFonts w:ascii="Noto Sans" w:hAnsi="Noto Sans" w:cs="Noto Sans Devanagari" w:eastAsia="Noto Sans Devanagari"/>
          <w:b w:val="0"/>
          <w:i w:val="0"/>
          <w:sz w:val="20"/>
        </w:rPr>
        <w:t>mबमोजिमको बासिन्दा व्यक्ति बाहेकको व्यत्तिलाई सम्झनु पर्छ ।</w:t>
      </w:r>
    </w:p>
    <w:p>
      <w:pPr>
        <w:spacing w:after="62" w:line="259" w:lineRule="auto"/>
        <w:ind w:left="115"/>
      </w:pPr>
      <w:r>
        <w:rPr>
          <w:rFonts w:ascii="Noto Sans" w:hAnsi="Noto Sans" w:cs="Noto Sans Devanagari" w:eastAsia="Noto Sans Devanagari"/>
          <w:b w:val="0"/>
          <w:i w:val="0"/>
          <w:sz w:val="20"/>
        </w:rPr>
        <w:t>६. दफा १७ मा जुनसुकै कुरा लेखिएको भएतापनि परिवर्त्य विदेशी मुद्राको स्रोत भएका संस्थाबाट</w:t>
      </w:r>
    </w:p>
    <w:p>
      <w:pPr>
        <w:spacing w:after="62" w:line="259" w:lineRule="auto"/>
      </w:pPr>
      <w:r>
        <w:rPr>
          <w:rFonts w:ascii="Noto Sans" w:hAnsi="Noto Sans" w:cs="Noto Sans Devanagari" w:eastAsia="Noto Sans Devanagari"/>
          <w:b w:val="0"/>
          <w:i w:val="0"/>
          <w:sz w:val="20"/>
        </w:rPr>
        <w:t>परिवर्त्य विदेशी मुद्रामा पारिश्रमिक प्राप्त गर्ने गरी नेपालमा कार्यरत भारतीय नागरिकलाई त्यस्तो</w:t>
      </w:r>
    </w:p>
    <w:p>
      <w:pPr>
        <w:spacing w:after="62" w:line="259" w:lineRule="auto"/>
      </w:pPr>
      <w:r>
        <w:rPr>
          <w:rFonts w:ascii="Noto Sans" w:hAnsi="Noto Sans" w:cs="Noto Sans Devanagari" w:eastAsia="Noto Sans Devanagari"/>
          <w:b w:val="0"/>
          <w:i w:val="0"/>
          <w:sz w:val="20"/>
        </w:rPr>
        <w:t>खाताको मौज्दातले खामेसम्म दफा १७ मा उल्लिखित सीमा र कागजातको अधीनमा रही परिवर्त्य</w:t>
      </w:r>
    </w:p>
    <w:p>
      <w:pPr>
        <w:spacing w:after="62" w:line="259" w:lineRule="auto"/>
      </w:pPr>
      <w:r>
        <w:rPr>
          <w:rFonts w:ascii="Noto Sans" w:hAnsi="Noto Sans" w:cs="Noto Sans Devanagari" w:eastAsia="Noto Sans Devanagari"/>
          <w:b w:val="0"/>
          <w:i w:val="0"/>
          <w:sz w:val="20"/>
        </w:rPr>
        <w:t>विदेशी मुद्रामा समेत पारिश्रमिकको रिप्याट्रियशन सुविधा प्रदान गर्न सकिनेछ ।</w:t>
      </w:r>
    </w:p>
    <w:p>
      <w:pPr>
        <w:spacing w:after="62" w:line="259" w:lineRule="auto"/>
        <w:ind w:left="115"/>
      </w:pPr>
      <w:r>
        <w:rPr>
          <w:rFonts w:ascii="Noto Sans" w:hAnsi="Noto Sans" w:cs="Noto Sans Devanagari" w:eastAsia="Noto Sans Devanagari"/>
          <w:b w:val="0"/>
          <w:i w:val="0"/>
          <w:sz w:val="20"/>
        </w:rPr>
        <w:t>७. नेपालमा कार्यरत भारतीय नागरिकले नेपाली वाणिज्य बैंक तथा राष्ट्रियस्तरका विकास बैंकमा</w:t>
      </w:r>
    </w:p>
    <w:p>
      <w:pPr>
        <w:spacing w:after="62" w:line="259" w:lineRule="auto"/>
      </w:pPr>
      <w:r>
        <w:rPr>
          <w:rFonts w:ascii="Noto Sans" w:hAnsi="Noto Sans" w:cs="Noto Sans Devanagari" w:eastAsia="Noto Sans Devanagari"/>
          <w:b w:val="0"/>
          <w:i w:val="0"/>
          <w:sz w:val="20"/>
        </w:rPr>
        <w:t>खोलेको बैंकखाता आवद्ध विद्युतीय बैंकिङ्ग (इ–बैंकिङ्ग), अन्तरबैंक भुक्तानी, मोबाइल बैंकिङ्ग, Quick</w:t>
      </w:r>
    </w:p>
    <w:p>
      <w:pPr>
        <w:spacing w:after="62" w:line="259" w:lineRule="auto"/>
      </w:pPr>
      <w:r>
        <w:rPr>
          <w:rFonts w:ascii="Noto Sans" w:hAnsi="Noto Sans" w:cs="Noto Sans Devanagari" w:eastAsia="Noto Sans Devanagari"/>
          <w:b w:val="0"/>
          <w:i w:val="0"/>
          <w:sz w:val="20"/>
        </w:rPr>
        <w:t>Response Code मार्फत राष्ट्रिय भुक्तानी स्वीच (National Payment Switch) पूर्ण रुपमा</w:t>
      </w:r>
    </w:p>
    <w:p>
      <w:pPr>
        <w:spacing w:after="62" w:line="259" w:lineRule="auto"/>
      </w:pPr>
      <w:r>
        <w:rPr>
          <w:rFonts w:ascii="Noto Sans" w:hAnsi="Noto Sans" w:cs="Noto Sans Devanagari" w:eastAsia="Noto Sans Devanagari"/>
          <w:b w:val="0"/>
          <w:i w:val="0"/>
          <w:sz w:val="20"/>
        </w:rPr>
        <w:t>सञ्चालनमा नआएसम्म सो अन्तर्गतको Retail Payment Switch (RPS) को माध्यमबाट भारतीय</w:t>
      </w:r>
    </w:p>
    <w:p>
      <w:pPr>
        <w:spacing w:after="62" w:line="259" w:lineRule="auto"/>
      </w:pPr>
      <w:r>
        <w:rPr>
          <w:rFonts w:ascii="Noto Sans" w:hAnsi="Noto Sans" w:cs="Noto Sans Devanagari" w:eastAsia="Noto Sans Devanagari"/>
          <w:b w:val="0"/>
          <w:i w:val="0"/>
          <w:sz w:val="20"/>
        </w:rPr>
        <w:t>बैंक तथा विक्तीय संस्थामा खोलिएको व्यत्तिगत खातामा प्रति दिन भा.रु. १५,०००।– र प्रति महिना</w:t>
      </w:r>
    </w:p>
    <w:p>
      <w:pPr>
        <w:spacing w:after="62" w:line="259" w:lineRule="auto"/>
      </w:pPr>
      <w:r>
        <w:rPr>
          <w:rFonts w:ascii="Noto Sans" w:hAnsi="Noto Sans" w:cs="Noto Sans Devanagari" w:eastAsia="Noto Sans Devanagari"/>
          <w:b w:val="0"/>
          <w:i w:val="0"/>
          <w:sz w:val="20"/>
        </w:rPr>
        <w:t>भा.रु. १००,०००।– जम्मा हुने गरी पारिश्रमिक बापतको सटही सुविधा (Personal Payment/P-to-</w:t>
      </w:r>
    </w:p>
    <w:p>
      <w:pPr>
        <w:spacing w:after="62" w:line="259" w:lineRule="auto"/>
      </w:pPr>
      <w:r>
        <w:rPr>
          <w:rFonts w:ascii="Noto Sans" w:hAnsi="Noto Sans" w:cs="Noto Sans Devanagari" w:eastAsia="Noto Sans Devanagari"/>
          <w:b w:val="0"/>
          <w:i w:val="0"/>
          <w:sz w:val="20"/>
        </w:rPr>
        <w:t>P Transfers) प्रदान गर्न सकिनेछ ।</w:t>
      </w:r>
    </w:p>
    <w:p>
      <w:pPr>
        <w:spacing w:after="62" w:line="259" w:lineRule="auto"/>
        <w:ind w:left="115"/>
      </w:pPr>
      <w:r>
        <w:rPr>
          <w:rFonts w:ascii="Noto Sans" w:hAnsi="Noto Sans" w:cs="Noto Sans Devanagari" w:eastAsia="Noto Sans Devanagari"/>
          <w:b w:val="0"/>
          <w:i w:val="0"/>
          <w:sz w:val="20"/>
        </w:rPr>
        <w:t>१८. आप्रवास भिसामा विदेश जाने नेपाली नागरिकहरूलाई Settlement खर्चबापत प्रदान गर्ने परिवर्त्य विदेशी</w:t>
      </w:r>
    </w:p>
    <w:p>
      <w:pPr>
        <w:spacing w:after="62" w:line="259" w:lineRule="auto"/>
      </w:pPr>
      <w:r>
        <w:rPr>
          <w:rFonts w:ascii="Noto Sans" w:hAnsi="Noto Sans" w:cs="Noto Sans Devanagari" w:eastAsia="Noto Sans Devanagari"/>
          <w:b w:val="0"/>
          <w:i w:val="0"/>
          <w:sz w:val="20"/>
        </w:rPr>
        <w:t>मुद्राको सटही सुविधा सम्बन्धमाः</w:t>
      </w:r>
    </w:p>
    <w:p>
      <w:pPr>
        <w:spacing w:after="62" w:line="259" w:lineRule="auto"/>
        <w:ind w:left="115"/>
      </w:pPr>
      <w:r>
        <w:rPr>
          <w:rFonts w:ascii="Noto Sans" w:hAnsi="Noto Sans" w:cs="Noto Sans Devanagari" w:eastAsia="Noto Sans Devanagari"/>
          <w:b w:val="0"/>
          <w:i w:val="0"/>
          <w:sz w:val="20"/>
        </w:rPr>
        <w:t>(क) आप्रवास भिसा पाएका नेपाली नागरिकहरूलाई मात्र Settlement खर्च बापत प्रति व्यक्ति बढीमा</w:t>
      </w:r>
    </w:p>
    <w:p>
      <w:pPr>
        <w:spacing w:after="62" w:line="259" w:lineRule="auto"/>
      </w:pPr>
      <w:r>
        <w:rPr>
          <w:rFonts w:ascii="Noto Sans" w:hAnsi="Noto Sans" w:cs="Noto Sans Devanagari" w:eastAsia="Noto Sans Devanagari"/>
          <w:b w:val="0"/>
          <w:i w:val="0"/>
          <w:sz w:val="20"/>
        </w:rPr>
        <w:t>अमेरिकी डलर ५,०००।– सम्म वा सो बराबरको अन्य परिवर्त्य विदेशी मुद्रा सटही सुविधा बैंक</w:t>
      </w:r>
    </w:p>
    <w:p>
      <w:pPr>
        <w:spacing w:after="62" w:line="259" w:lineRule="auto"/>
      </w:pPr>
      <w:r>
        <w:rPr>
          <w:rFonts w:ascii="Noto Sans" w:hAnsi="Noto Sans" w:cs="Noto Sans Devanagari" w:eastAsia="Noto Sans Devanagari"/>
          <w:b w:val="0"/>
          <w:i w:val="0"/>
          <w:sz w:val="20"/>
        </w:rPr>
        <w:t>तथा वित्तीय संस्थाले उपलब्ध गराउन सकिने छ ।</w:t>
      </w:r>
    </w:p>
    <w:p>
      <w:pPr>
        <w:spacing w:after="62" w:line="259" w:lineRule="auto"/>
        <w:ind w:left="115"/>
      </w:pPr>
      <w:r>
        <w:rPr>
          <w:rFonts w:ascii="Noto Sans" w:hAnsi="Noto Sans" w:cs="Noto Sans Devanagari" w:eastAsia="Noto Sans Devanagari"/>
          <w:b w:val="0"/>
          <w:i w:val="0"/>
          <w:sz w:val="20"/>
        </w:rPr>
        <w:t>(ख) आप्रवास भिसा (Immigrant Visa) प्राप्त गरी सम्बन्धित देशमा पहिलो पटक जाने नेपाली</w:t>
      </w:r>
    </w:p>
    <w:p>
      <w:pPr>
        <w:spacing w:after="62" w:line="259" w:lineRule="auto"/>
      </w:pPr>
      <w:r>
        <w:rPr>
          <w:rFonts w:ascii="Noto Sans" w:hAnsi="Noto Sans" w:cs="Noto Sans Devanagari" w:eastAsia="Noto Sans Devanagari"/>
          <w:b w:val="0"/>
          <w:i w:val="0"/>
          <w:sz w:val="20"/>
        </w:rPr>
        <w:t>नागरिकहरूलाई एक पटक मात्र यो सटही सुविधा उपलब्ध गराउनु पर्नेछ । तर, आप्रवास भिसा</w:t>
      </w:r>
    </w:p>
    <w:p>
      <w:pPr>
        <w:spacing w:after="62" w:line="259" w:lineRule="auto"/>
      </w:pPr>
      <w:r>
        <w:rPr>
          <w:rFonts w:ascii="Noto Sans" w:hAnsi="Noto Sans" w:cs="Noto Sans Devanagari" w:eastAsia="Noto Sans Devanagari"/>
          <w:b w:val="0"/>
          <w:i w:val="0"/>
          <w:sz w:val="20"/>
        </w:rPr>
        <w:t>प्राप्त गरी यो व्यवस्था अनुसारको सटही सुविधा नलिई सम्बन्धित देश गएर नेपाल फर्की पुनः</w:t>
      </w:r>
    </w:p>
    <w:p>
      <w:pPr>
        <w:spacing w:after="62" w:line="259" w:lineRule="auto"/>
      </w:pPr>
      <w:r>
        <w:rPr>
          <w:rFonts w:ascii="Noto Sans" w:hAnsi="Noto Sans" w:cs="Noto Sans Devanagari" w:eastAsia="Noto Sans Devanagari"/>
          <w:b w:val="0"/>
          <w:i w:val="0"/>
          <w:sz w:val="20"/>
        </w:rPr>
        <w:t>जाने र सोही देशमा रहेको समयमा आप्रवास भिसा प्राप्त गरी नेपाल आई पुनः जाने नेपाली</w:t>
      </w:r>
    </w:p>
    <w:p>
      <w:pPr>
        <w:spacing w:after="62" w:line="259" w:lineRule="auto"/>
      </w:pPr>
      <w:r>
        <w:rPr>
          <w:rFonts w:ascii="Noto Sans" w:hAnsi="Noto Sans" w:cs="Noto Sans Devanagari" w:eastAsia="Noto Sans Devanagari"/>
          <w:b w:val="0"/>
          <w:i w:val="0"/>
          <w:sz w:val="20"/>
        </w:rPr>
        <w:t>नागरिकहरूलाई यस्तो सटही सुविधा प्रदान गर्न मिल्ने छैन ।</w:t>
      </w:r>
    </w:p>
    <w:p>
      <w:pPr>
        <w:spacing w:after="62" w:line="259" w:lineRule="auto"/>
        <w:ind w:left="115"/>
      </w:pPr>
      <w:r>
        <w:rPr>
          <w:rFonts w:ascii="Noto Sans" w:hAnsi="Noto Sans" w:cs="Noto Sans Devanagari" w:eastAsia="Noto Sans Devanagari"/>
          <w:b w:val="0"/>
          <w:i w:val="0"/>
          <w:sz w:val="20"/>
        </w:rPr>
        <w:t>(ग) नेपाल सरकारले जारी गरेको राहदानी, आप्रवास भिसा र नेपालदेखि नै शुरु हुने कन्फर्म्ड हवाई</w:t>
      </w:r>
    </w:p>
    <w:p>
      <w:pPr>
        <w:spacing w:after="62" w:line="259" w:lineRule="auto"/>
      </w:pPr>
      <w:r>
        <w:rPr>
          <w:rFonts w:ascii="Noto Sans" w:hAnsi="Noto Sans" w:cs="Noto Sans Devanagari" w:eastAsia="Noto Sans Devanagari"/>
          <w:b w:val="0"/>
          <w:i w:val="0"/>
          <w:sz w:val="20"/>
        </w:rPr>
        <w:t>टिकटको प्रतिलिपि अनिवार्यरुपमा लिई यस्तो सटही सुविधा उपलब्ध गराउनु पर्नेछ । उदाहरणको</w:t>
      </w:r>
    </w:p>
    <w:p>
      <w:pPr>
        <w:spacing w:after="62" w:line="259" w:lineRule="auto"/>
      </w:pPr>
      <w:r>
        <w:rPr>
          <w:rFonts w:ascii="Noto Sans" w:hAnsi="Noto Sans" w:cs="Noto Sans Devanagari" w:eastAsia="Noto Sans Devanagari"/>
          <w:b w:val="0"/>
          <w:i w:val="0"/>
          <w:sz w:val="20"/>
        </w:rPr>
        <w:t>लागि केही विकसित मुलुकहरूको आप्रवास भिसाको विवरण देहायअनुरुप छन् ।</w:t>
      </w:r>
    </w:p>
    <w:p>
      <w:pPr>
        <w:spacing w:after="62" w:line="259" w:lineRule="auto"/>
      </w:pPr>
      <w:r>
        <w:rPr>
          <w:rFonts w:ascii="Noto Sans" w:hAnsi="Noto Sans" w:cs="Noto Sans Devanagari" w:eastAsia="Noto Sans Devanagari"/>
          <w:b w:val="0"/>
          <w:i w:val="0"/>
          <w:sz w:val="20"/>
        </w:rPr>
        <w:t>मुलुक भिसाको किसिम</w:t>
      </w:r>
    </w:p>
    <w:p>
      <w:pPr>
        <w:spacing w:after="62" w:line="259" w:lineRule="auto"/>
      </w:pPr>
      <w:r>
        <w:rPr>
          <w:rFonts w:ascii="Noto Sans" w:hAnsi="Noto Sans" w:cs="Noto Sans Devanagari" w:eastAsia="Noto Sans Devanagari"/>
          <w:b w:val="0"/>
          <w:i w:val="0"/>
          <w:sz w:val="20"/>
        </w:rPr>
        <w:t>संयुक्त राज्य अमेरिका Immigrant Visa</w:t>
      </w:r>
    </w:p>
    <w:p>
      <w:pPr>
        <w:spacing w:after="62" w:line="259" w:lineRule="auto"/>
      </w:pPr>
      <w:r>
        <w:rPr>
          <w:rFonts w:ascii="Noto Sans" w:hAnsi="Noto Sans" w:cs="Noto Sans Devanagari" w:eastAsia="Noto Sans Devanagari"/>
          <w:b w:val="0"/>
          <w:i w:val="0"/>
          <w:sz w:val="20"/>
        </w:rPr>
        <w:t>क्यानडा Immigrant Visa</w:t>
      </w:r>
    </w:p>
    <w:p>
      <w:pPr>
        <w:spacing w:after="62" w:line="259" w:lineRule="auto"/>
      </w:pPr>
      <w:r>
        <w:rPr>
          <w:rFonts w:ascii="Noto Sans" w:hAnsi="Noto Sans" w:cs="Noto Sans Devanagari" w:eastAsia="Noto Sans Devanagari"/>
          <w:b w:val="0"/>
          <w:i w:val="0"/>
          <w:sz w:val="20"/>
        </w:rPr>
        <w:t>बेलायत Visa Highly Skilled Migrant Programme र Visa Settlement-AF</w:t>
      </w:r>
    </w:p>
    <w:p>
      <w:pPr>
        <w:spacing w:after="62" w:line="259" w:lineRule="auto"/>
      </w:pPr>
      <w:r>
        <w:rPr>
          <w:rFonts w:ascii="Noto Sans" w:hAnsi="Noto Sans" w:cs="Noto Sans Devanagari" w:eastAsia="Noto Sans Devanagari"/>
          <w:b w:val="0"/>
          <w:i w:val="0"/>
          <w:sz w:val="20"/>
        </w:rPr>
        <w:t>अष्ट्रेलिया Permitted to remain in Australia Indefinitely लेखिएको Visa</w:t>
      </w:r>
    </w:p>
    <w:p>
      <w:pPr>
        <w:spacing w:after="62" w:line="259" w:lineRule="auto"/>
        <w:ind w:left="115"/>
      </w:pPr>
      <w:r>
        <w:rPr>
          <w:rFonts w:ascii="Noto Sans" w:hAnsi="Noto Sans" w:cs="Noto Sans Devanagari" w:eastAsia="Noto Sans Devanagari"/>
          <w:b w:val="0"/>
          <w:i w:val="0"/>
          <w:sz w:val="20"/>
        </w:rPr>
        <w:t>(घ) यस्तो सटही सुविधा उपलब्ध गराएको रकम स्पष्ट देखिने गरी सम्बन्धित व्यक्तिको राहदानीमा</w:t>
      </w:r>
    </w:p>
    <w:p>
      <w:pPr>
        <w:spacing w:after="62" w:line="259" w:lineRule="auto"/>
      </w:pPr>
      <w:r>
        <w:rPr>
          <w:rFonts w:ascii="Noto Sans" w:hAnsi="Noto Sans" w:cs="Noto Sans Devanagari" w:eastAsia="Noto Sans Devanagari"/>
          <w:b w:val="0"/>
          <w:i w:val="0"/>
          <w:sz w:val="20"/>
        </w:rPr>
        <w:t>दरपीठ गरी सो कागजातको प्रतिलिपि अभिलेखको लागि राख्नु पर्नेछ ।</w:t>
      </w:r>
    </w:p>
    <w:p>
      <w:pPr>
        <w:spacing w:after="62" w:line="259" w:lineRule="auto"/>
        <w:ind w:left="115"/>
      </w:pPr>
      <w:r>
        <w:rPr>
          <w:rFonts w:ascii="Noto Sans" w:hAnsi="Noto Sans" w:cs="Noto Sans Devanagari" w:eastAsia="Noto Sans Devanagari"/>
          <w:b w:val="0"/>
          <w:i w:val="0"/>
          <w:sz w:val="20"/>
        </w:rPr>
        <w:t>(ङ) यस प्रकारको सटही सुविधा उपलब्ध गराएको विवरण मासिक रुपमा महिना व्यतित भएको ७</w:t>
      </w:r>
    </w:p>
    <w:p>
      <w:pPr>
        <w:spacing w:after="62" w:line="259" w:lineRule="auto"/>
      </w:pPr>
      <w:r>
        <w:rPr>
          <w:rFonts w:ascii="Noto Sans" w:hAnsi="Noto Sans" w:cs="Noto Sans Devanagari" w:eastAsia="Noto Sans Devanagari"/>
          <w:b w:val="0"/>
          <w:i w:val="0"/>
          <w:sz w:val="20"/>
        </w:rPr>
        <w:t>दिनभित्र यस विभागमा उपलब्ध गराउनु पर्नेछ ।</w:t>
      </w:r>
    </w:p>
    <w:p>
      <w:pPr>
        <w:spacing w:after="62" w:line="259" w:lineRule="auto"/>
        <w:ind w:left="115"/>
      </w:pPr>
      <w:r>
        <w:rPr>
          <w:rFonts w:ascii="Noto Sans" w:hAnsi="Noto Sans" w:cs="Noto Sans Devanagari" w:eastAsia="Noto Sans Devanagari"/>
          <w:b w:val="0"/>
          <w:i w:val="0"/>
          <w:sz w:val="20"/>
        </w:rPr>
        <w:t>(च) यस दफा अन्तर्गत आप्रवास भिसा (Immigrant Visa, Visa Highly Skilled Migrant</w:t>
      </w:r>
    </w:p>
    <w:p>
      <w:pPr>
        <w:spacing w:after="62" w:line="259" w:lineRule="auto"/>
      </w:pPr>
      <w:r>
        <w:rPr>
          <w:rFonts w:ascii="Noto Sans" w:hAnsi="Noto Sans" w:cs="Noto Sans Devanagari" w:eastAsia="Noto Sans Devanagari"/>
          <w:b w:val="0"/>
          <w:i w:val="0"/>
          <w:sz w:val="20"/>
        </w:rPr>
        <w:t>Programme, Visa Settlement -AF, Permitted to remain in Australia Indefinitely Visa र</w:t>
      </w:r>
    </w:p>
    <w:p>
      <w:pPr>
        <w:spacing w:after="62" w:line="259" w:lineRule="auto"/>
      </w:pPr>
      <w:r>
        <w:rPr>
          <w:rFonts w:ascii="Noto Sans" w:hAnsi="Noto Sans" w:cs="Noto Sans Devanagari" w:eastAsia="Noto Sans Devanagari"/>
          <w:b w:val="0"/>
          <w:i w:val="0"/>
          <w:sz w:val="20"/>
        </w:rPr>
        <w:t>Diversity Visa etc.) प्राप्त गरी सम्बन्धित देशमा जाने व्यक्तिलाई पहिलो पटक मात्र दफा १</w:t>
      </w:r>
    </w:p>
    <w:p>
      <w:pPr>
        <w:spacing w:after="62" w:line="259" w:lineRule="auto"/>
        <w:ind w:left="115"/>
      </w:pPr>
      <w:r>
        <w:rPr>
          <w:rFonts w:ascii="Noto Sans" w:hAnsi="Noto Sans" w:cs="Noto Sans Devanagari" w:eastAsia="Noto Sans Devanagari"/>
          <w:b w:val="0"/>
          <w:i w:val="0"/>
          <w:sz w:val="20"/>
        </w:rPr>
        <w:t>(ख) को बुँदा (१), (२) वा (३) मा उल्लिखित सटही सुविधा उपलब्ध गराउन सकिनेछ ।</w:t>
      </w:r>
    </w:p>
    <w:p>
      <w:pPr>
        <w:spacing w:after="62" w:line="259" w:lineRule="auto"/>
        <w:ind w:left="115"/>
      </w:pPr>
      <w:r>
        <w:rPr>
          <w:rFonts w:ascii="Noto Sans" w:hAnsi="Noto Sans" w:cs="Noto Sans Devanagari" w:eastAsia="Noto Sans Devanagari"/>
          <w:b w:val="0"/>
          <w:i w:val="0"/>
          <w:sz w:val="20"/>
        </w:rPr>
        <w:t>१९. यस एकीकृत इ.प्रा.परिपत्र ७/२०८२ को दफा ८ को बुँदा (क), (ग), (घ), (ङ), दफा ९, दफा १२, दफा १३</w:t>
      </w:r>
    </w:p>
    <w:p>
      <w:pPr>
        <w:spacing w:after="62" w:line="259" w:lineRule="auto"/>
      </w:pPr>
      <w:r>
        <w:rPr>
          <w:rFonts w:ascii="Noto Sans" w:hAnsi="Noto Sans" w:cs="Noto Sans Devanagari" w:eastAsia="Noto Sans Devanagari"/>
          <w:b w:val="0"/>
          <w:i w:val="0"/>
          <w:sz w:val="20"/>
        </w:rPr>
        <w:t>र दफा १४ मा उल्लिखित व्यवस्थाहरु इजाजतपत्रप्राप्त पूर्वाधार विकास बैंकलाई समेत लागू हुनेछ ।</w:t>
      </w:r>
    </w:p>
    <w:p>
      <w:pPr>
        <w:spacing w:after="62" w:line="259" w:lineRule="auto"/>
      </w:pPr>
      <w:r>
        <w:rPr>
          <w:rFonts w:ascii="Noto Sans" w:hAnsi="Noto Sans" w:cs="Noto Sans Devanagari" w:eastAsia="Noto Sans Devanagari"/>
          <w:b w:val="0"/>
          <w:i w:val="0"/>
          <w:sz w:val="20"/>
        </w:rPr>
        <w:t>अनुसूची ७.१</w:t>
      </w:r>
    </w:p>
    <w:p>
      <w:pPr>
        <w:spacing w:after="62" w:line="259" w:lineRule="auto"/>
      </w:pPr>
      <w:r>
        <w:rPr>
          <w:rFonts w:ascii="Noto Sans" w:hAnsi="Noto Sans" w:cs="Noto Sans Devanagari" w:eastAsia="Noto Sans Devanagari"/>
          <w:b w:val="0"/>
          <w:i w:val="0"/>
          <w:sz w:val="20"/>
        </w:rPr>
        <w:t>(इ.प्रा.परिपत्र संख्या ७ को दफा १(झ) को प्रयोजनको लागि)</w:t>
      </w:r>
    </w:p>
    <w:p>
      <w:pPr>
        <w:spacing w:after="62" w:line="259" w:lineRule="auto"/>
      </w:pPr>
      <w:r>
        <w:rPr>
          <w:rFonts w:ascii="Noto Sans" w:hAnsi="Noto Sans" w:cs="Noto Sans Devanagari" w:eastAsia="Noto Sans Devanagari"/>
          <w:b w:val="0"/>
          <w:i w:val="0"/>
          <w:sz w:val="20"/>
        </w:rPr>
        <w:t>मिति ः ....................</w:t>
      </w:r>
    </w:p>
    <w:p>
      <w:pPr>
        <w:spacing w:after="62" w:line="259" w:lineRule="auto"/>
      </w:pPr>
      <w:r>
        <w:rPr>
          <w:rFonts w:ascii="Noto Sans" w:hAnsi="Noto Sans" w:cs="Noto Sans Devanagari" w:eastAsia="Noto Sans Devanagari"/>
          <w:b w:val="0"/>
          <w:i w:val="0"/>
          <w:sz w:val="20"/>
        </w:rPr>
        <w:t>श्री ...................</w:t>
      </w:r>
    </w:p>
    <w:p>
      <w:pPr>
        <w:spacing w:after="62" w:line="259" w:lineRule="auto"/>
      </w:pPr>
      <w:r>
        <w:rPr>
          <w:rFonts w:ascii="Noto Sans" w:hAnsi="Noto Sans" w:cs="Noto Sans Devanagari" w:eastAsia="Noto Sans Devanagari"/>
          <w:b w:val="0"/>
          <w:i w:val="0"/>
          <w:sz w:val="20"/>
        </w:rPr>
        <w:t>............................।</w:t>
      </w:r>
    </w:p>
    <w:p>
      <w:pPr>
        <w:spacing w:after="62" w:line="259" w:lineRule="auto"/>
      </w:pPr>
      <w:r>
        <w:rPr>
          <w:rFonts w:ascii="Noto Sans" w:hAnsi="Noto Sans" w:cs="Noto Sans Devanagari" w:eastAsia="Noto Sans Devanagari"/>
          <w:b w:val="0"/>
          <w:i w:val="0"/>
          <w:sz w:val="20"/>
        </w:rPr>
        <w:t>विषयः राहदानी बापतको सटही सुविधा पाऊँ ।</w:t>
      </w:r>
    </w:p>
    <w:p>
      <w:pPr>
        <w:spacing w:after="62" w:line="259" w:lineRule="auto"/>
      </w:pPr>
      <w:r>
        <w:rPr>
          <w:rFonts w:ascii="Noto Sans" w:hAnsi="Noto Sans" w:cs="Noto Sans Devanagari" w:eastAsia="Noto Sans Devanagari"/>
          <w:b w:val="0"/>
          <w:i w:val="0"/>
          <w:sz w:val="20"/>
        </w:rPr>
        <w:t>महाशय,</w:t>
      </w:r>
    </w:p>
    <w:p>
      <w:pPr>
        <w:spacing w:after="62" w:line="259" w:lineRule="auto"/>
      </w:pPr>
      <w:r>
        <w:rPr>
          <w:rFonts w:ascii="Noto Sans" w:hAnsi="Noto Sans" w:cs="Noto Sans Devanagari" w:eastAsia="Noto Sans Devanagari"/>
          <w:b w:val="0"/>
          <w:i w:val="0"/>
          <w:sz w:val="20"/>
        </w:rPr>
        <w:t>म .................................................... मा करीब ................................................................को लागि</w:t>
      </w:r>
    </w:p>
    <w:p>
      <w:pPr>
        <w:spacing w:after="62" w:line="259" w:lineRule="auto"/>
      </w:pPr>
      <w:r>
        <w:rPr>
          <w:rFonts w:ascii="Noto Sans" w:hAnsi="Noto Sans" w:cs="Noto Sans Devanagari" w:eastAsia="Noto Sans Devanagari"/>
          <w:b w:val="0"/>
          <w:i w:val="0"/>
          <w:sz w:val="20"/>
        </w:rPr>
        <w:t>(देशको नाम) (अवधि उल्लेख गर्नुपर्ने</w:t>
      </w:r>
    </w:p>
    <w:p>
      <w:pPr>
        <w:spacing w:after="62" w:line="259" w:lineRule="auto"/>
      </w:pPr>
      <w:r>
        <w:rPr>
          <w:rFonts w:ascii="Noto Sans" w:hAnsi="Noto Sans" w:cs="Noto Sans Devanagari" w:eastAsia="Noto Sans Devanagari"/>
          <w:b w:val="0"/>
          <w:i w:val="0"/>
          <w:sz w:val="20"/>
        </w:rPr>
        <w:t>भ्रमणमा जान लागेको हुँदा राहदानी बापतको नियमानुसार पाउने अमेरिकी डलर ...........(अमेरिकी डलर</w:t>
      </w:r>
    </w:p>
    <w:p>
      <w:pPr>
        <w:spacing w:after="62" w:line="259" w:lineRule="auto"/>
      </w:pPr>
      <w:r>
        <w:rPr>
          <w:rFonts w:ascii="Noto Sans" w:hAnsi="Noto Sans" w:cs="Noto Sans Devanagari" w:eastAsia="Noto Sans Devanagari"/>
          <w:b w:val="0"/>
          <w:i w:val="0"/>
          <w:sz w:val="20"/>
        </w:rPr>
        <w:t>...................मात्र) सटही सुविधाको लािग अनुरोध गर्दछु ।</w:t>
      </w:r>
    </w:p>
    <w:p>
      <w:pPr>
        <w:spacing w:after="62" w:line="259" w:lineRule="auto"/>
      </w:pPr>
      <w:r>
        <w:rPr>
          <w:rFonts w:ascii="Noto Sans" w:hAnsi="Noto Sans" w:cs="Noto Sans Devanagari" w:eastAsia="Noto Sans Devanagari"/>
          <w:b w:val="0"/>
          <w:i w:val="0"/>
          <w:sz w:val="20"/>
        </w:rPr>
        <w:t>मैले यस राहदानी बापत सटही लिएको एक महिनाभित्र उद्देश्य बमोजिम विदेश यात्रा नगरेमा सो विदेशी मुद्रा बैंकमा दाखिला</w:t>
      </w:r>
    </w:p>
    <w:p>
      <w:pPr>
        <w:spacing w:after="62" w:line="259" w:lineRule="auto"/>
      </w:pPr>
      <w:r>
        <w:rPr>
          <w:rFonts w:ascii="Noto Sans" w:hAnsi="Noto Sans" w:cs="Noto Sans Devanagari" w:eastAsia="Noto Sans Devanagari"/>
          <w:b w:val="0"/>
          <w:i w:val="0"/>
          <w:sz w:val="20"/>
        </w:rPr>
        <w:t>गर्नेछु । साथै, यस पटकको विदेश भ्रमणको लागि तोकिएको सीमाभन्दा बढी हुने गरी राहदानी बापतको सटही सुविधा अन्य</w:t>
      </w:r>
    </w:p>
    <w:p>
      <w:pPr>
        <w:spacing w:after="62" w:line="259" w:lineRule="auto"/>
      </w:pPr>
      <w:r>
        <w:rPr>
          <w:rFonts w:ascii="Noto Sans" w:hAnsi="Noto Sans" w:cs="Noto Sans Devanagari" w:eastAsia="Noto Sans Devanagari"/>
          <w:b w:val="0"/>
          <w:i w:val="0"/>
          <w:sz w:val="20"/>
        </w:rPr>
        <w:t>कुनै पनि संस्थाबाट नलिएको र सटही बापतको रकम वैध श्रोतबाट प्राप्त भएको व्यहोरा समेत अनुरोध</w:t>
      </w:r>
    </w:p>
    <w:p>
      <w:pPr>
        <w:spacing w:after="62" w:line="259" w:lineRule="auto"/>
      </w:pPr>
      <w:r>
        <w:rPr>
          <w:rFonts w:ascii="Noto Sans" w:hAnsi="Noto Sans" w:cs="Noto Sans Devanagari" w:eastAsia="Noto Sans Devanagari"/>
          <w:b w:val="0"/>
          <w:i w:val="0"/>
          <w:sz w:val="20"/>
        </w:rPr>
        <w:t>गर्दछु । झुट्टा विवरण पेश गरी सटही लिएको ठहरेमा प्रचलित ऐन, कानुन बमोजिम सजायँको भागीदार स्वयम् हुनेछु ।</w:t>
      </w:r>
    </w:p>
    <w:p>
      <w:pPr>
        <w:spacing w:after="62" w:line="259" w:lineRule="auto"/>
      </w:pPr>
      <w:r>
        <w:rPr>
          <w:rFonts w:ascii="Noto Sans" w:hAnsi="Noto Sans" w:cs="Noto Sans Devanagari" w:eastAsia="Noto Sans Devanagari"/>
          <w:b w:val="0"/>
          <w:i w:val="0"/>
          <w:sz w:val="20"/>
        </w:rPr>
        <w:t>भवदीय,</w:t>
      </w:r>
    </w:p>
    <w:p>
      <w:pPr>
        <w:spacing w:after="62" w:line="259" w:lineRule="auto"/>
      </w:pPr>
      <w:r>
        <w:rPr>
          <w:rFonts w:ascii="Noto Sans" w:hAnsi="Noto Sans" w:cs="Noto Sans Devanagari" w:eastAsia="Noto Sans Devanagari"/>
          <w:b w:val="0"/>
          <w:i w:val="0"/>
          <w:sz w:val="20"/>
        </w:rPr>
        <w:t>........................</w:t>
      </w:r>
    </w:p>
    <w:p>
      <w:pPr>
        <w:spacing w:after="62" w:line="259" w:lineRule="auto"/>
      </w:pPr>
      <w:r>
        <w:rPr>
          <w:rFonts w:ascii="Noto Sans" w:hAnsi="Noto Sans" w:cs="Noto Sans Devanagari" w:eastAsia="Noto Sans Devanagari"/>
          <w:b w:val="0"/>
          <w:i w:val="0"/>
          <w:sz w:val="20"/>
        </w:rPr>
        <w:t>दस्तखत</w:t>
      </w:r>
    </w:p>
    <w:p>
      <w:pPr>
        <w:spacing w:after="62" w:line="259" w:lineRule="auto"/>
      </w:pPr>
      <w:r>
        <w:rPr>
          <w:rFonts w:ascii="Noto Sans" w:hAnsi="Noto Sans" w:cs="Noto Sans Devanagari" w:eastAsia="Noto Sans Devanagari"/>
          <w:b w:val="0"/>
          <w:i w:val="0"/>
          <w:sz w:val="20"/>
        </w:rPr>
        <w:t>भ्रमणको उद्देश्य :</w:t>
      </w:r>
    </w:p>
    <w:p>
      <w:pPr>
        <w:spacing w:after="62" w:line="259" w:lineRule="auto"/>
      </w:pPr>
      <w:r>
        <w:rPr>
          <w:rFonts w:ascii="Noto Sans" w:hAnsi="Noto Sans" w:cs="Noto Sans Devanagari" w:eastAsia="Noto Sans Devanagari"/>
          <w:b w:val="0"/>
          <w:i w:val="0"/>
          <w:sz w:val="20"/>
        </w:rPr>
        <w:t>o व्यवसायिक/औपचारिक भ्रमण</w:t>
      </w:r>
    </w:p>
    <w:p>
      <w:pPr>
        <w:spacing w:after="62" w:line="259" w:lineRule="auto"/>
      </w:pPr>
      <w:r>
        <w:rPr>
          <w:rFonts w:ascii="Noto Sans" w:hAnsi="Noto Sans" w:cs="Noto Sans Devanagari" w:eastAsia="Noto Sans Devanagari"/>
          <w:b w:val="0"/>
          <w:i w:val="0"/>
          <w:sz w:val="20"/>
        </w:rPr>
        <w:t>o उपचार</w:t>
      </w:r>
    </w:p>
    <w:p>
      <w:pPr>
        <w:spacing w:after="62" w:line="259" w:lineRule="auto"/>
      </w:pPr>
      <w:r>
        <w:rPr>
          <w:rFonts w:ascii="Noto Sans" w:hAnsi="Noto Sans" w:cs="Noto Sans Devanagari" w:eastAsia="Noto Sans Devanagari"/>
          <w:b w:val="0"/>
          <w:i w:val="0"/>
          <w:sz w:val="20"/>
        </w:rPr>
        <w:t>o स्थायी बसाई (प्रथम पटक)</w:t>
      </w:r>
    </w:p>
    <w:p>
      <w:pPr>
        <w:spacing w:after="62" w:line="259" w:lineRule="auto"/>
      </w:pPr>
      <w:r>
        <w:rPr>
          <w:rFonts w:ascii="Noto Sans" w:hAnsi="Noto Sans" w:cs="Noto Sans Devanagari" w:eastAsia="Noto Sans Devanagari"/>
          <w:b w:val="0"/>
          <w:i w:val="0"/>
          <w:sz w:val="20"/>
        </w:rPr>
        <w:t>o अस्थायी रोजगार</w:t>
      </w:r>
    </w:p>
    <w:p>
      <w:pPr>
        <w:spacing w:after="62" w:line="259" w:lineRule="auto"/>
      </w:pPr>
      <w:r>
        <w:rPr>
          <w:rFonts w:ascii="Noto Sans" w:hAnsi="Noto Sans" w:cs="Noto Sans Devanagari" w:eastAsia="Noto Sans Devanagari"/>
          <w:b w:val="0"/>
          <w:i w:val="0"/>
          <w:sz w:val="20"/>
        </w:rPr>
        <w:t>o शिक्षा, अध्ययन</w:t>
      </w:r>
    </w:p>
    <w:p>
      <w:pPr>
        <w:spacing w:after="62" w:line="259" w:lineRule="auto"/>
      </w:pPr>
      <w:r>
        <w:rPr>
          <w:rFonts w:ascii="Noto Sans" w:hAnsi="Noto Sans" w:cs="Noto Sans Devanagari" w:eastAsia="Noto Sans Devanagari"/>
          <w:b w:val="0"/>
          <w:i w:val="0"/>
          <w:sz w:val="20"/>
        </w:rPr>
        <w:t>o अन्य व्यक्तिगत भ्रमण</w:t>
      </w:r>
    </w:p>
    <w:p>
      <w:pPr>
        <w:spacing w:after="62" w:line="259" w:lineRule="auto"/>
      </w:pPr>
      <w:r>
        <w:rPr>
          <w:rFonts w:ascii="Noto Sans" w:hAnsi="Noto Sans" w:cs="Noto Sans Devanagari" w:eastAsia="Noto Sans Devanagari"/>
          <w:b w:val="0"/>
          <w:i w:val="0"/>
          <w:sz w:val="20"/>
        </w:rPr>
        <w:t>विवरण ः–</w:t>
      </w:r>
    </w:p>
    <w:p>
      <w:pPr>
        <w:spacing w:after="62" w:line="259" w:lineRule="auto"/>
      </w:pPr>
      <w:r>
        <w:rPr>
          <w:rFonts w:ascii="Noto Sans" w:hAnsi="Noto Sans" w:cs="Noto Sans Devanagari" w:eastAsia="Noto Sans Devanagari"/>
          <w:b w:val="0"/>
          <w:i w:val="0"/>
          <w:sz w:val="20"/>
        </w:rPr>
        <w:t>राहदानी नं. ...................... पूरा नाम ः .......................................</w:t>
      </w:r>
    </w:p>
    <w:p>
      <w:pPr>
        <w:spacing w:after="62" w:line="259" w:lineRule="auto"/>
      </w:pPr>
      <w:r>
        <w:rPr>
          <w:rFonts w:ascii="Noto Sans" w:hAnsi="Noto Sans" w:cs="Noto Sans Devanagari" w:eastAsia="Noto Sans Devanagari"/>
          <w:b w:val="0"/>
          <w:i w:val="0"/>
          <w:sz w:val="20"/>
        </w:rPr>
        <w:t>एयरलाइन्सको नाम ः ...................... ठेगाना ः ...................................</w:t>
      </w:r>
    </w:p>
    <w:p>
      <w:pPr>
        <w:spacing w:after="62" w:line="259" w:lineRule="auto"/>
        <w:ind w:left="115"/>
      </w:pPr>
      <w:r>
        <w:rPr>
          <w:rFonts w:ascii="Noto Sans" w:hAnsi="Noto Sans" w:cs="Noto Sans Devanagari" w:eastAsia="Noto Sans Devanagari"/>
          <w:b w:val="0"/>
          <w:i w:val="0"/>
          <w:sz w:val="20"/>
        </w:rPr>
        <w:t>(क) हवाई टिकट नं....................... फोन नम्बर ः ...................................</w:t>
      </w:r>
    </w:p>
    <w:p>
      <w:pPr>
        <w:spacing w:after="62" w:line="259" w:lineRule="auto"/>
        <w:ind w:left="115"/>
      </w:pPr>
      <w:r>
        <w:rPr>
          <w:rFonts w:ascii="Noto Sans" w:hAnsi="Noto Sans" w:cs="Noto Sans Devanagari" w:eastAsia="Noto Sans Devanagari"/>
          <w:b w:val="0"/>
          <w:i w:val="0"/>
          <w:sz w:val="20"/>
        </w:rPr>
        <w:t>(ख) हवाई टिकट नं....................... राहदानी जारी गरेको मिति ः ........................</w:t>
      </w:r>
    </w:p>
    <w:p>
      <w:pPr>
        <w:spacing w:after="62" w:line="259" w:lineRule="auto"/>
      </w:pPr>
      <w:r>
        <w:rPr>
          <w:rFonts w:ascii="Noto Sans" w:hAnsi="Noto Sans" w:cs="Noto Sans Devanagari" w:eastAsia="Noto Sans Devanagari"/>
          <w:b w:val="0"/>
          <w:i w:val="0"/>
          <w:sz w:val="20"/>
        </w:rPr>
        <w:t>उडान निश्चित भएको तारीख..................... राहदानी बहाली रहने मिति ः ......................</w:t>
      </w:r>
    </w:p>
    <w:p>
      <w:pPr>
        <w:spacing w:after="62" w:line="259" w:lineRule="auto"/>
      </w:pPr>
      <w:r>
        <w:rPr>
          <w:rFonts w:ascii="Noto Sans" w:hAnsi="Noto Sans" w:cs="Noto Sans Devanagari" w:eastAsia="Noto Sans Devanagari"/>
          <w:b w:val="0"/>
          <w:i w:val="0"/>
          <w:sz w:val="20"/>
        </w:rPr>
        <w:t>अनुसूची ७.२</w:t>
      </w:r>
    </w:p>
    <w:p>
      <w:pPr>
        <w:spacing w:after="62" w:line="259" w:lineRule="auto"/>
      </w:pPr>
      <w:r>
        <w:rPr>
          <w:rFonts w:ascii="Noto Sans" w:hAnsi="Noto Sans" w:cs="Noto Sans Devanagari" w:eastAsia="Noto Sans Devanagari"/>
          <w:b w:val="0"/>
          <w:i w:val="0"/>
          <w:sz w:val="20"/>
        </w:rPr>
        <w:t>राहदनी बापत सटही सुविधा प्रदान गरिएको मासिक विवरण</w:t>
      </w:r>
    </w:p>
    <w:p>
      <w:pPr>
        <w:spacing w:after="62" w:line="259" w:lineRule="auto"/>
      </w:pPr>
      <w:r>
        <w:rPr>
          <w:rFonts w:ascii="Noto Sans" w:hAnsi="Noto Sans" w:cs="Noto Sans Devanagari" w:eastAsia="Noto Sans Devanagari"/>
          <w:b w:val="0"/>
          <w:i w:val="0"/>
          <w:sz w:val="20"/>
        </w:rPr>
        <w:t>(इ.प्रा.परिपत्र संख्या ७ को दफा १(ट) को प्रयोजनको लागि)</w:t>
      </w:r>
    </w:p>
    <w:p>
      <w:pPr>
        <w:spacing w:after="62" w:line="259" w:lineRule="auto"/>
      </w:pPr>
      <w:r>
        <w:rPr>
          <w:rFonts w:ascii="Noto Sans" w:hAnsi="Noto Sans" w:cs="Noto Sans Devanagari" w:eastAsia="Noto Sans Devanagari"/>
          <w:b w:val="0"/>
          <w:i w:val="0"/>
          <w:sz w:val="20"/>
        </w:rPr>
        <w:t>इजाजतपत्रप्राप्त बैंक/वित्तीय संस्था/निकायको नाम ..........................................</w:t>
      </w:r>
    </w:p>
    <w:p>
      <w:pPr>
        <w:spacing w:after="62" w:line="259" w:lineRule="auto"/>
      </w:pPr>
      <w:r>
        <w:rPr>
          <w:rFonts w:ascii="Noto Sans" w:hAnsi="Noto Sans" w:cs="Noto Sans Devanagari" w:eastAsia="Noto Sans Devanagari"/>
          <w:b w:val="0"/>
          <w:i w:val="0"/>
          <w:sz w:val="20"/>
        </w:rPr>
        <w:t>..................साल ....................महिना .............................गते</w:t>
      </w:r>
    </w:p>
    <w:p>
      <w:pPr>
        <w:spacing w:after="62" w:line="259" w:lineRule="auto"/>
      </w:pPr>
      <w:r>
        <w:rPr>
          <w:rFonts w:ascii="Noto Sans" w:hAnsi="Noto Sans" w:cs="Noto Sans Devanagari" w:eastAsia="Noto Sans Devanagari"/>
          <w:b w:val="0"/>
          <w:i w:val="0"/>
          <w:sz w:val="20"/>
        </w:rPr>
        <w:t>जाने सटही</w:t>
      </w:r>
    </w:p>
    <w:p>
      <w:pPr>
        <w:spacing w:after="62" w:line="259" w:lineRule="auto"/>
      </w:pPr>
      <w:r>
        <w:rPr>
          <w:rFonts w:ascii="Noto Sans" w:hAnsi="Noto Sans" w:cs="Noto Sans Devanagari" w:eastAsia="Noto Sans Devanagari"/>
          <w:b w:val="0"/>
          <w:i w:val="0"/>
          <w:sz w:val="20"/>
        </w:rPr>
        <w:t>राहदानी रकम (यु.एस</w:t>
      </w:r>
    </w:p>
    <w:p>
      <w:pPr>
        <w:spacing w:after="62" w:line="259" w:lineRule="auto"/>
      </w:pPr>
      <w:r>
        <w:rPr>
          <w:rFonts w:ascii="Noto Sans" w:hAnsi="Noto Sans" w:cs="Noto Sans Devanagari" w:eastAsia="Noto Sans Devanagari"/>
          <w:b w:val="0"/>
          <w:i w:val="0"/>
          <w:sz w:val="20"/>
        </w:rPr>
        <w:t>सि.नं. मिति नम टिकट नं. मुलुकको प्रदान गर्ने कैफियत</w:t>
      </w:r>
    </w:p>
    <w:p>
      <w:pPr>
        <w:spacing w:after="62" w:line="259" w:lineRule="auto"/>
      </w:pPr>
      <w:r>
        <w:rPr>
          <w:rFonts w:ascii="Noto Sans" w:hAnsi="Noto Sans" w:cs="Noto Sans Devanagari" w:eastAsia="Noto Sans Devanagari"/>
          <w:b w:val="0"/>
          <w:i w:val="0"/>
          <w:sz w:val="20"/>
        </w:rPr>
        <w:t>नं. डलरमा)</w:t>
      </w:r>
    </w:p>
    <w:p>
      <w:pPr>
        <w:spacing w:after="62" w:line="259" w:lineRule="auto"/>
      </w:pPr>
      <w:r>
        <w:rPr>
          <w:rFonts w:ascii="Noto Sans" w:hAnsi="Noto Sans" w:cs="Noto Sans Devanagari" w:eastAsia="Noto Sans Devanagari"/>
          <w:b w:val="0"/>
          <w:i w:val="0"/>
          <w:sz w:val="20"/>
        </w:rPr>
        <w:t>नाम शाखा</w:t>
      </w:r>
    </w:p>
    <w:p>
      <w:pPr>
        <w:spacing w:after="62" w:line="259" w:lineRule="auto"/>
      </w:pPr>
      <w:r>
        <w:rPr>
          <w:rFonts w:ascii="Noto Sans" w:hAnsi="Noto Sans" w:cs="Noto Sans Devanagari" w:eastAsia="Noto Sans Devanagari"/>
          <w:b w:val="0"/>
          <w:i w:val="0"/>
          <w:sz w:val="20"/>
        </w:rPr>
        <w:t>कुल रकम</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spacing w:after="62" w:line="259" w:lineRule="auto"/>
      </w:pPr>
      <w:r>
        <w:rPr>
          <w:rFonts w:ascii="Noto Sans" w:hAnsi="Noto Sans" w:cs="Noto Sans Devanagari" w:eastAsia="Noto Sans Devanagari"/>
          <w:b w:val="0"/>
          <w:i w:val="0"/>
          <w:sz w:val="20"/>
        </w:rPr>
        <w:t>अनुसूची ७.३</w:t>
      </w:r>
    </w:p>
    <w:p>
      <w:pPr>
        <w:spacing w:after="62" w:line="259" w:lineRule="auto"/>
      </w:pPr>
      <w:r>
        <w:rPr>
          <w:rFonts w:ascii="Noto Sans" w:hAnsi="Noto Sans" w:cs="Noto Sans Devanagari" w:eastAsia="Noto Sans Devanagari"/>
          <w:b w:val="0"/>
          <w:i w:val="0"/>
          <w:sz w:val="20"/>
        </w:rPr>
        <w:t>व्यापार प्रवर्द्धन बापत परिपत्र संख्या ७ को १(ङ) अनुरुप</w:t>
      </w:r>
    </w:p>
    <w:p>
      <w:pPr>
        <w:spacing w:after="62" w:line="259" w:lineRule="auto"/>
      </w:pPr>
      <w:r>
        <w:rPr>
          <w:rFonts w:ascii="Noto Sans" w:hAnsi="Noto Sans" w:cs="Noto Sans Devanagari" w:eastAsia="Noto Sans Devanagari"/>
          <w:b w:val="0"/>
          <w:i w:val="0"/>
          <w:sz w:val="20"/>
        </w:rPr>
        <w:t>सटही सुविधा प्रदान गरिएको मासिक विवरण</w:t>
      </w:r>
    </w:p>
    <w:p>
      <w:pPr>
        <w:spacing w:after="62" w:line="259" w:lineRule="auto"/>
      </w:pPr>
      <w:r>
        <w:rPr>
          <w:rFonts w:ascii="Noto Sans" w:hAnsi="Noto Sans" w:cs="Noto Sans Devanagari" w:eastAsia="Noto Sans Devanagari"/>
          <w:b w:val="0"/>
          <w:i w:val="0"/>
          <w:sz w:val="20"/>
        </w:rPr>
        <w:t>(इ.प्रा.परिपत्र संख्या ७ को दफा १(ट) को प्रयोजनको लागि)</w:t>
      </w:r>
    </w:p>
    <w:p>
      <w:pPr>
        <w:spacing w:after="62" w:line="259" w:lineRule="auto"/>
      </w:pPr>
      <w:r>
        <w:rPr>
          <w:rFonts w:ascii="Noto Sans" w:hAnsi="Noto Sans" w:cs="Noto Sans Devanagari" w:eastAsia="Noto Sans Devanagari"/>
          <w:b w:val="0"/>
          <w:i w:val="0"/>
          <w:sz w:val="20"/>
        </w:rPr>
        <w:t>इजाजतपत्रप्राप्त बैंक/वित्तीय संस्था/निकायको नाम .............................................</w:t>
      </w:r>
    </w:p>
    <w:p>
      <w:pPr>
        <w:spacing w:after="62" w:line="259" w:lineRule="auto"/>
      </w:pPr>
      <w:r>
        <w:rPr>
          <w:rFonts w:ascii="Noto Sans" w:hAnsi="Noto Sans" w:cs="Noto Sans Devanagari" w:eastAsia="Noto Sans Devanagari"/>
          <w:b w:val="0"/>
          <w:i w:val="0"/>
          <w:sz w:val="20"/>
        </w:rPr>
        <w:t>..................साल .............................महिना .............................गते</w:t>
      </w:r>
    </w:p>
    <w:p>
      <w:pPr>
        <w:spacing w:after="62" w:line="259" w:lineRule="auto"/>
      </w:pPr>
      <w:r>
        <w:rPr>
          <w:rFonts w:ascii="Noto Sans" w:hAnsi="Noto Sans" w:cs="Noto Sans Devanagari" w:eastAsia="Noto Sans Devanagari"/>
          <w:b w:val="0"/>
          <w:i w:val="0"/>
          <w:sz w:val="20"/>
        </w:rPr>
        <w:t>सटही</w:t>
      </w:r>
    </w:p>
    <w:p>
      <w:pPr>
        <w:spacing w:after="62" w:line="259" w:lineRule="auto"/>
      </w:pPr>
      <w:r>
        <w:rPr>
          <w:rFonts w:ascii="Noto Sans" w:hAnsi="Noto Sans" w:cs="Noto Sans Devanagari" w:eastAsia="Noto Sans Devanagari"/>
          <w:b w:val="0"/>
          <w:i w:val="0"/>
          <w:sz w:val="20"/>
        </w:rPr>
        <w:t>राहदानी टिकट जाने मुलुकको नाम रकम (यु.एस सटहीको</w:t>
      </w:r>
    </w:p>
    <w:p>
      <w:pPr>
        <w:spacing w:after="62" w:line="259" w:lineRule="auto"/>
      </w:pPr>
      <w:r>
        <w:rPr>
          <w:rFonts w:ascii="Noto Sans" w:hAnsi="Noto Sans" w:cs="Noto Sans Devanagari" w:eastAsia="Noto Sans Devanagari"/>
          <w:b w:val="0"/>
          <w:i w:val="0"/>
          <w:sz w:val="20"/>
        </w:rPr>
        <w:t>सि.नं. मिति नाम प्रदान गर्ने</w:t>
      </w:r>
    </w:p>
    <w:p>
      <w:pPr>
        <w:spacing w:after="62" w:line="259" w:lineRule="auto"/>
      </w:pPr>
      <w:r>
        <w:rPr>
          <w:rFonts w:ascii="Noto Sans" w:hAnsi="Noto Sans" w:cs="Noto Sans Devanagari" w:eastAsia="Noto Sans Devanagari"/>
          <w:b w:val="0"/>
          <w:i w:val="0"/>
          <w:sz w:val="20"/>
        </w:rPr>
        <w:t>नं. नं. र कार्यक्रमको नाम डलरमा) औचित्य</w:t>
      </w:r>
    </w:p>
    <w:p>
      <w:pPr>
        <w:spacing w:after="62" w:line="259" w:lineRule="auto"/>
      </w:pPr>
      <w:r>
        <w:rPr>
          <w:rFonts w:ascii="Noto Sans" w:hAnsi="Noto Sans" w:cs="Noto Sans Devanagari" w:eastAsia="Noto Sans Devanagari"/>
          <w:b w:val="0"/>
          <w:i w:val="0"/>
          <w:sz w:val="20"/>
        </w:rPr>
        <w:t>शाखा</w:t>
      </w:r>
    </w:p>
    <w:p>
      <w:pPr>
        <w:spacing w:after="62" w:line="259" w:lineRule="auto"/>
      </w:pPr>
      <w:r>
        <w:rPr>
          <w:rFonts w:ascii="Noto Sans" w:hAnsi="Noto Sans" w:cs="Noto Sans Devanagari" w:eastAsia="Noto Sans Devanagari"/>
          <w:b w:val="0"/>
          <w:i w:val="0"/>
          <w:sz w:val="20"/>
        </w:rPr>
        <w:t>कुल रकम</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spacing w:after="62" w:line="259" w:lineRule="auto"/>
      </w:pPr>
      <w:r>
        <w:rPr>
          <w:rFonts w:ascii="Noto Sans" w:hAnsi="Noto Sans" w:cs="Noto Sans Devanagari" w:eastAsia="Noto Sans Devanagari"/>
          <w:b w:val="0"/>
          <w:i w:val="0"/>
          <w:sz w:val="20"/>
        </w:rPr>
        <w:t>अनुसूची ७.४</w:t>
      </w:r>
    </w:p>
    <w:p>
      <w:pPr>
        <w:spacing w:after="62" w:line="259" w:lineRule="auto"/>
      </w:pPr>
      <w:r>
        <w:rPr>
          <w:rFonts w:ascii="Noto Sans" w:hAnsi="Noto Sans" w:cs="Noto Sans Devanagari" w:eastAsia="Noto Sans Devanagari"/>
          <w:b w:val="0"/>
          <w:i w:val="0"/>
          <w:sz w:val="20"/>
        </w:rPr>
        <w:t>(इ.प्रा.परिपत्र संख्या ७ को दफा ३ को प्रयोजनको लागि)</w:t>
      </w:r>
    </w:p>
    <w:p>
      <w:pPr>
        <w:spacing w:after="62" w:line="259" w:lineRule="auto"/>
      </w:pPr>
      <w:r>
        <w:rPr>
          <w:rFonts w:ascii="Noto Sans" w:hAnsi="Noto Sans" w:cs="Noto Sans Devanagari" w:eastAsia="Noto Sans Devanagari"/>
          <w:b w:val="0"/>
          <w:i w:val="0"/>
          <w:sz w:val="20"/>
        </w:rPr>
        <w:t>दफा ३ (क) बमोजिम विदेश भ्रमण (भारत बाहेक) गर्दा उपलव्ध गराउनु पर्ने सटही सुविधाको तालिका</w:t>
      </w:r>
    </w:p>
    <w:p>
      <w:pPr>
        <w:spacing w:after="62" w:line="259" w:lineRule="auto"/>
      </w:pPr>
      <w:r>
        <w:rPr>
          <w:rFonts w:ascii="Noto Sans" w:hAnsi="Noto Sans" w:cs="Noto Sans Devanagari" w:eastAsia="Noto Sans Devanagari"/>
          <w:b w:val="0"/>
          <w:i w:val="0"/>
          <w:sz w:val="20"/>
        </w:rPr>
        <w:t>(अमेरिकी डलरमा)</w:t>
      </w:r>
    </w:p>
    <w:p>
      <w:pPr>
        <w:spacing w:after="62" w:line="259" w:lineRule="auto"/>
      </w:pPr>
      <w:r>
        <w:rPr>
          <w:rFonts w:ascii="Noto Sans" w:hAnsi="Noto Sans" w:cs="Noto Sans Devanagari" w:eastAsia="Noto Sans Devanagari"/>
          <w:b w:val="0"/>
          <w:i w:val="0"/>
          <w:sz w:val="20"/>
        </w:rPr>
        <w:t>अधिकतम भ्रमण खर्च दैनिक होटल तथा मनोरन्जन, भैपरी तथा</w:t>
      </w:r>
    </w:p>
    <w:p>
      <w:pPr>
        <w:spacing w:after="62" w:line="259" w:lineRule="auto"/>
      </w:pPr>
      <w:r>
        <w:rPr>
          <w:rFonts w:ascii="Noto Sans" w:hAnsi="Noto Sans" w:cs="Noto Sans Devanagari" w:eastAsia="Noto Sans Devanagari"/>
          <w:b w:val="0"/>
          <w:i w:val="0"/>
          <w:sz w:val="20"/>
        </w:rPr>
        <w:t>आर्जन एक आर्थिक वर्षमा खाना खर्च अतिथि सत्कार खर्च</w:t>
      </w:r>
    </w:p>
    <w:p>
      <w:pPr>
        <w:spacing w:after="62" w:line="259" w:lineRule="auto"/>
      </w:pPr>
      <w:r>
        <w:rPr>
          <w:rFonts w:ascii="Noto Sans" w:hAnsi="Noto Sans" w:cs="Noto Sans Devanagari" w:eastAsia="Noto Sans Devanagari"/>
          <w:b w:val="0"/>
          <w:i w:val="0"/>
          <w:sz w:val="20"/>
        </w:rPr>
        <w:t>(प्रतिपटक)</w:t>
      </w:r>
    </w:p>
    <w:p>
      <w:pPr>
        <w:spacing w:after="62" w:line="259" w:lineRule="auto"/>
      </w:pPr>
      <w:r>
        <w:rPr>
          <w:rFonts w:ascii="Noto Sans" w:hAnsi="Noto Sans" w:cs="Noto Sans Devanagari" w:eastAsia="Noto Sans Devanagari"/>
          <w:b w:val="0"/>
          <w:i w:val="0"/>
          <w:sz w:val="20"/>
        </w:rPr>
        <w:t>० – ३ लाख ९० दिन ४५०.०० १,०००.००</w:t>
      </w:r>
    </w:p>
    <w:p>
      <w:pPr>
        <w:spacing w:after="62" w:line="259" w:lineRule="auto"/>
      </w:pPr>
      <w:r>
        <w:rPr>
          <w:rFonts w:ascii="Noto Sans" w:hAnsi="Noto Sans" w:cs="Noto Sans Devanagari" w:eastAsia="Noto Sans Devanagari"/>
          <w:b w:val="0"/>
          <w:i w:val="0"/>
          <w:sz w:val="20"/>
        </w:rPr>
        <w:t>३ – ७ लाख ९० दिन ५५०.०० १,५००.००</w:t>
      </w:r>
    </w:p>
    <w:p>
      <w:pPr>
        <w:spacing w:after="62" w:line="259" w:lineRule="auto"/>
      </w:pPr>
      <w:r>
        <w:rPr>
          <w:rFonts w:ascii="Noto Sans" w:hAnsi="Noto Sans" w:cs="Noto Sans Devanagari" w:eastAsia="Noto Sans Devanagari"/>
          <w:b w:val="0"/>
          <w:i w:val="0"/>
          <w:sz w:val="20"/>
        </w:rPr>
        <w:t>७ लाखभन्दा माथि ९० दिन ६५०.०० २,०००.००</w:t>
      </w:r>
    </w:p>
    <w:p>
      <w:pPr>
        <w:spacing w:after="62" w:line="259" w:lineRule="auto"/>
      </w:pPr>
      <w:r>
        <w:rPr>
          <w:rFonts w:ascii="Noto Sans" w:hAnsi="Noto Sans" w:cs="Noto Sans Devanagari" w:eastAsia="Noto Sans Devanagari"/>
          <w:b w:val="0"/>
          <w:i w:val="0"/>
          <w:sz w:val="20"/>
        </w:rPr>
        <w:t>अनुसूची ७.५</w:t>
      </w:r>
    </w:p>
    <w:p>
      <w:pPr>
        <w:spacing w:after="62" w:line="259" w:lineRule="auto"/>
      </w:pPr>
      <w:r>
        <w:rPr>
          <w:rFonts w:ascii="Noto Sans" w:hAnsi="Noto Sans" w:cs="Noto Sans Devanagari" w:eastAsia="Noto Sans Devanagari"/>
          <w:b w:val="0"/>
          <w:i w:val="0"/>
          <w:sz w:val="20"/>
        </w:rPr>
        <w:t>(इ.प्रा.परिपत्र संख्या ७ को दफा ३ को प्रयोजनको लागि)</w:t>
      </w:r>
    </w:p>
    <w:p>
      <w:pPr>
        <w:spacing w:after="62" w:line="259" w:lineRule="auto"/>
      </w:pPr>
      <w:r>
        <w:rPr>
          <w:rFonts w:ascii="Noto Sans" w:hAnsi="Noto Sans" w:cs="Noto Sans Devanagari" w:eastAsia="Noto Sans Devanagari"/>
          <w:b w:val="0"/>
          <w:i w:val="0"/>
          <w:sz w:val="20"/>
        </w:rPr>
        <w:t>दफा ३ बमोजिम विदेश भ्रमण (भारत बाहेक) गर्दा उपलव्ध गराउनु पर्ने सटही सुविधाको तालिका</w:t>
      </w:r>
    </w:p>
    <w:p>
      <w:pPr>
        <w:spacing w:after="62" w:line="259" w:lineRule="auto"/>
      </w:pPr>
      <w:r>
        <w:rPr>
          <w:rFonts w:ascii="Noto Sans" w:hAnsi="Noto Sans" w:cs="Noto Sans Devanagari" w:eastAsia="Noto Sans Devanagari"/>
          <w:b w:val="0"/>
          <w:i w:val="0"/>
          <w:sz w:val="20"/>
        </w:rPr>
        <w:t>(अमेरिकी डलरमा)</w:t>
      </w:r>
    </w:p>
    <w:p>
      <w:pPr>
        <w:spacing w:after="62" w:line="259" w:lineRule="auto"/>
      </w:pPr>
      <w:r>
        <w:rPr>
          <w:rFonts w:ascii="Noto Sans" w:hAnsi="Noto Sans" w:cs="Noto Sans Devanagari" w:eastAsia="Noto Sans Devanagari"/>
          <w:b w:val="0"/>
          <w:i w:val="0"/>
          <w:sz w:val="20"/>
        </w:rPr>
        <w:t>दैनिक होटल तथा मनोरन्जन तथा भैपरि खर्च अधिकतम भ्रमण दिन</w:t>
      </w:r>
    </w:p>
    <w:p>
      <w:pPr>
        <w:spacing w:after="62" w:line="259" w:lineRule="auto"/>
      </w:pPr>
      <w:r>
        <w:rPr>
          <w:rFonts w:ascii="Noto Sans" w:hAnsi="Noto Sans" w:cs="Noto Sans Devanagari" w:eastAsia="Noto Sans Devanagari"/>
          <w:b w:val="0"/>
          <w:i w:val="0"/>
          <w:sz w:val="20"/>
        </w:rPr>
        <w:t>आर्जन खाना खर्च (प्रतिपटक) एक आर्थिक वर्ष</w:t>
      </w:r>
    </w:p>
    <w:p>
      <w:pPr>
        <w:spacing w:after="62" w:line="259" w:lineRule="auto"/>
      </w:pPr>
      <w:r>
        <w:rPr>
          <w:rFonts w:ascii="Noto Sans" w:hAnsi="Noto Sans" w:cs="Noto Sans Devanagari" w:eastAsia="Noto Sans Devanagari"/>
          <w:b w:val="0"/>
          <w:i w:val="0"/>
          <w:sz w:val="20"/>
        </w:rPr>
        <w:t>० – ३ लाख ३००.०० ४००.०० ४५ दिन</w:t>
      </w:r>
    </w:p>
    <w:p>
      <w:pPr>
        <w:spacing w:after="62" w:line="259" w:lineRule="auto"/>
      </w:pPr>
      <w:r>
        <w:rPr>
          <w:rFonts w:ascii="Noto Sans" w:hAnsi="Noto Sans" w:cs="Noto Sans Devanagari" w:eastAsia="Noto Sans Devanagari"/>
          <w:b w:val="0"/>
          <w:i w:val="0"/>
          <w:sz w:val="20"/>
        </w:rPr>
        <w:t>३ – ५ लाख ३५०.०० ५००.०० ५५ दिन</w:t>
      </w:r>
    </w:p>
    <w:p>
      <w:pPr>
        <w:spacing w:after="62" w:line="259" w:lineRule="auto"/>
      </w:pPr>
      <w:r>
        <w:rPr>
          <w:rFonts w:ascii="Noto Sans" w:hAnsi="Noto Sans" w:cs="Noto Sans Devanagari" w:eastAsia="Noto Sans Devanagari"/>
          <w:b w:val="0"/>
          <w:i w:val="0"/>
          <w:sz w:val="20"/>
        </w:rPr>
        <w:t>५ – ७ लाख ४००.०० ६००.०० ६५ दिन</w:t>
      </w:r>
    </w:p>
    <w:p>
      <w:pPr>
        <w:spacing w:after="62" w:line="259" w:lineRule="auto"/>
      </w:pPr>
      <w:r>
        <w:rPr>
          <w:rFonts w:ascii="Noto Sans" w:hAnsi="Noto Sans" w:cs="Noto Sans Devanagari" w:eastAsia="Noto Sans Devanagari"/>
          <w:b w:val="0"/>
          <w:i w:val="0"/>
          <w:sz w:val="20"/>
        </w:rPr>
        <w:t>७ – १० लाख ४५०.०० ७००.०० ७५ दिन</w:t>
      </w:r>
    </w:p>
    <w:p>
      <w:pPr>
        <w:spacing w:after="62" w:line="259" w:lineRule="auto"/>
      </w:pPr>
      <w:r>
        <w:rPr>
          <w:rFonts w:ascii="Noto Sans" w:hAnsi="Noto Sans" w:cs="Noto Sans Devanagari" w:eastAsia="Noto Sans Devanagari"/>
          <w:b w:val="0"/>
          <w:i w:val="0"/>
          <w:sz w:val="20"/>
        </w:rPr>
        <w:t>१० लाखभन्दा माथि ५००.०० ८००.०० ८५ दिन</w:t>
      </w:r>
    </w:p>
    <w:p>
      <w:pPr>
        <w:spacing w:after="62" w:line="259" w:lineRule="auto"/>
      </w:pPr>
      <w:r>
        <w:rPr>
          <w:rFonts w:ascii="Noto Sans" w:hAnsi="Noto Sans" w:cs="Noto Sans Devanagari" w:eastAsia="Noto Sans Devanagari"/>
          <w:b w:val="0"/>
          <w:i w:val="0"/>
          <w:sz w:val="20"/>
        </w:rPr>
        <w:t>अनुसूची ७.६</w:t>
      </w:r>
    </w:p>
    <w:p>
      <w:pPr>
        <w:spacing w:after="62" w:line="259" w:lineRule="auto"/>
      </w:pPr>
      <w:r>
        <w:rPr>
          <w:rFonts w:ascii="Noto Sans" w:hAnsi="Noto Sans" w:cs="Noto Sans Devanagari" w:eastAsia="Noto Sans Devanagari"/>
          <w:b w:val="0"/>
          <w:i w:val="0"/>
          <w:sz w:val="20"/>
        </w:rPr>
        <w:t>(इ.प्रा.परिपत्र संख्या ७ को दफा ३(ङ) को प्रयोजनको लागि)</w:t>
      </w:r>
    </w:p>
    <w:p>
      <w:pPr>
        <w:spacing w:after="62" w:line="259" w:lineRule="auto"/>
      </w:pPr>
      <w:r>
        <w:rPr>
          <w:rFonts w:ascii="Noto Sans" w:hAnsi="Noto Sans" w:cs="Noto Sans Devanagari" w:eastAsia="Noto Sans Devanagari"/>
          <w:b w:val="0"/>
          <w:i w:val="0"/>
          <w:sz w:val="20"/>
        </w:rPr>
        <w:t>दफा ३(ङ) बमोजिम भारत बाहेकका मुलुकहरूमा भ्रमण गर्दा सटही सुविधा प्रयोजनका लागि भर्नु पर्ने फाराम</w:t>
      </w:r>
    </w:p>
    <w:p>
      <w:pPr>
        <w:spacing w:after="62" w:line="259" w:lineRule="auto"/>
      </w:pPr>
      <w:r>
        <w:rPr>
          <w:rFonts w:ascii="Noto Sans" w:hAnsi="Noto Sans" w:cs="Noto Sans Devanagari" w:eastAsia="Noto Sans Devanagari"/>
          <w:b w:val="0"/>
          <w:i w:val="0"/>
          <w:sz w:val="20"/>
        </w:rPr>
        <w:t>श्री ...................................</w:t>
      </w:r>
    </w:p>
    <w:p>
      <w:pPr>
        <w:spacing w:after="62" w:line="259" w:lineRule="auto"/>
      </w:pPr>
      <w:r>
        <w:rPr>
          <w:rFonts w:ascii="Noto Sans" w:hAnsi="Noto Sans" w:cs="Noto Sans Devanagari" w:eastAsia="Noto Sans Devanagari"/>
          <w:b w:val="0"/>
          <w:i w:val="0"/>
          <w:sz w:val="20"/>
        </w:rPr>
        <w:t>........................................</w:t>
      </w:r>
    </w:p>
    <w:p>
      <w:pPr>
        <w:spacing w:after="62" w:line="259" w:lineRule="auto"/>
      </w:pPr>
      <w:r>
        <w:rPr>
          <w:rFonts w:ascii="Noto Sans" w:hAnsi="Noto Sans" w:cs="Noto Sans Devanagari" w:eastAsia="Noto Sans Devanagari"/>
          <w:b w:val="0"/>
          <w:i w:val="0"/>
          <w:sz w:val="20"/>
        </w:rPr>
        <w:t>........................................... ।</w:t>
      </w:r>
    </w:p>
    <w:p>
      <w:pPr>
        <w:spacing w:after="62" w:line="259" w:lineRule="auto"/>
        <w:ind w:left="115"/>
      </w:pPr>
      <w:r>
        <w:rPr>
          <w:rFonts w:ascii="Noto Sans" w:hAnsi="Noto Sans" w:cs="Noto Sans Devanagari" w:eastAsia="Noto Sans Devanagari"/>
          <w:b w:val="0"/>
          <w:i w:val="0"/>
          <w:sz w:val="20"/>
        </w:rPr>
        <w:t>१. निवेदकको नाम ...................................................</w:t>
      </w:r>
    </w:p>
    <w:p>
      <w:pPr>
        <w:spacing w:after="62" w:line="259" w:lineRule="auto"/>
        <w:ind w:left="115"/>
      </w:pPr>
      <w:r>
        <w:rPr>
          <w:rFonts w:ascii="Noto Sans" w:hAnsi="Noto Sans" w:cs="Noto Sans Devanagari" w:eastAsia="Noto Sans Devanagari"/>
          <w:b w:val="0"/>
          <w:i w:val="0"/>
          <w:sz w:val="20"/>
        </w:rPr>
        <w:t>२. पद ..................................</w:t>
      </w:r>
    </w:p>
    <w:p>
      <w:pPr>
        <w:spacing w:after="62" w:line="259" w:lineRule="auto"/>
        <w:ind w:left="115"/>
      </w:pPr>
      <w:r>
        <w:rPr>
          <w:rFonts w:ascii="Noto Sans" w:hAnsi="Noto Sans" w:cs="Noto Sans Devanagari" w:eastAsia="Noto Sans Devanagari"/>
          <w:b w:val="0"/>
          <w:i w:val="0"/>
          <w:sz w:val="20"/>
        </w:rPr>
        <w:t>३. फर्म/कम्पनी/कार्यालयको नाम</w:t>
      </w:r>
    </w:p>
    <w:p>
      <w:pPr>
        <w:spacing w:after="62" w:line="259" w:lineRule="auto"/>
        <w:ind w:left="115"/>
      </w:pPr>
      <w:r>
        <w:rPr>
          <w:rFonts w:ascii="Noto Sans" w:hAnsi="Noto Sans" w:cs="Noto Sans Devanagari" w:eastAsia="Noto Sans Devanagari"/>
          <w:b w:val="0"/>
          <w:i w:val="0"/>
          <w:sz w:val="20"/>
        </w:rPr>
        <w:t>४. भ्रमण गर्ने मुलुक ..................................................</w:t>
      </w:r>
    </w:p>
    <w:p>
      <w:pPr>
        <w:spacing w:after="62" w:line="259" w:lineRule="auto"/>
        <w:ind w:left="115"/>
      </w:pPr>
      <w:r>
        <w:rPr>
          <w:rFonts w:ascii="Noto Sans" w:hAnsi="Noto Sans" w:cs="Noto Sans Devanagari" w:eastAsia="Noto Sans Devanagari"/>
          <w:b w:val="0"/>
          <w:i w:val="0"/>
          <w:sz w:val="20"/>
        </w:rPr>
        <w:t>५. भ्रमण गर्ने अवधि मिति ....................... देखि ..................... सम्म जम्मा दिन .........</w:t>
      </w:r>
    </w:p>
    <w:p>
      <w:pPr>
        <w:spacing w:after="62" w:line="259" w:lineRule="auto"/>
        <w:ind w:left="115"/>
      </w:pPr>
      <w:r>
        <w:rPr>
          <w:rFonts w:ascii="Noto Sans" w:hAnsi="Noto Sans" w:cs="Noto Sans Devanagari" w:eastAsia="Noto Sans Devanagari"/>
          <w:b w:val="0"/>
          <w:i w:val="0"/>
          <w:sz w:val="20"/>
        </w:rPr>
        <w:t>७. आवश्यक पर्ने विदेशी मुद्रा</w:t>
      </w:r>
    </w:p>
    <w:p>
      <w:pPr>
        <w:spacing w:after="62" w:line="259" w:lineRule="auto"/>
        <w:ind w:left="115"/>
      </w:pPr>
      <w:r>
        <w:rPr>
          <w:rFonts w:ascii="Noto Sans" w:hAnsi="Noto Sans" w:cs="Noto Sans Devanagari" w:eastAsia="Noto Sans Devanagari"/>
          <w:b w:val="0"/>
          <w:i w:val="0"/>
          <w:sz w:val="20"/>
        </w:rPr>
        <w:t>(क) दैनिक होटल तथा खाना खर्च</w:t>
      </w:r>
    </w:p>
    <w:p>
      <w:pPr>
        <w:spacing w:after="62" w:line="259" w:lineRule="auto"/>
        <w:ind w:left="115"/>
      </w:pPr>
      <w:r>
        <w:rPr>
          <w:rFonts w:ascii="Noto Sans" w:hAnsi="Noto Sans" w:cs="Noto Sans Devanagari" w:eastAsia="Noto Sans Devanagari"/>
          <w:b w:val="0"/>
          <w:i w:val="0"/>
          <w:sz w:val="20"/>
        </w:rPr>
        <w:t>(ख) मनोरन्जन तथा भैपरि आउने</w:t>
      </w:r>
    </w:p>
    <w:p>
      <w:pPr>
        <w:spacing w:after="62" w:line="259" w:lineRule="auto"/>
        <w:ind w:left="115"/>
      </w:pPr>
      <w:r>
        <w:rPr>
          <w:rFonts w:ascii="Noto Sans" w:hAnsi="Noto Sans" w:cs="Noto Sans Devanagari" w:eastAsia="Noto Sans Devanagari"/>
          <w:b w:val="0"/>
          <w:i w:val="0"/>
          <w:sz w:val="20"/>
        </w:rPr>
        <w:t>८. निवेदकको विदेशी मुद्रा खाताबाट खर्च हुने भए सोको खाता नम्बर ...........................</w:t>
      </w:r>
    </w:p>
    <w:p>
      <w:pPr>
        <w:spacing w:after="62" w:line="259" w:lineRule="auto"/>
        <w:ind w:left="115"/>
      </w:pPr>
      <w:r>
        <w:rPr>
          <w:rFonts w:ascii="Noto Sans" w:hAnsi="Noto Sans" w:cs="Noto Sans Devanagari" w:eastAsia="Noto Sans Devanagari"/>
          <w:b w:val="0"/>
          <w:i w:val="0"/>
          <w:sz w:val="20"/>
        </w:rPr>
        <w:t>९. यसभन्दा अघि भ्रमणमा गएको भए लिएको विदेशी मुद्रा ........................ र भ्रमण अवधि</w:t>
      </w:r>
    </w:p>
    <w:p>
      <w:pPr>
        <w:spacing w:after="62" w:line="259" w:lineRule="auto"/>
      </w:pPr>
      <w:r>
        <w:rPr>
          <w:rFonts w:ascii="Noto Sans" w:hAnsi="Noto Sans" w:cs="Noto Sans Devanagari" w:eastAsia="Noto Sans Devanagari"/>
          <w:b w:val="0"/>
          <w:i w:val="0"/>
          <w:sz w:val="20"/>
        </w:rPr>
        <w:t>मिति ........................ देखि ....................... सम्म</w:t>
      </w:r>
    </w:p>
    <w:p>
      <w:pPr>
        <w:spacing w:after="62" w:line="259" w:lineRule="auto"/>
        <w:ind w:left="115"/>
      </w:pPr>
      <w:r>
        <w:rPr>
          <w:rFonts w:ascii="Noto Sans" w:hAnsi="Noto Sans" w:cs="Noto Sans Devanagari" w:eastAsia="Noto Sans Devanagari"/>
          <w:b w:val="0"/>
          <w:i w:val="0"/>
          <w:sz w:val="20"/>
        </w:rPr>
        <w:t>१०. यस आर्थिक वर्षमा पटक पटक गरी हालसम्म आर्जन गरेको विदेशी मुद्रा रकम ...............</w:t>
      </w:r>
    </w:p>
    <w:p>
      <w:pPr>
        <w:spacing w:after="62" w:line="259" w:lineRule="auto"/>
      </w:pPr>
      <w:r>
        <w:rPr>
          <w:rFonts w:ascii="Noto Sans" w:hAnsi="Noto Sans" w:cs="Noto Sans Devanagari" w:eastAsia="Noto Sans Devanagari"/>
          <w:b w:val="0"/>
          <w:i w:val="0"/>
          <w:sz w:val="20"/>
        </w:rPr>
        <w:t>सो मध्ये खातामा जम्मा भएको विदेशी मुद्रा रकम ......................</w:t>
      </w:r>
    </w:p>
    <w:p>
      <w:pPr>
        <w:spacing w:after="62" w:line="259" w:lineRule="auto"/>
        <w:ind w:left="115"/>
      </w:pPr>
      <w:r>
        <w:rPr>
          <w:rFonts w:ascii="Noto Sans" w:hAnsi="Noto Sans" w:cs="Noto Sans Devanagari" w:eastAsia="Noto Sans Devanagari"/>
          <w:b w:val="0"/>
          <w:i w:val="0"/>
          <w:sz w:val="20"/>
        </w:rPr>
        <w:t>११. संलग्न कागजातहरू ः–</w:t>
      </w:r>
    </w:p>
    <w:p>
      <w:pPr>
        <w:spacing w:after="62" w:line="259" w:lineRule="auto"/>
        <w:ind w:left="115"/>
      </w:pPr>
      <w:r>
        <w:rPr>
          <w:rFonts w:ascii="Noto Sans" w:hAnsi="Noto Sans" w:cs="Noto Sans Devanagari" w:eastAsia="Noto Sans Devanagari"/>
          <w:b w:val="0"/>
          <w:i w:val="0"/>
          <w:sz w:val="20"/>
        </w:rPr>
        <w:t>(क) ...........................</w:t>
      </w:r>
    </w:p>
    <w:p>
      <w:pPr>
        <w:spacing w:after="62" w:line="259" w:lineRule="auto"/>
        <w:ind w:left="115"/>
      </w:pPr>
      <w:r>
        <w:rPr>
          <w:rFonts w:ascii="Noto Sans" w:hAnsi="Noto Sans" w:cs="Noto Sans Devanagari" w:eastAsia="Noto Sans Devanagari"/>
          <w:b w:val="0"/>
          <w:i w:val="0"/>
          <w:sz w:val="20"/>
        </w:rPr>
        <w:t>(ख) ...........................</w:t>
      </w:r>
    </w:p>
    <w:p>
      <w:pPr>
        <w:spacing w:after="62" w:line="259" w:lineRule="auto"/>
        <w:ind w:left="115"/>
      </w:pPr>
      <w:r>
        <w:rPr>
          <w:rFonts w:ascii="Noto Sans" w:hAnsi="Noto Sans" w:cs="Noto Sans Devanagari" w:eastAsia="Noto Sans Devanagari"/>
          <w:b w:val="0"/>
          <w:i w:val="0"/>
          <w:sz w:val="20"/>
        </w:rPr>
        <w:t>(ग) ...........................</w:t>
      </w:r>
    </w:p>
    <w:p>
      <w:pPr>
        <w:spacing w:after="62" w:line="259" w:lineRule="auto"/>
      </w:pPr>
      <w:r>
        <w:rPr>
          <w:rFonts w:ascii="Noto Sans" w:hAnsi="Noto Sans" w:cs="Noto Sans Devanagari" w:eastAsia="Noto Sans Devanagari"/>
          <w:b w:val="0"/>
          <w:i w:val="0"/>
          <w:sz w:val="20"/>
        </w:rPr>
        <w:t>निवेदकको दस्तखत</w:t>
      </w:r>
    </w:p>
    <w:p>
      <w:pPr>
        <w:spacing w:after="62" w:line="259" w:lineRule="auto"/>
      </w:pPr>
      <w:r>
        <w:rPr>
          <w:rFonts w:ascii="Noto Sans" w:hAnsi="Noto Sans" w:cs="Noto Sans Devanagari" w:eastAsia="Noto Sans Devanagari"/>
          <w:b w:val="0"/>
          <w:i w:val="0"/>
          <w:sz w:val="20"/>
        </w:rPr>
        <w:t>मिति ....................................</w:t>
      </w:r>
    </w:p>
    <w:p>
      <w:pPr>
        <w:spacing w:after="62" w:line="259" w:lineRule="auto"/>
      </w:pPr>
      <w:r>
        <w:rPr>
          <w:rFonts w:ascii="Noto Sans" w:hAnsi="Noto Sans" w:cs="Noto Sans Devanagari" w:eastAsia="Noto Sans Devanagari"/>
          <w:b w:val="0"/>
          <w:i w:val="0"/>
          <w:sz w:val="20"/>
        </w:rPr>
        <w:t>उपर्युक्त निवेदन बमोजिम दैनिक होटल तथा खाना खर्च .................................... र मनोरन्जन</w:t>
      </w:r>
    </w:p>
    <w:p>
      <w:pPr>
        <w:spacing w:after="62" w:line="259" w:lineRule="auto"/>
      </w:pPr>
      <w:r>
        <w:rPr>
          <w:rFonts w:ascii="Noto Sans" w:hAnsi="Noto Sans" w:cs="Noto Sans Devanagari" w:eastAsia="Noto Sans Devanagari"/>
          <w:b w:val="0"/>
          <w:i w:val="0"/>
          <w:sz w:val="20"/>
        </w:rPr>
        <w:t>तथा भैपरि आउने खर्च ...................................... गरी जम्मा ........................................</w:t>
      </w:r>
    </w:p>
    <w:p>
      <w:pPr>
        <w:spacing w:after="62" w:line="259" w:lineRule="auto"/>
      </w:pPr>
      <w:r>
        <w:rPr>
          <w:rFonts w:ascii="Noto Sans" w:hAnsi="Noto Sans" w:cs="Noto Sans Devanagari" w:eastAsia="Noto Sans Devanagari"/>
          <w:b w:val="0"/>
          <w:i w:val="0"/>
          <w:sz w:val="20"/>
        </w:rPr>
        <w:t>नियमानुसार उपलव्ध गराइएको छ ।</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spacing w:after="62" w:line="259" w:lineRule="auto"/>
      </w:pPr>
      <w:r>
        <w:rPr>
          <w:rFonts w:ascii="Noto Sans" w:hAnsi="Noto Sans" w:cs="Noto Sans Devanagari" w:eastAsia="Noto Sans Devanagari"/>
          <w:b w:val="0"/>
          <w:i w:val="0"/>
          <w:sz w:val="20"/>
        </w:rPr>
        <w:t>अनुसूची ७.७</w:t>
      </w:r>
    </w:p>
    <w:p>
      <w:pPr>
        <w:spacing w:after="62" w:line="259" w:lineRule="auto"/>
      </w:pPr>
      <w:r>
        <w:rPr>
          <w:rFonts w:ascii="Noto Sans" w:hAnsi="Noto Sans" w:cs="Noto Sans Devanagari" w:eastAsia="Noto Sans Devanagari"/>
          <w:b w:val="0"/>
          <w:i w:val="0"/>
          <w:sz w:val="20"/>
        </w:rPr>
        <w:t>(इ.प्रा.परिपत्र संख्याः ७ को दफा ७ को ख(५) को प्रयोजनको लागि)</w:t>
      </w:r>
    </w:p>
    <w:p>
      <w:pPr>
        <w:spacing w:after="62" w:line="259" w:lineRule="auto"/>
      </w:pPr>
      <w:r>
        <w:rPr>
          <w:rFonts w:ascii="Noto Sans" w:hAnsi="Noto Sans" w:cs="Noto Sans Devanagari" w:eastAsia="Noto Sans Devanagari"/>
          <w:b w:val="0"/>
          <w:i w:val="0"/>
          <w:sz w:val="20"/>
        </w:rPr>
        <w:t>(बैंक तथा वित्तीय संस्थाको नाम)</w:t>
      </w:r>
    </w:p>
    <w:p>
      <w:pPr>
        <w:spacing w:after="62" w:line="259" w:lineRule="auto"/>
      </w:pPr>
      <w:r>
        <w:rPr>
          <w:rFonts w:ascii="Noto Sans" w:hAnsi="Noto Sans" w:cs="Noto Sans Devanagari" w:eastAsia="Noto Sans Devanagari"/>
          <w:b w:val="0"/>
          <w:i w:val="0"/>
          <w:sz w:val="20"/>
        </w:rPr>
        <w:t>(...............कार्यालय)</w:t>
      </w:r>
    </w:p>
    <w:p>
      <w:pPr>
        <w:spacing w:after="62" w:line="259" w:lineRule="auto"/>
      </w:pPr>
      <w:r>
        <w:rPr>
          <w:rFonts w:ascii="Noto Sans" w:hAnsi="Noto Sans" w:cs="Noto Sans Devanagari" w:eastAsia="Noto Sans Devanagari"/>
          <w:b w:val="0"/>
          <w:i w:val="0"/>
          <w:sz w:val="20"/>
        </w:rPr>
        <w:t>(ठेगाना....................)</w:t>
      </w:r>
    </w:p>
    <w:p>
      <w:pPr>
        <w:spacing w:after="62" w:line="259" w:lineRule="auto"/>
      </w:pPr>
      <w:r>
        <w:rPr>
          <w:rFonts w:ascii="Noto Sans" w:hAnsi="Noto Sans" w:cs="Noto Sans Devanagari" w:eastAsia="Noto Sans Devanagari"/>
          <w:b w:val="0"/>
          <w:i w:val="0"/>
          <w:sz w:val="20"/>
        </w:rPr>
        <w:t>श्री नेपाल राष्ट्र बैंक</w:t>
      </w:r>
    </w:p>
    <w:p>
      <w:pPr>
        <w:spacing w:after="62" w:line="259" w:lineRule="auto"/>
      </w:pPr>
      <w:r>
        <w:rPr>
          <w:rFonts w:ascii="Noto Sans" w:hAnsi="Noto Sans" w:cs="Noto Sans Devanagari" w:eastAsia="Noto Sans Devanagari"/>
          <w:b w:val="0"/>
          <w:i w:val="0"/>
          <w:sz w:val="20"/>
        </w:rPr>
        <w:t>विदेशी विनिमय व्यवस्थापन विभाग</w:t>
      </w:r>
    </w:p>
    <w:p>
      <w:pPr>
        <w:spacing w:after="62" w:line="259" w:lineRule="auto"/>
      </w:pPr>
      <w:r>
        <w:rPr>
          <w:rFonts w:ascii="Noto Sans" w:hAnsi="Noto Sans" w:cs="Noto Sans Devanagari" w:eastAsia="Noto Sans Devanagari"/>
          <w:b w:val="0"/>
          <w:i w:val="0"/>
          <w:sz w:val="20"/>
        </w:rPr>
        <w:t>बालुवाटार,काठमाण्डौ ।</w:t>
      </w:r>
    </w:p>
    <w:p>
      <w:pPr>
        <w:spacing w:after="62" w:line="259" w:lineRule="auto"/>
      </w:pPr>
      <w:r>
        <w:rPr>
          <w:rFonts w:ascii="Noto Sans" w:hAnsi="Noto Sans" w:cs="Noto Sans Devanagari" w:eastAsia="Noto Sans Devanagari"/>
          <w:b w:val="0"/>
          <w:i w:val="0"/>
          <w:sz w:val="20"/>
        </w:rPr>
        <w:t>महाशय,</w:t>
      </w:r>
    </w:p>
    <w:p>
      <w:pPr>
        <w:spacing w:after="62" w:line="259" w:lineRule="auto"/>
      </w:pPr>
      <w:r>
        <w:rPr>
          <w:rFonts w:ascii="Noto Sans" w:hAnsi="Noto Sans" w:cs="Noto Sans Devanagari" w:eastAsia="Noto Sans Devanagari"/>
          <w:b w:val="0"/>
          <w:i w:val="0"/>
          <w:sz w:val="20"/>
        </w:rPr>
        <w:t>त्यस बैंकको इ.प्रा.परिपत्र संख्याः ७ को दफा ७ को ख(५) मा रहेको व्यवस्था बमोजिम नेपाल समुद्रपार</w:t>
      </w:r>
    </w:p>
    <w:p>
      <w:pPr>
        <w:spacing w:after="62" w:line="259" w:lineRule="auto"/>
      </w:pPr>
      <w:r>
        <w:rPr>
          <w:rFonts w:ascii="Noto Sans" w:hAnsi="Noto Sans" w:cs="Noto Sans Devanagari" w:eastAsia="Noto Sans Devanagari"/>
          <w:b w:val="0"/>
          <w:i w:val="0"/>
          <w:sz w:val="20"/>
        </w:rPr>
        <w:t>निकासी पैठारी संघको सिफारिसमा सो संघसँग आवद्ध कम्पनी/फर्मलाई २०................ महिनामा देहाय बमोजिमको</w:t>
      </w:r>
    </w:p>
    <w:p>
      <w:pPr>
        <w:spacing w:after="62" w:line="259" w:lineRule="auto"/>
      </w:pPr>
      <w:r>
        <w:rPr>
          <w:rFonts w:ascii="Noto Sans" w:hAnsi="Noto Sans" w:cs="Noto Sans Devanagari" w:eastAsia="Noto Sans Devanagari"/>
          <w:b w:val="0"/>
          <w:i w:val="0"/>
          <w:sz w:val="20"/>
        </w:rPr>
        <w:t>सटही सुविधा उपलव्ध गराईएको व्यहोरा जानकारीको लागि अनुरोध छ ।</w:t>
      </w:r>
    </w:p>
    <w:p>
      <w:pPr>
        <w:spacing w:after="62" w:line="259" w:lineRule="auto"/>
      </w:pPr>
      <w:r>
        <w:rPr>
          <w:rFonts w:ascii="Noto Sans" w:hAnsi="Noto Sans" w:cs="Noto Sans Devanagari" w:eastAsia="Noto Sans Devanagari"/>
          <w:b w:val="0"/>
          <w:i w:val="0"/>
          <w:sz w:val="20"/>
        </w:rPr>
        <w:t>क्र.सं. कम्पनी/फर्मको नाम पाउने सुविधा उपयोग गर्ने पदाधिकारीको नाम उपयोग रकम</w:t>
      </w:r>
    </w:p>
    <w:p>
      <w:pPr>
        <w:spacing w:after="62" w:line="259" w:lineRule="auto"/>
      </w:pPr>
      <w:r>
        <w:rPr>
          <w:rFonts w:ascii="Noto Sans" w:hAnsi="Noto Sans" w:cs="Noto Sans Devanagari" w:eastAsia="Noto Sans Devanagari"/>
          <w:b w:val="0"/>
          <w:i w:val="0"/>
          <w:sz w:val="20"/>
        </w:rPr>
        <w:t>भवदीय,</w:t>
      </w:r>
    </w:p>
    <w:p>
      <w:pPr>
        <w:spacing w:after="62" w:line="259" w:lineRule="auto"/>
      </w:pPr>
      <w:r>
        <w:rPr>
          <w:rFonts w:ascii="Noto Sans" w:hAnsi="Noto Sans" w:cs="Noto Sans Devanagari" w:eastAsia="Noto Sans Devanagari"/>
          <w:b w:val="0"/>
          <w:i w:val="0"/>
          <w:sz w:val="20"/>
        </w:rPr>
        <w:t>अख्तियार प्राप्त अधिकारीको दस्तखत</w:t>
      </w:r>
    </w:p>
    <w:p>
      <w:pPr>
        <w:spacing w:after="62" w:line="259" w:lineRule="auto"/>
      </w:pPr>
      <w:r>
        <w:rPr>
          <w:rFonts w:ascii="Noto Sans" w:hAnsi="Noto Sans" w:cs="Noto Sans Devanagari" w:eastAsia="Noto Sans Devanagari"/>
          <w:b w:val="0"/>
          <w:i w:val="0"/>
          <w:sz w:val="20"/>
        </w:rPr>
        <w:t>नाम ः</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बैंकको छाप ः</w:t>
      </w:r>
    </w:p>
    <w:p>
      <w:pPr>
        <w:spacing w:after="62" w:line="259" w:lineRule="auto"/>
      </w:pPr>
      <w:r>
        <w:rPr>
          <w:rFonts w:ascii="Noto Sans" w:hAnsi="Noto Sans" w:cs="Noto Sans Devanagari" w:eastAsia="Noto Sans Devanagari"/>
          <w:b w:val="0"/>
          <w:i w:val="0"/>
          <w:sz w:val="20"/>
        </w:rPr>
        <w:t>अनुसूची ७.८</w:t>
      </w:r>
    </w:p>
    <w:p>
      <w:pPr>
        <w:spacing w:after="62" w:line="259" w:lineRule="auto"/>
      </w:pPr>
      <w:r>
        <w:rPr>
          <w:rFonts w:ascii="Noto Sans" w:hAnsi="Noto Sans" w:cs="Noto Sans Devanagari" w:eastAsia="Noto Sans Devanagari"/>
          <w:b w:val="0"/>
          <w:i w:val="0"/>
          <w:sz w:val="20"/>
        </w:rPr>
        <w:t>(इ.प्रा.परिपत्र संख्याः ७ को दफा ५क को प्रयोजनको लागि)</w:t>
      </w:r>
    </w:p>
    <w:p>
      <w:pPr>
        <w:spacing w:after="62" w:line="259" w:lineRule="auto"/>
      </w:pPr>
      <w:r>
        <w:rPr>
          <w:rFonts w:ascii="Noto Sans" w:hAnsi="Noto Sans" w:cs="Noto Sans Devanagari" w:eastAsia="Noto Sans Devanagari"/>
          <w:b w:val="0"/>
          <w:i w:val="0"/>
          <w:sz w:val="20"/>
        </w:rPr>
        <w:t>बैंक तथा वित्तीय संस्थाले पेश गर्ने विवरणको ढाँचाः</w:t>
      </w:r>
    </w:p>
    <w:p>
      <w:pPr>
        <w:spacing w:after="62" w:line="259" w:lineRule="auto"/>
      </w:pPr>
      <w:r>
        <w:rPr>
          <w:rFonts w:ascii="Noto Sans" w:hAnsi="Noto Sans" w:cs="Noto Sans Devanagari" w:eastAsia="Noto Sans Devanagari"/>
          <w:b w:val="0"/>
          <w:i w:val="0"/>
          <w:sz w:val="20"/>
        </w:rPr>
        <w:t>बैंक तथा वित्तीय संस्थाको नाम (केन्द्रीय कार्यालय/कर्पोरेट कार्यालयले मात्र पेश गर्ने)ः..........................</w:t>
      </w:r>
    </w:p>
    <w:p>
      <w:pPr>
        <w:spacing w:after="62" w:line="259" w:lineRule="auto"/>
      </w:pPr>
      <w:r>
        <w:rPr>
          <w:rFonts w:ascii="Noto Sans" w:hAnsi="Noto Sans" w:cs="Noto Sans Devanagari" w:eastAsia="Noto Sans Devanagari"/>
          <w:b w:val="0"/>
          <w:i w:val="0"/>
          <w:sz w:val="20"/>
        </w:rPr>
        <w:t>विवरण पेश गरिएको साल र महिना (वि.सं.मा)ः.........................</w:t>
      </w:r>
    </w:p>
    <w:p>
      <w:pPr>
        <w:spacing w:after="62" w:line="259" w:lineRule="auto"/>
      </w:pPr>
      <w:r>
        <w:rPr>
          <w:rFonts w:ascii="Noto Sans" w:hAnsi="Noto Sans" w:cs="Noto Sans Devanagari" w:eastAsia="Noto Sans Devanagari"/>
          <w:b w:val="0"/>
          <w:i w:val="0"/>
          <w:sz w:val="20"/>
        </w:rPr>
        <w:t>विवरण पेश गरिएको मितिः................................</w:t>
      </w:r>
    </w:p>
    <w:p>
      <w:pPr>
        <w:spacing w:after="62" w:line="259" w:lineRule="auto"/>
      </w:pPr>
      <w:r>
        <w:rPr>
          <w:rFonts w:ascii="Noto Sans" w:hAnsi="Noto Sans" w:cs="Noto Sans Devanagari" w:eastAsia="Noto Sans Devanagari"/>
          <w:b w:val="0"/>
          <w:i w:val="0"/>
          <w:sz w:val="20"/>
        </w:rPr>
        <w:t>क्र.सं. निवेदकको निवेदकको विदेशमा विदेशमा रकम विदेशमा रकम विदेशी मुद्राको</w:t>
      </w:r>
    </w:p>
    <w:p>
      <w:pPr>
        <w:spacing w:after="62" w:line="259" w:lineRule="auto"/>
      </w:pPr>
      <w:r>
        <w:rPr>
          <w:rFonts w:ascii="Noto Sans" w:hAnsi="Noto Sans" w:cs="Noto Sans Devanagari" w:eastAsia="Noto Sans Devanagari"/>
          <w:b w:val="0"/>
          <w:i w:val="0"/>
          <w:sz w:val="20"/>
        </w:rPr>
        <w:t>नाम स्थायी रकम प्राप्त गर्ने प्राप्त गर्ने पक्षको सुविधा प्रदान</w:t>
      </w:r>
    </w:p>
    <w:p>
      <w:pPr>
        <w:spacing w:after="62" w:line="259" w:lineRule="auto"/>
      </w:pPr>
      <w:r>
        <w:rPr>
          <w:rFonts w:ascii="Noto Sans" w:hAnsi="Noto Sans" w:cs="Noto Sans Devanagari" w:eastAsia="Noto Sans Devanagari"/>
          <w:b w:val="0"/>
          <w:i w:val="0"/>
          <w:sz w:val="20"/>
        </w:rPr>
        <w:t>लेखा प्राप्त गर्ने पक्षको ठेगाना बैंक खाता सम्बन्धी गरिएको रकम</w:t>
      </w:r>
    </w:p>
    <w:p>
      <w:pPr>
        <w:spacing w:after="62" w:line="259" w:lineRule="auto"/>
      </w:pPr>
      <w:r>
        <w:rPr>
          <w:rFonts w:ascii="Noto Sans" w:hAnsi="Noto Sans" w:cs="Noto Sans Devanagari" w:eastAsia="Noto Sans Devanagari"/>
          <w:b w:val="0"/>
          <w:i w:val="0"/>
          <w:sz w:val="20"/>
        </w:rPr>
        <w:t>नम्बर पक्षको (देशको नाम विवरण (बैंकको (मुद्रा समेत)</w:t>
      </w:r>
    </w:p>
    <w:p>
      <w:pPr>
        <w:spacing w:after="62" w:line="259" w:lineRule="auto"/>
      </w:pPr>
      <w:r>
        <w:rPr>
          <w:rFonts w:ascii="Noto Sans" w:hAnsi="Noto Sans" w:cs="Noto Sans Devanagari" w:eastAsia="Noto Sans Devanagari"/>
          <w:b w:val="0"/>
          <w:i w:val="0"/>
          <w:sz w:val="20"/>
        </w:rPr>
        <w:t>नाम सहित) नाम र खाता</w:t>
      </w:r>
    </w:p>
    <w:p>
      <w:pPr>
        <w:spacing w:after="62" w:line="259" w:lineRule="auto"/>
      </w:pPr>
      <w:r>
        <w:rPr>
          <w:rFonts w:ascii="Noto Sans" w:hAnsi="Noto Sans" w:cs="Noto Sans Devanagari" w:eastAsia="Noto Sans Devanagari"/>
          <w:b w:val="0"/>
          <w:i w:val="0"/>
          <w:sz w:val="20"/>
        </w:rPr>
        <w:t>नम्बर)</w:t>
      </w:r>
    </w:p>
    <w:p>
      <w:pPr>
        <w:spacing w:after="62" w:line="259" w:lineRule="auto"/>
      </w:pPr>
      <w:r>
        <w:rPr>
          <w:rFonts w:ascii="Noto Sans" w:hAnsi="Noto Sans" w:cs="Noto Sans Devanagari" w:eastAsia="Noto Sans Devanagari"/>
          <w:b w:val="0"/>
          <w:i w:val="0"/>
          <w:sz w:val="20"/>
        </w:rPr>
        <w:t>तयार गर्ने रुजु गर्ने छापः</w:t>
      </w:r>
    </w:p>
    <w:p>
      <w:pPr>
        <w:spacing w:after="62" w:line="259" w:lineRule="auto"/>
      </w:pPr>
      <w:r>
        <w:rPr>
          <w:rFonts w:ascii="Noto Sans" w:hAnsi="Noto Sans" w:cs="Noto Sans Devanagari" w:eastAsia="Noto Sans Devanagari"/>
          <w:b w:val="0"/>
          <w:i w:val="0"/>
          <w:sz w:val="20"/>
        </w:rPr>
        <w:t>नामः नामः</w:t>
      </w:r>
    </w:p>
    <w:p>
      <w:pPr>
        <w:spacing w:after="62" w:line="259" w:lineRule="auto"/>
      </w:pPr>
      <w:r>
        <w:rPr>
          <w:rFonts w:ascii="Noto Sans" w:hAnsi="Noto Sans" w:cs="Noto Sans Devanagari" w:eastAsia="Noto Sans Devanagari"/>
          <w:b w:val="0"/>
          <w:i w:val="0"/>
          <w:sz w:val="20"/>
        </w:rPr>
        <w:t>पदः पदः</w:t>
      </w:r>
    </w:p>
    <w:p>
      <w:pPr>
        <w:spacing w:after="62" w:line="259" w:lineRule="auto"/>
      </w:pPr>
      <w:r>
        <w:rPr>
          <w:rFonts w:ascii="Noto Sans" w:hAnsi="Noto Sans" w:cs="Noto Sans Devanagari" w:eastAsia="Noto Sans Devanagari"/>
          <w:b w:val="0"/>
          <w:i w:val="0"/>
          <w:sz w:val="20"/>
        </w:rPr>
        <w:t>दस्तखतः दस्तखतः</w:t>
      </w:r>
    </w:p>
    <w:p>
      <w:pPr>
        <w:spacing w:after="62" w:line="259" w:lineRule="auto"/>
      </w:pPr>
      <w:r>
        <w:rPr>
          <w:rFonts w:ascii="Noto Sans" w:hAnsi="Noto Sans" w:cs="Noto Sans Devanagari" w:eastAsia="Noto Sans Devanagari"/>
          <w:b w:val="0"/>
          <w:i w:val="0"/>
          <w:sz w:val="20"/>
        </w:rPr>
        <w:t>इमेलः इमेलः</w:t>
      </w:r>
    </w:p>
    <w:p>
      <w:pPr>
        <w:spacing w:after="62" w:line="259" w:lineRule="auto"/>
      </w:pPr>
      <w:r>
        <w:rPr>
          <w:rFonts w:ascii="Noto Sans" w:hAnsi="Noto Sans" w:cs="Noto Sans Devanagari" w:eastAsia="Noto Sans Devanagari"/>
          <w:b w:val="0"/>
          <w:i w:val="0"/>
          <w:sz w:val="20"/>
        </w:rPr>
        <w:t>फोनः फोनः</w:t>
      </w:r>
    </w:p>
    <w:p>
      <w:pPr>
        <w:spacing w:after="62" w:line="259" w:lineRule="auto"/>
      </w:pPr>
      <w:r>
        <w:rPr>
          <w:rFonts w:ascii="Noto Sans" w:hAnsi="Noto Sans" w:cs="Noto Sans Devanagari" w:eastAsia="Noto Sans Devanagari"/>
          <w:b w:val="0"/>
          <w:i w:val="0"/>
          <w:sz w:val="20"/>
        </w:rPr>
        <w:t>उद्योग/व्यवसायले पेश गर्ने विवरणको ढाँचाः</w:t>
      </w:r>
    </w:p>
    <w:p>
      <w:pPr>
        <w:spacing w:after="62" w:line="259" w:lineRule="auto"/>
      </w:pPr>
      <w:r>
        <w:rPr>
          <w:rFonts w:ascii="Noto Sans" w:hAnsi="Noto Sans" w:cs="Noto Sans Devanagari" w:eastAsia="Noto Sans Devanagari"/>
          <w:b w:val="0"/>
          <w:i w:val="0"/>
          <w:sz w:val="20"/>
        </w:rPr>
        <w:t>उद्योग/व्यवसायको नामः..........................</w:t>
      </w:r>
    </w:p>
    <w:p>
      <w:pPr>
        <w:spacing w:after="62" w:line="259" w:lineRule="auto"/>
      </w:pPr>
      <w:r>
        <w:rPr>
          <w:rFonts w:ascii="Noto Sans" w:hAnsi="Noto Sans" w:cs="Noto Sans Devanagari" w:eastAsia="Noto Sans Devanagari"/>
          <w:b w:val="0"/>
          <w:i w:val="0"/>
          <w:sz w:val="20"/>
        </w:rPr>
        <w:t>उद्योग/व्यवसाय दर्ता विवरण (मिति, दर्ता नम्बर, दर्ता गर्ने नेपाल सरकारको सम्बन्धित</w:t>
      </w:r>
    </w:p>
    <w:p>
      <w:pPr>
        <w:spacing w:after="62" w:line="259" w:lineRule="auto"/>
      </w:pPr>
      <w:r>
        <w:rPr>
          <w:rFonts w:ascii="Noto Sans" w:hAnsi="Noto Sans" w:cs="Noto Sans Devanagari" w:eastAsia="Noto Sans Devanagari"/>
          <w:b w:val="0"/>
          <w:i w:val="0"/>
          <w:sz w:val="20"/>
        </w:rPr>
        <w:t>निकाय)ः..........................</w:t>
      </w:r>
    </w:p>
    <w:p>
      <w:pPr>
        <w:spacing w:after="62" w:line="259" w:lineRule="auto"/>
      </w:pPr>
      <w:r>
        <w:rPr>
          <w:rFonts w:ascii="Noto Sans" w:hAnsi="Noto Sans" w:cs="Noto Sans Devanagari" w:eastAsia="Noto Sans Devanagari"/>
          <w:b w:val="0"/>
          <w:i w:val="0"/>
          <w:sz w:val="20"/>
        </w:rPr>
        <w:t>उद्योग/व्यवसायको ठेगाना (स्थानीय तह समेत)ः..........................</w:t>
      </w:r>
    </w:p>
    <w:p>
      <w:pPr>
        <w:spacing w:after="62" w:line="259" w:lineRule="auto"/>
      </w:pPr>
      <w:r>
        <w:rPr>
          <w:rFonts w:ascii="Noto Sans" w:hAnsi="Noto Sans" w:cs="Noto Sans Devanagari" w:eastAsia="Noto Sans Devanagari"/>
          <w:b w:val="0"/>
          <w:i w:val="0"/>
          <w:sz w:val="20"/>
        </w:rPr>
        <w:t>उद्योग/व्यवसायको स्थायी लेखा नम्बरः..........................</w:t>
      </w:r>
    </w:p>
    <w:p>
      <w:pPr>
        <w:spacing w:after="62" w:line="259" w:lineRule="auto"/>
      </w:pPr>
      <w:r>
        <w:rPr>
          <w:rFonts w:ascii="Noto Sans" w:hAnsi="Noto Sans" w:cs="Noto Sans Devanagari" w:eastAsia="Noto Sans Devanagari"/>
          <w:b w:val="0"/>
          <w:i w:val="0"/>
          <w:sz w:val="20"/>
        </w:rPr>
        <w:t>विवरण पेश गरिएको साल र महिना (वि.सं.मा)ः.........................</w:t>
      </w:r>
    </w:p>
    <w:p>
      <w:pPr>
        <w:spacing w:after="62" w:line="259" w:lineRule="auto"/>
      </w:pPr>
      <w:r>
        <w:rPr>
          <w:rFonts w:ascii="Noto Sans" w:hAnsi="Noto Sans" w:cs="Noto Sans Devanagari" w:eastAsia="Noto Sans Devanagari"/>
          <w:b w:val="0"/>
          <w:i w:val="0"/>
          <w:sz w:val="20"/>
        </w:rPr>
        <w:t>विवरण पेश गरिएको मितिः................................</w:t>
      </w:r>
    </w:p>
    <w:p>
      <w:pPr>
        <w:spacing w:after="62" w:line="259" w:lineRule="auto"/>
      </w:pPr>
      <w:r>
        <w:rPr>
          <w:rFonts w:ascii="Noto Sans" w:hAnsi="Noto Sans" w:cs="Noto Sans Devanagari" w:eastAsia="Noto Sans Devanagari"/>
          <w:b w:val="0"/>
          <w:i w:val="0"/>
          <w:sz w:val="20"/>
        </w:rPr>
        <w:t>क्र.सं. विदेशी विदेशी विदेशी प्रयोजन प्रयोजन बमोजिम सम्पर्क सफ्टवेयर/प्रोग्राम/</w:t>
      </w:r>
    </w:p>
    <w:p>
      <w:pPr>
        <w:spacing w:after="62" w:line="259" w:lineRule="auto"/>
      </w:pPr>
      <w:r>
        <w:rPr>
          <w:rFonts w:ascii="Noto Sans" w:hAnsi="Noto Sans" w:cs="Noto Sans Devanagari" w:eastAsia="Noto Sans Devanagari"/>
          <w:b w:val="0"/>
          <w:i w:val="0"/>
          <w:sz w:val="20"/>
        </w:rPr>
        <w:t>मुद्राको मुद्राको मुद्राको कार्य सम्पन्न कार्यालयको</w:t>
      </w:r>
    </w:p>
    <w:p>
      <w:pPr>
        <w:spacing w:after="62" w:line="259" w:lineRule="auto"/>
      </w:pPr>
      <w:r>
        <w:rPr>
          <w:rFonts w:ascii="Noto Sans" w:hAnsi="Noto Sans" w:cs="Noto Sans Devanagari" w:eastAsia="Noto Sans Devanagari"/>
          <w:b w:val="0"/>
          <w:i w:val="0"/>
          <w:sz w:val="20"/>
        </w:rPr>
        <w:t>उपकरण जडान</w:t>
      </w:r>
    </w:p>
    <w:p>
      <w:pPr>
        <w:spacing w:after="62" w:line="259" w:lineRule="auto"/>
      </w:pPr>
      <w:r>
        <w:rPr>
          <w:rFonts w:ascii="Noto Sans" w:hAnsi="Noto Sans" w:cs="Noto Sans Devanagari" w:eastAsia="Noto Sans Devanagari"/>
          <w:b w:val="0"/>
          <w:i w:val="0"/>
          <w:sz w:val="20"/>
        </w:rPr>
        <w:t>सुविधा दिने सुविधा सुविधा भएको मिति ठेगाना र बैंक</w:t>
      </w:r>
    </w:p>
    <w:p>
      <w:pPr>
        <w:spacing w:after="62" w:line="259" w:lineRule="auto"/>
      </w:pPr>
      <w:r>
        <w:rPr>
          <w:rFonts w:ascii="Noto Sans" w:hAnsi="Noto Sans" w:cs="Noto Sans Devanagari" w:eastAsia="Noto Sans Devanagari"/>
          <w:b w:val="0"/>
          <w:i w:val="0"/>
          <w:sz w:val="20"/>
        </w:rPr>
        <w:t>गरिएको ठेगाना</w:t>
      </w:r>
    </w:p>
    <w:p>
      <w:pPr>
        <w:spacing w:after="62" w:line="259" w:lineRule="auto"/>
      </w:pPr>
      <w:r>
        <w:rPr>
          <w:rFonts w:ascii="Noto Sans" w:hAnsi="Noto Sans" w:cs="Noto Sans Devanagari" w:eastAsia="Noto Sans Devanagari"/>
          <w:b w:val="0"/>
          <w:i w:val="0"/>
          <w:sz w:val="20"/>
        </w:rPr>
        <w:t>वाणिज्य लिएको लिएको खाता सम्बन्धी</w:t>
      </w:r>
    </w:p>
    <w:p>
      <w:pPr>
        <w:spacing w:after="62" w:line="259" w:lineRule="auto"/>
      </w:pPr>
      <w:r>
        <w:rPr>
          <w:rFonts w:ascii="Noto Sans" w:hAnsi="Noto Sans" w:cs="Noto Sans Devanagari" w:eastAsia="Noto Sans Devanagari"/>
          <w:b w:val="0"/>
          <w:i w:val="0"/>
          <w:sz w:val="20"/>
        </w:rPr>
        <w:t>बैंकको नाम मिति मुद्रा र विवरण</w:t>
      </w:r>
    </w:p>
    <w:p>
      <w:pPr>
        <w:spacing w:after="62" w:line="259" w:lineRule="auto"/>
      </w:pPr>
      <w:r>
        <w:rPr>
          <w:rFonts w:ascii="Noto Sans" w:hAnsi="Noto Sans" w:cs="Noto Sans Devanagari" w:eastAsia="Noto Sans Devanagari"/>
          <w:b w:val="0"/>
          <w:i w:val="0"/>
          <w:sz w:val="20"/>
        </w:rPr>
        <w:t>रकम</w:t>
      </w:r>
    </w:p>
    <w:p>
      <w:pPr>
        <w:spacing w:after="62" w:line="259" w:lineRule="auto"/>
      </w:pPr>
      <w:r>
        <w:rPr>
          <w:rFonts w:ascii="Noto Sans" w:hAnsi="Noto Sans" w:cs="Noto Sans Devanagari" w:eastAsia="Noto Sans Devanagari"/>
          <w:b w:val="0"/>
          <w:i w:val="0"/>
          <w:sz w:val="20"/>
        </w:rPr>
        <w:t>तयार गर्ने रुजु गर्ने छापः</w:t>
      </w:r>
    </w:p>
    <w:p>
      <w:pPr>
        <w:spacing w:after="62" w:line="259" w:lineRule="auto"/>
      </w:pPr>
      <w:r>
        <w:rPr>
          <w:rFonts w:ascii="Noto Sans" w:hAnsi="Noto Sans" w:cs="Noto Sans Devanagari" w:eastAsia="Noto Sans Devanagari"/>
          <w:b w:val="0"/>
          <w:i w:val="0"/>
          <w:sz w:val="20"/>
        </w:rPr>
        <w:t>नामः नामः</w:t>
      </w:r>
    </w:p>
    <w:p>
      <w:pPr>
        <w:spacing w:after="62" w:line="259" w:lineRule="auto"/>
      </w:pPr>
      <w:r>
        <w:rPr>
          <w:rFonts w:ascii="Noto Sans" w:hAnsi="Noto Sans" w:cs="Noto Sans Devanagari" w:eastAsia="Noto Sans Devanagari"/>
          <w:b w:val="0"/>
          <w:i w:val="0"/>
          <w:sz w:val="20"/>
        </w:rPr>
        <w:t>पदः पदः</w:t>
      </w:r>
    </w:p>
    <w:p>
      <w:pPr>
        <w:spacing w:after="62" w:line="259" w:lineRule="auto"/>
      </w:pPr>
      <w:r>
        <w:rPr>
          <w:rFonts w:ascii="Noto Sans" w:hAnsi="Noto Sans" w:cs="Noto Sans Devanagari" w:eastAsia="Noto Sans Devanagari"/>
          <w:b w:val="0"/>
          <w:i w:val="0"/>
          <w:sz w:val="20"/>
        </w:rPr>
        <w:t>दस्तखतः दस्तखतः</w:t>
      </w:r>
    </w:p>
    <w:p>
      <w:pPr>
        <w:spacing w:after="62" w:line="259" w:lineRule="auto"/>
      </w:pPr>
      <w:r>
        <w:rPr>
          <w:rFonts w:ascii="Noto Sans" w:hAnsi="Noto Sans" w:cs="Noto Sans Devanagari" w:eastAsia="Noto Sans Devanagari"/>
          <w:b w:val="0"/>
          <w:i w:val="0"/>
          <w:sz w:val="20"/>
        </w:rPr>
        <w:t>इमेलः इमेलः</w:t>
      </w:r>
    </w:p>
    <w:p>
      <w:pPr>
        <w:spacing w:after="62" w:line="259" w:lineRule="auto"/>
      </w:pPr>
      <w:r>
        <w:rPr>
          <w:rFonts w:ascii="Noto Sans" w:hAnsi="Noto Sans" w:cs="Noto Sans Devanagari" w:eastAsia="Noto Sans Devanagari"/>
          <w:b w:val="0"/>
          <w:i w:val="0"/>
          <w:sz w:val="20"/>
        </w:rPr>
        <w:t>फोनः फोनः</w:t>
      </w:r>
    </w:p>
    <w:p>
      <w:pPr>
        <w:keepNext/>
        <w:spacing w:before="200" w:after="80"/>
        <w:pBdr>
          <w:bottom w:val="single" w:sz="12" w:space="2" w:color="2F5597"/>
        </w:pBdr>
      </w:pPr>
      <w:r>
        <w:rPr>
          <w:rFonts w:ascii="Noto Sans" w:hAnsi="Noto Sans" w:cs="Noto Sans Devanagari" w:eastAsia="Noto Sans Devanagari"/>
          <w:b/>
          <w:i w:val="0"/>
          <w:color w:val="2F5597"/>
          <w:sz w:val="24"/>
        </w:rPr>
        <w:t>Schedule 7.8</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7.8</w:t>
      </w:r>
    </w:p>
    <w:p>
      <w:pPr>
        <w:spacing w:after="70" w:line="259" w:lineRule="auto"/>
      </w:pPr>
      <w:r>
        <w:rPr>
          <w:rFonts w:ascii="Noto Sans" w:hAnsi="Noto Sans" w:cs="Noto Sans Devanagari" w:eastAsia="Noto Sans Devanagari"/>
          <w:b w:val="0"/>
          <w:i w:val="0"/>
          <w:color w:val="222222"/>
          <w:sz w:val="18"/>
        </w:rPr>
        <w:t>(For the purpose of Clause 5A of F.E. Circular No. 7)</w:t>
      </w:r>
    </w:p>
    <w:p>
      <w:pPr>
        <w:spacing w:after="70" w:line="259" w:lineRule="auto"/>
      </w:pPr>
      <w:r>
        <w:rPr>
          <w:rFonts w:ascii="Noto Sans" w:hAnsi="Noto Sans" w:cs="Noto Sans Devanagari" w:eastAsia="Noto Sans Devanagari"/>
          <w:b w:val="0"/>
          <w:i w:val="0"/>
          <w:color w:val="222222"/>
          <w:sz w:val="18"/>
        </w:rPr>
        <w:t>Format of Details to be Submitted by Banks and Financial Institutions:</w:t>
      </w:r>
    </w:p>
    <w:p>
      <w:pPr>
        <w:spacing w:after="70" w:line="259" w:lineRule="auto"/>
      </w:pPr>
      <w:r>
        <w:rPr>
          <w:rFonts w:ascii="Noto Sans" w:hAnsi="Noto Sans" w:cs="Noto Sans Devanagari" w:eastAsia="Noto Sans Devanagari"/>
          <w:b w:val="0"/>
          <w:i w:val="0"/>
          <w:color w:val="222222"/>
          <w:sz w:val="18"/>
        </w:rPr>
        <w:t>Name of Bank/Financial Institution (to be submitted only by the Central Office/Corporate Office): ..........................</w:t>
      </w:r>
    </w:p>
    <w:p>
      <w:pPr>
        <w:spacing w:after="70" w:line="259" w:lineRule="auto"/>
      </w:pPr>
      <w:r>
        <w:rPr>
          <w:rFonts w:ascii="Noto Sans" w:hAnsi="Noto Sans" w:cs="Noto Sans Devanagari" w:eastAsia="Noto Sans Devanagari"/>
          <w:b w:val="0"/>
          <w:i w:val="0"/>
          <w:color w:val="222222"/>
          <w:sz w:val="18"/>
        </w:rPr>
        <w:t>Year and Month for which details are submitted (B.S.): .........................</w:t>
      </w:r>
    </w:p>
    <w:p>
      <w:pPr>
        <w:spacing w:after="70" w:line="259" w:lineRule="auto"/>
      </w:pPr>
      <w:r>
        <w:rPr>
          <w:rFonts w:ascii="Noto Sans" w:hAnsi="Noto Sans" w:cs="Noto Sans Devanagari" w:eastAsia="Noto Sans Devanagari"/>
          <w:b w:val="0"/>
          <w:i w:val="0"/>
          <w:color w:val="222222"/>
          <w:sz w:val="18"/>
        </w:rPr>
        <w:t>Date of submission: ................................</w:t>
      </w:r>
    </w:p>
    <w:p>
      <w:pPr>
        <w:spacing w:after="70" w:line="259" w:lineRule="auto"/>
      </w:pPr>
      <w:r>
        <w:rPr>
          <w:rFonts w:ascii="Noto Sans" w:hAnsi="Noto Sans" w:cs="Noto Sans Devanagari" w:eastAsia="Noto Sans Devanagari"/>
          <w:b w:val="0"/>
          <w:i w:val="0"/>
          <w:color w:val="222222"/>
          <w:sz w:val="18"/>
        </w:rPr>
        <w:t>S.N. | Applicant Name | Applicant Permanent Account Number | Name of Party Receiving Amount Abroad | Address of Party Receiving Amount Abroad (including country) | Bank Account Details of Party Receiving Amount Abroad (Bank Name and Account Number) | Amount of Foreign Currency Facility Provided (including currency)</w:t>
      </w:r>
    </w:p>
    <w:p>
      <w:pPr>
        <w:spacing w:after="70" w:line="259" w:lineRule="auto"/>
      </w:pPr>
      <w:r>
        <w:rPr>
          <w:rFonts w:ascii="Noto Sans" w:hAnsi="Noto Sans" w:cs="Noto Sans Devanagari" w:eastAsia="Noto Sans Devanagari"/>
          <w:b w:val="0"/>
          <w:i w:val="0"/>
          <w:color w:val="222222"/>
          <w:sz w:val="18"/>
        </w:rPr>
        <w:t>Prepared by | Verified by | Seal</w:t>
      </w:r>
    </w:p>
    <w:p>
      <w:pPr>
        <w:spacing w:after="70" w:line="259" w:lineRule="auto"/>
      </w:pPr>
      <w:r>
        <w:rPr>
          <w:rFonts w:ascii="Noto Sans" w:hAnsi="Noto Sans" w:cs="Noto Sans Devanagari" w:eastAsia="Noto Sans Devanagari"/>
          <w:b w:val="0"/>
          <w:i w:val="0"/>
          <w:color w:val="222222"/>
          <w:sz w:val="18"/>
        </w:rPr>
        <w:t>Name: | Name:</w:t>
      </w:r>
    </w:p>
    <w:p>
      <w:pPr>
        <w:spacing w:after="70" w:line="259" w:lineRule="auto"/>
      </w:pPr>
      <w:r>
        <w:rPr>
          <w:rFonts w:ascii="Noto Sans" w:hAnsi="Noto Sans" w:cs="Noto Sans Devanagari" w:eastAsia="Noto Sans Devanagari"/>
          <w:b w:val="0"/>
          <w:i w:val="0"/>
          <w:color w:val="222222"/>
          <w:sz w:val="18"/>
        </w:rPr>
        <w:t>Designation: | Designation:</w:t>
      </w:r>
    </w:p>
    <w:p>
      <w:pPr>
        <w:spacing w:after="70" w:line="259" w:lineRule="auto"/>
      </w:pPr>
      <w:r>
        <w:rPr>
          <w:rFonts w:ascii="Noto Sans" w:hAnsi="Noto Sans" w:cs="Noto Sans Devanagari" w:eastAsia="Noto Sans Devanagari"/>
          <w:b w:val="0"/>
          <w:i w:val="0"/>
          <w:color w:val="222222"/>
          <w:sz w:val="18"/>
        </w:rPr>
        <w:t>Signature: | Signature:</w:t>
      </w:r>
    </w:p>
    <w:p>
      <w:pPr>
        <w:spacing w:after="70" w:line="259" w:lineRule="auto"/>
      </w:pPr>
      <w:r>
        <w:rPr>
          <w:rFonts w:ascii="Noto Sans" w:hAnsi="Noto Sans" w:cs="Noto Sans Devanagari" w:eastAsia="Noto Sans Devanagari"/>
          <w:b w:val="0"/>
          <w:i w:val="0"/>
          <w:color w:val="222222"/>
          <w:sz w:val="18"/>
        </w:rPr>
        <w:t>Email: | Email:</w:t>
      </w:r>
    </w:p>
    <w:p>
      <w:pPr>
        <w:spacing w:after="70" w:line="259" w:lineRule="auto"/>
      </w:pPr>
      <w:r>
        <w:rPr>
          <w:rFonts w:ascii="Noto Sans" w:hAnsi="Noto Sans" w:cs="Noto Sans Devanagari" w:eastAsia="Noto Sans Devanagari"/>
          <w:b w:val="0"/>
          <w:i w:val="0"/>
          <w:color w:val="222222"/>
          <w:sz w:val="18"/>
        </w:rPr>
        <w:t>Phone: | Phone:</w:t>
      </w:r>
    </w:p>
    <w:p>
      <w:pPr>
        <w:spacing w:after="70" w:line="259" w:lineRule="auto"/>
      </w:pPr>
      <w:r>
        <w:rPr>
          <w:rFonts w:ascii="Noto Sans" w:hAnsi="Noto Sans" w:cs="Noto Sans Devanagari" w:eastAsia="Noto Sans Devanagari"/>
          <w:b w:val="0"/>
          <w:i w:val="0"/>
          <w:color w:val="222222"/>
          <w:sz w:val="18"/>
        </w:rPr>
        <w:t>Format of Details to be Submitted by the Industry/Business:</w:t>
      </w:r>
    </w:p>
    <w:p>
      <w:pPr>
        <w:spacing w:after="70" w:line="259" w:lineRule="auto"/>
      </w:pPr>
      <w:r>
        <w:rPr>
          <w:rFonts w:ascii="Noto Sans" w:hAnsi="Noto Sans" w:cs="Noto Sans Devanagari" w:eastAsia="Noto Sans Devanagari"/>
          <w:b w:val="0"/>
          <w:i w:val="0"/>
          <w:color w:val="222222"/>
          <w:sz w:val="18"/>
        </w:rPr>
        <w:t>Name of Industry/Business: ..........................</w:t>
      </w:r>
    </w:p>
    <w:p>
      <w:pPr>
        <w:spacing w:after="70" w:line="259" w:lineRule="auto"/>
      </w:pPr>
      <w:r>
        <w:rPr>
          <w:rFonts w:ascii="Noto Sans" w:hAnsi="Noto Sans" w:cs="Noto Sans Devanagari" w:eastAsia="Noto Sans Devanagari"/>
          <w:b w:val="0"/>
          <w:i w:val="0"/>
          <w:color w:val="222222"/>
          <w:sz w:val="18"/>
        </w:rPr>
        <w:t>Industry/Business Registration Details (date, registration number and concerned Government of Nepal registration authority): ..........................</w:t>
      </w:r>
    </w:p>
    <w:p>
      <w:pPr>
        <w:spacing w:after="70" w:line="259" w:lineRule="auto"/>
      </w:pPr>
      <w:r>
        <w:rPr>
          <w:rFonts w:ascii="Noto Sans" w:hAnsi="Noto Sans" w:cs="Noto Sans Devanagari" w:eastAsia="Noto Sans Devanagari"/>
          <w:b w:val="0"/>
          <w:i w:val="0"/>
          <w:color w:val="222222"/>
          <w:sz w:val="18"/>
        </w:rPr>
        <w:t>Address of Industry/Business (including local level): ..........................</w:t>
      </w:r>
    </w:p>
    <w:p>
      <w:pPr>
        <w:spacing w:after="70" w:line="259" w:lineRule="auto"/>
      </w:pPr>
      <w:r>
        <w:rPr>
          <w:rFonts w:ascii="Noto Sans" w:hAnsi="Noto Sans" w:cs="Noto Sans Devanagari" w:eastAsia="Noto Sans Devanagari"/>
          <w:b w:val="0"/>
          <w:i w:val="0"/>
          <w:color w:val="222222"/>
          <w:sz w:val="18"/>
        </w:rPr>
        <w:t>Permanent Account Number of Industry/Business: ..........................</w:t>
      </w:r>
    </w:p>
    <w:p>
      <w:pPr>
        <w:spacing w:after="70" w:line="259" w:lineRule="auto"/>
      </w:pPr>
      <w:r>
        <w:rPr>
          <w:rFonts w:ascii="Noto Sans" w:hAnsi="Noto Sans" w:cs="Noto Sans Devanagari" w:eastAsia="Noto Sans Devanagari"/>
          <w:b w:val="0"/>
          <w:i w:val="0"/>
          <w:color w:val="222222"/>
          <w:sz w:val="18"/>
        </w:rPr>
        <w:t>Year and Month for which details are submitted (B.S.): .........................</w:t>
      </w:r>
    </w:p>
    <w:p>
      <w:pPr>
        <w:spacing w:after="70" w:line="259" w:lineRule="auto"/>
      </w:pPr>
      <w:r>
        <w:rPr>
          <w:rFonts w:ascii="Noto Sans" w:hAnsi="Noto Sans" w:cs="Noto Sans Devanagari" w:eastAsia="Noto Sans Devanagari"/>
          <w:b w:val="0"/>
          <w:i w:val="0"/>
          <w:color w:val="222222"/>
          <w:sz w:val="18"/>
        </w:rPr>
        <w:t>Date of submission: ................................</w:t>
      </w:r>
    </w:p>
    <w:p>
      <w:pPr>
        <w:spacing w:after="70" w:line="259" w:lineRule="auto"/>
      </w:pPr>
      <w:r>
        <w:rPr>
          <w:rFonts w:ascii="Noto Sans" w:hAnsi="Noto Sans" w:cs="Noto Sans Devanagari" w:eastAsia="Noto Sans Devanagari"/>
          <w:b w:val="0"/>
          <w:i w:val="0"/>
          <w:color w:val="222222"/>
          <w:sz w:val="18"/>
        </w:rPr>
        <w:t>S.N. | Name of Commercial Bank Providing Foreign Currency Facility | Date Facility Obtained | Currency and Amount of Foreign Currency Facility | Purpose | Date Work Completed as Intended | Address of Contact Office and Bank Account Details | Address Where Software/Program/Equipment Was Installed</w:t>
      </w:r>
    </w:p>
    <w:p>
      <w:pPr>
        <w:spacing w:after="70" w:line="259" w:lineRule="auto"/>
      </w:pPr>
      <w:r>
        <w:rPr>
          <w:rFonts w:ascii="Noto Sans" w:hAnsi="Noto Sans" w:cs="Noto Sans Devanagari" w:eastAsia="Noto Sans Devanagari"/>
          <w:b w:val="0"/>
          <w:i w:val="0"/>
          <w:color w:val="222222"/>
          <w:sz w:val="18"/>
        </w:rPr>
        <w:t>Prepared by | Verified by | Seal</w:t>
      </w:r>
    </w:p>
    <w:p>
      <w:pPr>
        <w:spacing w:after="70" w:line="259" w:lineRule="auto"/>
      </w:pPr>
      <w:r>
        <w:rPr>
          <w:rFonts w:ascii="Noto Sans" w:hAnsi="Noto Sans" w:cs="Noto Sans Devanagari" w:eastAsia="Noto Sans Devanagari"/>
          <w:b w:val="0"/>
          <w:i w:val="0"/>
          <w:color w:val="222222"/>
          <w:sz w:val="18"/>
        </w:rPr>
        <w:t>Name: | Name:</w:t>
      </w:r>
    </w:p>
    <w:p>
      <w:pPr>
        <w:spacing w:after="70" w:line="259" w:lineRule="auto"/>
      </w:pPr>
      <w:r>
        <w:rPr>
          <w:rFonts w:ascii="Noto Sans" w:hAnsi="Noto Sans" w:cs="Noto Sans Devanagari" w:eastAsia="Noto Sans Devanagari"/>
          <w:b w:val="0"/>
          <w:i w:val="0"/>
          <w:color w:val="222222"/>
          <w:sz w:val="18"/>
        </w:rPr>
        <w:t>Designation: | Designation:</w:t>
      </w:r>
    </w:p>
    <w:p>
      <w:pPr>
        <w:spacing w:after="70" w:line="259" w:lineRule="auto"/>
      </w:pPr>
      <w:r>
        <w:rPr>
          <w:rFonts w:ascii="Noto Sans" w:hAnsi="Noto Sans" w:cs="Noto Sans Devanagari" w:eastAsia="Noto Sans Devanagari"/>
          <w:b w:val="0"/>
          <w:i w:val="0"/>
          <w:color w:val="222222"/>
          <w:sz w:val="18"/>
        </w:rPr>
        <w:t>Signature: | Signature:</w:t>
      </w:r>
    </w:p>
    <w:p>
      <w:pPr>
        <w:spacing w:after="70" w:line="259" w:lineRule="auto"/>
      </w:pPr>
      <w:r>
        <w:rPr>
          <w:rFonts w:ascii="Noto Sans" w:hAnsi="Noto Sans" w:cs="Noto Sans Devanagari" w:eastAsia="Noto Sans Devanagari"/>
          <w:b w:val="0"/>
          <w:i w:val="0"/>
          <w:color w:val="222222"/>
          <w:sz w:val="18"/>
        </w:rPr>
        <w:t>Email: | Email:</w:t>
      </w:r>
    </w:p>
    <w:p>
      <w:pPr>
        <w:spacing w:after="70" w:line="259" w:lineRule="auto"/>
      </w:pPr>
      <w:r>
        <w:rPr>
          <w:rFonts w:ascii="Noto Sans" w:hAnsi="Noto Sans" w:cs="Noto Sans Devanagari" w:eastAsia="Noto Sans Devanagari"/>
          <w:b w:val="0"/>
          <w:i w:val="0"/>
          <w:color w:val="222222"/>
          <w:sz w:val="18"/>
        </w:rPr>
        <w:t>Phone: | Phone:</w:t>
      </w:r>
    </w:p>
    <w:p>
      <w:r>
        <w:br w:type="page"/>
      </w:r>
    </w:p>
    <w:p>
      <w:pPr>
        <w:keepNext w:val="0"/>
        <w:spacing w:after="60" w:line="259" w:lineRule="auto"/>
        <w:jc w:val="center"/>
      </w:pPr>
      <w:r>
        <w:rPr>
          <w:rFonts w:ascii="Noto Sans" w:hAnsi="Noto Sans" w:cs="Noto Sans Devanagari" w:eastAsia="Noto Sans Devanagari"/>
          <w:b/>
          <w:i w:val="0"/>
          <w:color w:val="17365D"/>
          <w:sz w:val="28"/>
        </w:rPr>
        <w:t>एकीकृत इ.प्रा. परिपत्र ः ८/२०८२ — उच्च शिक्षा अध्ययनको लागि विदेशी मुद्रा सटही सम्बन्धी व्यवस्था</w:t>
      </w:r>
    </w:p>
    <w:p>
      <w:pPr>
        <w:keepNext w:val="0"/>
        <w:spacing w:after="200" w:line="259" w:lineRule="auto"/>
        <w:jc w:val="center"/>
      </w:pPr>
      <w:r>
        <w:rPr>
          <w:rFonts w:ascii="Noto Sans" w:hAnsi="Noto Sans" w:cs="Noto Sans Devanagari" w:eastAsia="Noto Sans Devanagari"/>
          <w:b/>
          <w:i w:val="0"/>
          <w:color w:val="2F5597"/>
          <w:sz w:val="27"/>
        </w:rPr>
        <w:t>Unified F.E. Circular No. 8/2082 — Foreign Currency Exchange for Higher Education</w:t>
      </w:r>
    </w:p>
    <w:p>
      <w:pPr>
        <w:keepNext/>
        <w:spacing w:before="200" w:after="80"/>
        <w:pBdr>
          <w:bottom w:val="single" w:sz="12" w:space="2" w:color="17365D"/>
        </w:pBdr>
      </w:pPr>
      <w:r>
        <w:rPr>
          <w:rFonts w:ascii="Noto Sans" w:hAnsi="Noto Sans" w:cs="Noto Sans Devanagari" w:eastAsia="Noto Sans Devanagari"/>
          <w:b/>
          <w:i w:val="0"/>
          <w:color w:val="17365D"/>
          <w:sz w:val="25"/>
        </w:rPr>
        <w:t>प्रस्तावना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नेपाल राष्ट्र बैंक</w:t>
      </w:r>
    </w:p>
    <w:p>
      <w:pPr>
        <w:spacing w:after="62" w:line="259" w:lineRule="auto"/>
      </w:pPr>
      <w:r>
        <w:rPr>
          <w:rFonts w:ascii="Noto Sans" w:hAnsi="Noto Sans" w:cs="Noto Sans Devanagari" w:eastAsia="Noto Sans Devanagari"/>
          <w:b w:val="0"/>
          <w:i w:val="0"/>
          <w:sz w:val="20"/>
        </w:rPr>
        <w:t>केन्द्रीय कार्यालय</w:t>
      </w:r>
    </w:p>
    <w:p>
      <w:pPr>
        <w:spacing w:after="62" w:line="259" w:lineRule="auto"/>
      </w:pPr>
      <w:r>
        <w:rPr>
          <w:rFonts w:ascii="Noto Sans" w:hAnsi="Noto Sans" w:cs="Noto Sans Devanagari" w:eastAsia="Noto Sans Devanagari"/>
          <w:b w:val="0"/>
          <w:i w:val="0"/>
          <w:sz w:val="20"/>
        </w:rPr>
        <w:t>विदेशी विनिमय व्यवस्थापन विभाग</w:t>
      </w:r>
    </w:p>
    <w:p>
      <w:pPr>
        <w:spacing w:after="62" w:line="259" w:lineRule="auto"/>
      </w:pPr>
      <w:r>
        <w:rPr>
          <w:rFonts w:ascii="Noto Sans" w:hAnsi="Noto Sans" w:cs="Noto Sans Devanagari" w:eastAsia="Noto Sans Devanagari"/>
          <w:b w:val="0"/>
          <w:i w:val="0"/>
          <w:sz w:val="20"/>
        </w:rPr>
        <w:t>एकीकृत इ.प्रा. परिपत्र ः ८/२०८२</w:t>
      </w:r>
    </w:p>
    <w:p>
      <w:pPr>
        <w:spacing w:after="62" w:line="259" w:lineRule="auto"/>
      </w:pPr>
      <w:r>
        <w:rPr>
          <w:rFonts w:ascii="Noto Sans" w:hAnsi="Noto Sans" w:cs="Noto Sans Devanagari" w:eastAsia="Noto Sans Devanagari"/>
          <w:b w:val="0"/>
          <w:i w:val="0"/>
          <w:sz w:val="20"/>
        </w:rPr>
        <w:t>उच्च शिक्षा अध्ययनको लागि विदेशी मुद्रा सटही सम्बन्धी व्यवस्था</w:t>
      </w:r>
    </w:p>
    <w:p>
      <w:pPr>
        <w:spacing w:after="62" w:line="259" w:lineRule="auto"/>
      </w:pPr>
      <w:r>
        <w:rPr>
          <w:rFonts w:ascii="Noto Sans" w:hAnsi="Noto Sans" w:cs="Noto Sans Devanagari" w:eastAsia="Noto Sans Devanagari"/>
          <w:b w:val="0"/>
          <w:i w:val="0"/>
          <w:sz w:val="20"/>
        </w:rPr>
        <w:t>उच्च शिक्षा अध्ययन गर्न विदेश जाने तथा अध्ययनरत नेपाली विद्यार्थीहरूलाई आवश्यक पर्ने विदेशी मुद्राको</w:t>
      </w:r>
    </w:p>
    <w:p>
      <w:pPr>
        <w:spacing w:after="62" w:line="259" w:lineRule="auto"/>
      </w:pPr>
      <w:r>
        <w:rPr>
          <w:rFonts w:ascii="Noto Sans" w:hAnsi="Noto Sans" w:cs="Noto Sans Devanagari" w:eastAsia="Noto Sans Devanagari"/>
          <w:b w:val="0"/>
          <w:i w:val="0"/>
          <w:sz w:val="20"/>
        </w:rPr>
        <w:t>सटही अनुमति प्रदान गर्ने सम्बन्धमा देहाय अनुसारको व्यवस्था गरिएको हुँदा सोही बमोजिम गर्नु गराउनु हुन विदेशी</w:t>
      </w:r>
    </w:p>
    <w:p>
      <w:pPr>
        <w:spacing w:after="62" w:line="259" w:lineRule="auto"/>
      </w:pPr>
      <w:r>
        <w:rPr>
          <w:rFonts w:ascii="Noto Sans" w:hAnsi="Noto Sans" w:cs="Noto Sans Devanagari" w:eastAsia="Noto Sans Devanagari"/>
          <w:b w:val="0"/>
          <w:i w:val="0"/>
          <w:sz w:val="20"/>
        </w:rPr>
        <w:t>विनिमय (नियमित गर्ने) ऐन, २०१९ को दफा १२ ले दिएको अधिकार प्रयोग गरी नेपाल राष्ट्र बैंक, बैंकिङ विभागलगायत</w:t>
      </w:r>
    </w:p>
    <w:p>
      <w:pPr>
        <w:spacing w:after="62" w:line="259" w:lineRule="auto"/>
      </w:pPr>
      <w:r>
        <w:rPr>
          <w:rFonts w:ascii="Noto Sans" w:hAnsi="Noto Sans" w:cs="Noto Sans Devanagari" w:eastAsia="Noto Sans Devanagari"/>
          <w:b w:val="0"/>
          <w:i w:val="0"/>
          <w:sz w:val="20"/>
        </w:rPr>
        <w:t>सम्पूर्ण प्रदेशस्थित कार्यालयहरू तथा इजाजतपत्रप्राप्त “क” वर्गका वाणिज्य वैंकहरु तथा “ख” वर्गका राष्ट्रिय स्तरका</w:t>
      </w:r>
    </w:p>
    <w:p>
      <w:pPr>
        <w:spacing w:after="62" w:line="259" w:lineRule="auto"/>
      </w:pPr>
      <w:r>
        <w:rPr>
          <w:rFonts w:ascii="Noto Sans" w:hAnsi="Noto Sans" w:cs="Noto Sans Devanagari" w:eastAsia="Noto Sans Devanagari"/>
          <w:b w:val="0"/>
          <w:i w:val="0"/>
          <w:sz w:val="20"/>
        </w:rPr>
        <w:t>विकास बैंकहरूलाई यो परिपत्र जारी गरिएको छ ।</w:t>
      </w:r>
    </w:p>
    <w:p>
      <w:pPr>
        <w:keepNext/>
        <w:spacing w:before="200" w:after="80"/>
        <w:pBdr>
          <w:bottom w:val="single" w:sz="12" w:space="2" w:color="2F5597"/>
        </w:pBdr>
      </w:pPr>
      <w:r>
        <w:rPr>
          <w:rFonts w:ascii="Noto Sans" w:hAnsi="Noto Sans" w:cs="Noto Sans Devanagari" w:eastAsia="Noto Sans Devanagari"/>
          <w:b/>
          <w:i w:val="0"/>
          <w:color w:val="2F5597"/>
          <w:sz w:val="24"/>
        </w:rPr>
        <w:t>Preamble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Nepal Rastra Bank</w:t>
      </w:r>
    </w:p>
    <w:p>
      <w:pPr>
        <w:spacing w:after="70" w:line="259" w:lineRule="auto"/>
      </w:pPr>
      <w:r>
        <w:rPr>
          <w:rFonts w:ascii="Noto Sans" w:hAnsi="Noto Sans" w:cs="Noto Sans Devanagari" w:eastAsia="Noto Sans Devanagari"/>
          <w:b w:val="0"/>
          <w:i w:val="0"/>
          <w:color w:val="222222"/>
          <w:sz w:val="18"/>
        </w:rPr>
        <w:t>Central Office</w:t>
      </w:r>
    </w:p>
    <w:p>
      <w:pPr>
        <w:spacing w:after="70" w:line="259" w:lineRule="auto"/>
      </w:pPr>
      <w:r>
        <w:rPr>
          <w:rFonts w:ascii="Noto Sans" w:hAnsi="Noto Sans" w:cs="Noto Sans Devanagari" w:eastAsia="Noto Sans Devanagari"/>
          <w:b w:val="0"/>
          <w:i w:val="0"/>
          <w:color w:val="222222"/>
          <w:sz w:val="18"/>
        </w:rPr>
        <w:t>Foreign Exchange Management Department</w:t>
      </w:r>
    </w:p>
    <w:p>
      <w:pPr>
        <w:spacing w:after="70" w:line="259" w:lineRule="auto"/>
      </w:pPr>
      <w:r>
        <w:rPr>
          <w:rFonts w:ascii="Noto Sans" w:hAnsi="Noto Sans" w:cs="Noto Sans Devanagari" w:eastAsia="Noto Sans Devanagari"/>
          <w:b w:val="0"/>
          <w:i w:val="0"/>
          <w:color w:val="222222"/>
          <w:sz w:val="18"/>
        </w:rPr>
        <w:t>Unified F.E. Circular No. 8/2082</w:t>
      </w:r>
    </w:p>
    <w:p>
      <w:pPr>
        <w:spacing w:after="70" w:line="259" w:lineRule="auto"/>
      </w:pPr>
      <w:r>
        <w:rPr>
          <w:rFonts w:ascii="Noto Sans" w:hAnsi="Noto Sans" w:cs="Noto Sans Devanagari" w:eastAsia="Noto Sans Devanagari"/>
          <w:b w:val="0"/>
          <w:i w:val="0"/>
          <w:color w:val="222222"/>
          <w:sz w:val="18"/>
        </w:rPr>
        <w:t>Provisions Relating to Foreign Currency Exchange for Higher Education Study</w:t>
      </w:r>
    </w:p>
    <w:p>
      <w:pPr>
        <w:spacing w:after="70" w:line="259" w:lineRule="auto"/>
      </w:pPr>
      <w:r>
        <w:rPr>
          <w:rFonts w:ascii="Noto Sans" w:hAnsi="Noto Sans" w:cs="Noto Sans Devanagari" w:eastAsia="Noto Sans Devanagari"/>
          <w:b w:val="0"/>
          <w:i w:val="0"/>
          <w:color w:val="222222"/>
          <w:sz w:val="18"/>
        </w:rPr>
        <w:t>Since the following provisions have been made regarding the grant of foreign exchange permission for foreign currency required by Nepali students going abroad for higher education and those already studying abroad, this Circular is issued, in exercise of the powers conferred by Section 12 of the Foreign Exchange (Regulation) Act, 2019, to Nepal Rastra Bank, Banking Department and all Provincial Offices, licensed Class “A” commercial banks and national-level Class “B” development banks, for compliance accordingly.</w:t>
      </w:r>
    </w:p>
    <w:p>
      <w:pPr>
        <w:keepNext/>
        <w:spacing w:before="200" w:after="80"/>
        <w:pBdr>
          <w:bottom w:val="single" w:sz="12" w:space="2" w:color="17365D"/>
        </w:pBdr>
      </w:pPr>
      <w:r>
        <w:rPr>
          <w:rFonts w:ascii="Noto Sans" w:hAnsi="Noto Sans" w:cs="Noto Sans Devanagari" w:eastAsia="Noto Sans Devanagari"/>
          <w:b/>
          <w:i w:val="0"/>
          <w:color w:val="17365D"/>
          <w:sz w:val="25"/>
        </w:rPr>
        <w:t>१. भारत बाहेकका अन्य मुलुकहरूमा अध्ययनको लागि</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 भारत बाहेकका अन्य मुलुकहरूमा अध्ययनको लागि दिइने सटही सम्बन्धी व्यवस्था ः</w:t>
      </w:r>
    </w:p>
    <w:p>
      <w:pPr>
        <w:spacing w:after="62" w:line="259" w:lineRule="auto"/>
        <w:ind w:left="115"/>
      </w:pPr>
      <w:r>
        <w:rPr>
          <w:rFonts w:ascii="Noto Sans" w:hAnsi="Noto Sans" w:cs="Noto Sans Devanagari" w:eastAsia="Noto Sans Devanagari"/>
          <w:b w:val="0"/>
          <w:i w:val="0"/>
          <w:sz w:val="20"/>
        </w:rPr>
        <w:t>(क) नेपाल सरकार, शिक्षा विज्ञान तथा प्रविधि मन्त्रालयले निजी खर्चमा विदेश अध्ययन गर्न जाने नेपाली</w:t>
      </w:r>
    </w:p>
    <w:p>
      <w:pPr>
        <w:spacing w:after="62" w:line="259" w:lineRule="auto"/>
      </w:pPr>
      <w:r>
        <w:rPr>
          <w:rFonts w:ascii="Noto Sans" w:hAnsi="Noto Sans" w:cs="Noto Sans Devanagari" w:eastAsia="Noto Sans Devanagari"/>
          <w:b w:val="0"/>
          <w:i w:val="0"/>
          <w:sz w:val="20"/>
        </w:rPr>
        <w:t>विद्यार्थीलाईे Any Bank उल्लेख गरी “प्रथम पटक सटहीको लागि बैंक प्रति” भनी छाप लगाई प्रदान</w:t>
      </w:r>
    </w:p>
    <w:p>
      <w:pPr>
        <w:spacing w:after="62" w:line="259" w:lineRule="auto"/>
      </w:pPr>
      <w:r>
        <w:rPr>
          <w:rFonts w:ascii="Noto Sans" w:hAnsi="Noto Sans" w:cs="Noto Sans Devanagari" w:eastAsia="Noto Sans Devanagari"/>
          <w:b w:val="0"/>
          <w:i w:val="0"/>
          <w:sz w:val="20"/>
        </w:rPr>
        <w:t>गरेको No Objection Letter को सक्कल प्रति नै संलग्न हुनुपर्ने छ ।</w:t>
      </w:r>
    </w:p>
    <w:p>
      <w:pPr>
        <w:spacing w:after="62" w:line="259" w:lineRule="auto"/>
        <w:ind w:left="115"/>
      </w:pPr>
      <w:r>
        <w:rPr>
          <w:rFonts w:ascii="Noto Sans" w:hAnsi="Noto Sans" w:cs="Noto Sans Devanagari" w:eastAsia="Noto Sans Devanagari"/>
          <w:b w:val="0"/>
          <w:i w:val="0"/>
          <w:sz w:val="20"/>
        </w:rPr>
        <w:t>(ख) यस्तो सटही सुविधा उपलब्ध गराउनु अघि देहायका कागजात आवश्यक पर्नेछ ।</w:t>
      </w:r>
    </w:p>
    <w:p>
      <w:pPr>
        <w:spacing w:after="62" w:line="259" w:lineRule="auto"/>
      </w:pPr>
      <w:r>
        <w:rPr>
          <w:rFonts w:ascii="Noto Sans" w:hAnsi="Noto Sans" w:cs="Noto Sans Devanagari" w:eastAsia="Noto Sans Devanagari"/>
          <w:b w:val="0"/>
          <w:i w:val="0"/>
          <w:sz w:val="20"/>
        </w:rPr>
        <w:t>(१) निवेदन,</w:t>
      </w:r>
    </w:p>
    <w:p>
      <w:pPr>
        <w:spacing w:after="62" w:line="259" w:lineRule="auto"/>
      </w:pPr>
      <w:r>
        <w:rPr>
          <w:rFonts w:ascii="Noto Sans" w:hAnsi="Noto Sans" w:cs="Noto Sans Devanagari" w:eastAsia="Noto Sans Devanagari"/>
          <w:b w:val="0"/>
          <w:i w:val="0"/>
          <w:sz w:val="20"/>
        </w:rPr>
        <w:t>(२) राहदानीको प्रतिलिपि,</w:t>
      </w:r>
    </w:p>
    <w:p>
      <w:pPr>
        <w:spacing w:after="62" w:line="259" w:lineRule="auto"/>
      </w:pPr>
      <w:r>
        <w:rPr>
          <w:rFonts w:ascii="Noto Sans" w:hAnsi="Noto Sans" w:cs="Noto Sans Devanagari" w:eastAsia="Noto Sans Devanagari"/>
          <w:b w:val="0"/>
          <w:i w:val="0"/>
          <w:sz w:val="20"/>
        </w:rPr>
        <w:t>(३) No Objection Letter,</w:t>
      </w:r>
    </w:p>
    <w:p>
      <w:pPr>
        <w:spacing w:after="62" w:line="259" w:lineRule="auto"/>
      </w:pPr>
      <w:r>
        <w:rPr>
          <w:rFonts w:ascii="Noto Sans" w:hAnsi="Noto Sans" w:cs="Noto Sans Devanagari" w:eastAsia="Noto Sans Devanagari"/>
          <w:b w:val="0"/>
          <w:i w:val="0"/>
          <w:sz w:val="20"/>
        </w:rPr>
        <w:t>(४) सम्बन्धित शैक्षिक संस्थाको भिसा सम्बन्धी शर्त सहितको पत्र वा भिसासंँग सम्बन्धित</w:t>
      </w:r>
    </w:p>
    <w:p>
      <w:pPr>
        <w:spacing w:after="62" w:line="259" w:lineRule="auto"/>
      </w:pPr>
      <w:r>
        <w:rPr>
          <w:rFonts w:ascii="Noto Sans" w:hAnsi="Noto Sans" w:cs="Noto Sans Devanagari" w:eastAsia="Noto Sans Devanagari"/>
          <w:b w:val="0"/>
          <w:i w:val="0"/>
          <w:sz w:val="20"/>
        </w:rPr>
        <w:t>निकायबाट प्राप्त भएको पत्रको प्रमाणित प्रतिलिपि,</w:t>
      </w:r>
    </w:p>
    <w:p>
      <w:pPr>
        <w:spacing w:after="62" w:line="259" w:lineRule="auto"/>
      </w:pPr>
      <w:r>
        <w:rPr>
          <w:rFonts w:ascii="Noto Sans" w:hAnsi="Noto Sans" w:cs="Noto Sans Devanagari" w:eastAsia="Noto Sans Devanagari"/>
          <w:b w:val="0"/>
          <w:i w:val="0"/>
          <w:sz w:val="20"/>
        </w:rPr>
        <w:t>(५) माग गरिएको विदेशी मुद्रा रकमलाई पुष्टि गर्ने सम्बन्धित शैक्षिक संस्थाको पत्र, Brochures,</w:t>
      </w:r>
    </w:p>
    <w:p>
      <w:pPr>
        <w:spacing w:after="62" w:line="259" w:lineRule="auto"/>
      </w:pPr>
      <w:r>
        <w:rPr>
          <w:rFonts w:ascii="Noto Sans" w:hAnsi="Noto Sans" w:cs="Noto Sans Devanagari" w:eastAsia="Noto Sans Devanagari"/>
          <w:b w:val="0"/>
          <w:i w:val="0"/>
          <w:sz w:val="20"/>
        </w:rPr>
        <w:t>Invoice, I-20 फर्म आदि जस्ता Supporting Documents,</w:t>
      </w:r>
    </w:p>
    <w:p>
      <w:pPr>
        <w:spacing w:after="62" w:line="259" w:lineRule="auto"/>
      </w:pPr>
      <w:r>
        <w:rPr>
          <w:rFonts w:ascii="Noto Sans" w:hAnsi="Noto Sans" w:cs="Noto Sans Devanagari" w:eastAsia="Noto Sans Devanagari"/>
          <w:b w:val="0"/>
          <w:i w:val="0"/>
          <w:sz w:val="20"/>
        </w:rPr>
        <w:t>(६) भिसा प्राप्त हुनु अगावै यस्तो सटही सुविधा प्रदान गर्नुपर्ने अवस्थामा निवेदकले भिसा</w:t>
      </w:r>
    </w:p>
    <w:p>
      <w:pPr>
        <w:spacing w:after="62" w:line="259" w:lineRule="auto"/>
      </w:pPr>
      <w:r>
        <w:rPr>
          <w:rFonts w:ascii="Noto Sans" w:hAnsi="Noto Sans" w:cs="Noto Sans Devanagari" w:eastAsia="Noto Sans Devanagari"/>
          <w:b w:val="0"/>
          <w:i w:val="0"/>
          <w:sz w:val="20"/>
        </w:rPr>
        <w:t>नलागेमा सो रकम फिर्ता गर्ने प्रतिवद्धता र जिम्मेवारी लिएको स्वघोषणा ।</w:t>
      </w:r>
    </w:p>
    <w:p>
      <w:pPr>
        <w:spacing w:after="62" w:line="259" w:lineRule="auto"/>
        <w:ind w:left="115"/>
      </w:pPr>
      <w:r>
        <w:rPr>
          <w:rFonts w:ascii="Noto Sans" w:hAnsi="Noto Sans" w:cs="Noto Sans Devanagari" w:eastAsia="Noto Sans Devanagari"/>
          <w:b w:val="0"/>
          <w:i w:val="0"/>
          <w:sz w:val="20"/>
        </w:rPr>
        <w:t>(ग) भुक्तानी पाउने शैक्षिक संस्थाको नाम, ठेगाना र खण्ड (क) मा उल्लिखित शिक्षा मन्त्रालयको No</w:t>
      </w:r>
    </w:p>
    <w:p>
      <w:pPr>
        <w:spacing w:after="62" w:line="259" w:lineRule="auto"/>
      </w:pPr>
      <w:r>
        <w:rPr>
          <w:rFonts w:ascii="Noto Sans" w:hAnsi="Noto Sans" w:cs="Noto Sans Devanagari" w:eastAsia="Noto Sans Devanagari"/>
          <w:b w:val="0"/>
          <w:i w:val="0"/>
          <w:sz w:val="20"/>
        </w:rPr>
        <w:t>Objection Letter मा उल्लेख भएको शैक्षिक संस्थाको नाम, ठेगाना, अध्ययनको विषय र तह लगायतका</w:t>
      </w:r>
    </w:p>
    <w:p>
      <w:pPr>
        <w:spacing w:after="62" w:line="259" w:lineRule="auto"/>
      </w:pPr>
      <w:r>
        <w:rPr>
          <w:rFonts w:ascii="Noto Sans" w:hAnsi="Noto Sans" w:cs="Noto Sans Devanagari" w:eastAsia="Noto Sans Devanagari"/>
          <w:b w:val="0"/>
          <w:i w:val="0"/>
          <w:sz w:val="20"/>
        </w:rPr>
        <w:t>विषयमा एकरुपता हुनुपर्ने छ ।</w:t>
      </w:r>
    </w:p>
    <w:p>
      <w:pPr>
        <w:spacing w:after="62" w:line="259" w:lineRule="auto"/>
        <w:ind w:left="115"/>
      </w:pPr>
      <w:r>
        <w:rPr>
          <w:rFonts w:ascii="Noto Sans" w:hAnsi="Noto Sans" w:cs="Noto Sans Devanagari" w:eastAsia="Noto Sans Devanagari"/>
          <w:b w:val="0"/>
          <w:i w:val="0"/>
          <w:sz w:val="20"/>
        </w:rPr>
        <w:t>(घ) यसरी Supporting Documents ले अध्ययन गर्न जाने वा अध्ययनरत पुष्टि हुने देखिएपछि मात्र विदेशस्थित</w:t>
      </w:r>
    </w:p>
    <w:p>
      <w:pPr>
        <w:spacing w:after="62" w:line="259" w:lineRule="auto"/>
      </w:pPr>
      <w:r>
        <w:rPr>
          <w:rFonts w:ascii="Noto Sans" w:hAnsi="Noto Sans" w:cs="Noto Sans Devanagari" w:eastAsia="Noto Sans Devanagari"/>
          <w:b w:val="0"/>
          <w:i w:val="0"/>
          <w:sz w:val="20"/>
        </w:rPr>
        <w:t>सम्बन्धित शैक्षिक संस्थाको नाममा बैंकिङ्ग उपकरणमार्फत्् मात्र भुक्तानी हुने गरी सटही सुविधा उपलब्ध</w:t>
      </w:r>
    </w:p>
    <w:p>
      <w:pPr>
        <w:spacing w:after="62" w:line="259" w:lineRule="auto"/>
      </w:pPr>
      <w:r>
        <w:rPr>
          <w:rFonts w:ascii="Noto Sans" w:hAnsi="Noto Sans" w:cs="Noto Sans Devanagari" w:eastAsia="Noto Sans Devanagari"/>
          <w:b w:val="0"/>
          <w:i w:val="0"/>
          <w:sz w:val="20"/>
        </w:rPr>
        <w:t>गराउनु पर्नेछ । बीमा शुल्क भुक्तानी गर्नुपर्ने भए विदेशस्थित बीमा कम्पनीको नेपालमा दर्ता भएका</w:t>
      </w:r>
    </w:p>
    <w:p>
      <w:pPr>
        <w:spacing w:after="62" w:line="259" w:lineRule="auto"/>
      </w:pPr>
      <w:r>
        <w:rPr>
          <w:rFonts w:ascii="Noto Sans" w:hAnsi="Noto Sans" w:cs="Noto Sans Devanagari" w:eastAsia="Noto Sans Devanagari"/>
          <w:b w:val="0"/>
          <w:i w:val="0"/>
          <w:sz w:val="20"/>
        </w:rPr>
        <w:t>एजेन्टमार्फत्् सम्बन्धित बीमा कम्पनीको नाममा वा विदेशस्थित सम्बन्धित शैक्षिक संस्थाको नाममा बैंकिङ्ग</w:t>
      </w:r>
    </w:p>
    <w:p>
      <w:pPr>
        <w:spacing w:after="62" w:line="259" w:lineRule="auto"/>
      </w:pPr>
      <w:r>
        <w:rPr>
          <w:rFonts w:ascii="Noto Sans" w:hAnsi="Noto Sans" w:cs="Noto Sans Devanagari" w:eastAsia="Noto Sans Devanagari"/>
          <w:b w:val="0"/>
          <w:i w:val="0"/>
          <w:sz w:val="20"/>
        </w:rPr>
        <w:t>उपकरणमार्फत्् भुक्तानी हुने गरी त्यस्तो बीमा शुल्कबापतको विदेशी मुद्रा रकम सटही सुविधा उपलब्ध</w:t>
      </w:r>
    </w:p>
    <w:p>
      <w:pPr>
        <w:spacing w:after="62" w:line="259" w:lineRule="auto"/>
      </w:pPr>
      <w:r>
        <w:rPr>
          <w:rFonts w:ascii="Noto Sans" w:hAnsi="Noto Sans" w:cs="Noto Sans Devanagari" w:eastAsia="Noto Sans Devanagari"/>
          <w:b w:val="0"/>
          <w:i w:val="0"/>
          <w:sz w:val="20"/>
        </w:rPr>
        <w:t>गराउन सकिनेछ ।</w:t>
      </w:r>
    </w:p>
    <w:p>
      <w:pPr>
        <w:spacing w:after="62" w:line="259" w:lineRule="auto"/>
      </w:pPr>
      <w:r>
        <w:rPr>
          <w:rFonts w:ascii="Noto Sans" w:hAnsi="Noto Sans" w:cs="Noto Sans Devanagari" w:eastAsia="Noto Sans Devanagari"/>
          <w:b w:val="0"/>
          <w:i w:val="0"/>
          <w:sz w:val="20"/>
        </w:rPr>
        <w:t>तर, विदेशस्थित बीमा कम्पनीको नेपालमा एजेन्ट दर्ता नभएको अवस्थामा वा विदेशस्थित सम्बन्धित</w:t>
      </w:r>
    </w:p>
    <w:p>
      <w:pPr>
        <w:spacing w:after="62" w:line="259" w:lineRule="auto"/>
      </w:pPr>
      <w:r>
        <w:rPr>
          <w:rFonts w:ascii="Noto Sans" w:hAnsi="Noto Sans" w:cs="Noto Sans Devanagari" w:eastAsia="Noto Sans Devanagari"/>
          <w:b w:val="0"/>
          <w:i w:val="0"/>
          <w:sz w:val="20"/>
        </w:rPr>
        <w:t>शैक्षिक संस्थाले पनि सिधै बीमा कम्पनी वा सहायक एजेन्टको नाममा रकम भुक्तानी गर्न अनुरोध गरेमा</w:t>
      </w:r>
    </w:p>
    <w:p>
      <w:pPr>
        <w:spacing w:after="62" w:line="259" w:lineRule="auto"/>
      </w:pPr>
      <w:r>
        <w:rPr>
          <w:rFonts w:ascii="Noto Sans" w:hAnsi="Noto Sans" w:cs="Noto Sans Devanagari" w:eastAsia="Noto Sans Devanagari"/>
          <w:b w:val="0"/>
          <w:i w:val="0"/>
          <w:sz w:val="20"/>
        </w:rPr>
        <w:t>अध्ययनरत विद्यार्थीे स्वयम्ले त्यस्तो बीमा कम्पनी वा सहायक एजेन्टको नाममा रकम भुक्तानी गर्न बाधा</w:t>
      </w:r>
    </w:p>
    <w:p>
      <w:pPr>
        <w:spacing w:after="62" w:line="259" w:lineRule="auto"/>
      </w:pPr>
      <w:r>
        <w:rPr>
          <w:rFonts w:ascii="Noto Sans" w:hAnsi="Noto Sans" w:cs="Noto Sans Devanagari" w:eastAsia="Noto Sans Devanagari"/>
          <w:b w:val="0"/>
          <w:i w:val="0"/>
          <w:sz w:val="20"/>
        </w:rPr>
        <w:t>पर्ने छैन ।</w:t>
      </w:r>
    </w:p>
    <w:p>
      <w:pPr>
        <w:spacing w:after="62" w:line="259" w:lineRule="auto"/>
        <w:ind w:left="115"/>
      </w:pPr>
      <w:r>
        <w:rPr>
          <w:rFonts w:ascii="Noto Sans" w:hAnsi="Noto Sans" w:cs="Noto Sans Devanagari" w:eastAsia="Noto Sans Devanagari"/>
          <w:b w:val="0"/>
          <w:i w:val="0"/>
          <w:sz w:val="20"/>
        </w:rPr>
        <w:t>(ङ) निर्वाह खर्चको हकमा खण्ड (ख) बमोजिम पेश हुन आएको सम्बन्धी कागजातहरू (Supporting</w:t>
      </w:r>
    </w:p>
    <w:p>
      <w:pPr>
        <w:spacing w:after="62" w:line="259" w:lineRule="auto"/>
      </w:pPr>
      <w:r>
        <w:rPr>
          <w:rFonts w:ascii="Noto Sans" w:hAnsi="Noto Sans" w:cs="Noto Sans Devanagari" w:eastAsia="Noto Sans Devanagari"/>
          <w:b w:val="0"/>
          <w:i w:val="0"/>
          <w:sz w:val="20"/>
        </w:rPr>
        <w:t>Documents) हेरी विद्यार्थीबाट निर्वाह खर्च बापतको रकम आवश्यक छ भनी माग गरेको खण्डमा निर्वाह</w:t>
      </w:r>
    </w:p>
    <w:p>
      <w:pPr>
        <w:spacing w:after="62" w:line="259" w:lineRule="auto"/>
      </w:pPr>
      <w:r>
        <w:rPr>
          <w:rFonts w:ascii="Noto Sans" w:hAnsi="Noto Sans" w:cs="Noto Sans Devanagari" w:eastAsia="Noto Sans Devanagari"/>
          <w:b w:val="0"/>
          <w:i w:val="0"/>
          <w:sz w:val="20"/>
        </w:rPr>
        <w:t>खर्च (Living Expenses, Accommodations आदि) बापतको सटही सुविधा विद्यार्थीको नाममा उपलव्ध</w:t>
      </w:r>
    </w:p>
    <w:p>
      <w:pPr>
        <w:spacing w:after="62" w:line="259" w:lineRule="auto"/>
      </w:pPr>
      <w:r>
        <w:rPr>
          <w:rFonts w:ascii="Noto Sans" w:hAnsi="Noto Sans" w:cs="Noto Sans Devanagari" w:eastAsia="Noto Sans Devanagari"/>
          <w:b w:val="0"/>
          <w:i w:val="0"/>
          <w:sz w:val="20"/>
        </w:rPr>
        <w:t>गराउन सकिने छ । यसरी सटही सुविधा उपलब्ध गराउंँदा निम्नानुसार गर्नु पर्नेछ ः–</w:t>
      </w:r>
    </w:p>
    <w:p>
      <w:pPr>
        <w:spacing w:after="62" w:line="259" w:lineRule="auto"/>
        <w:ind w:left="115"/>
      </w:pPr>
      <w:r>
        <w:rPr>
          <w:rFonts w:ascii="Noto Sans" w:hAnsi="Noto Sans" w:cs="Noto Sans Devanagari" w:eastAsia="Noto Sans Devanagari"/>
          <w:b w:val="0"/>
          <w:i w:val="0"/>
          <w:sz w:val="20"/>
        </w:rPr>
        <w:t>(अ) शिक्षण संस्थाको नाममा शिक्षण शुल्क (Tuition Fee) आंशिक झुतानी गरेको/सटही गरेको</w:t>
      </w:r>
    </w:p>
    <w:p>
      <w:pPr>
        <w:spacing w:after="62" w:line="259" w:lineRule="auto"/>
      </w:pPr>
      <w:r>
        <w:rPr>
          <w:rFonts w:ascii="Noto Sans" w:hAnsi="Noto Sans" w:cs="Noto Sans Devanagari" w:eastAsia="Noto Sans Devanagari"/>
          <w:b w:val="0"/>
          <w:i w:val="0"/>
          <w:sz w:val="20"/>
        </w:rPr>
        <w:t>देखिएमा Supporting document अनुसार वार्षिक रूपमा लाग्ने कुल रकमको बढीमा ५० प्रतिशत</w:t>
      </w:r>
    </w:p>
    <w:p>
      <w:pPr>
        <w:spacing w:after="62" w:line="259" w:lineRule="auto"/>
      </w:pPr>
      <w:r>
        <w:rPr>
          <w:rFonts w:ascii="Noto Sans" w:hAnsi="Noto Sans" w:cs="Noto Sans Devanagari" w:eastAsia="Noto Sans Devanagari"/>
          <w:b w:val="0"/>
          <w:i w:val="0"/>
          <w:sz w:val="20"/>
        </w:rPr>
        <w:t>मात्र ६ महिनाको अवधिमा एकमुष्ट वा पटक/पटक गरेर उपलब्ध गराउन सकिनेछ ।</w:t>
      </w:r>
    </w:p>
    <w:p>
      <w:pPr>
        <w:spacing w:after="62" w:line="259" w:lineRule="auto"/>
        <w:ind w:left="115"/>
      </w:pPr>
      <w:r>
        <w:rPr>
          <w:rFonts w:ascii="Noto Sans" w:hAnsi="Noto Sans" w:cs="Noto Sans Devanagari" w:eastAsia="Noto Sans Devanagari"/>
          <w:b w:val="0"/>
          <w:i w:val="0"/>
          <w:sz w:val="20"/>
        </w:rPr>
        <w:t>(आ) सम्बन्धित शैक्षिक संस्थाबाट शिक्षण शुल्कमा पूर्ण छात्रवृत्ति प्राप्त गरेको पुष्टि हुने कागजात पेश</w:t>
      </w:r>
    </w:p>
    <w:p>
      <w:pPr>
        <w:spacing w:after="62" w:line="259" w:lineRule="auto"/>
      </w:pPr>
      <w:r>
        <w:rPr>
          <w:rFonts w:ascii="Noto Sans" w:hAnsi="Noto Sans" w:cs="Noto Sans Devanagari" w:eastAsia="Noto Sans Devanagari"/>
          <w:b w:val="0"/>
          <w:i w:val="0"/>
          <w:sz w:val="20"/>
        </w:rPr>
        <w:t>गरेमा उपखण्ड (अ) अनुसार शिक्षण शुल्क झुतानी गर्नु नपर्ने तर आंशिक छात्रवृत्ति प्राप्त भएको</w:t>
      </w:r>
    </w:p>
    <w:p>
      <w:pPr>
        <w:spacing w:after="62" w:line="259" w:lineRule="auto"/>
      </w:pPr>
      <w:r>
        <w:rPr>
          <w:rFonts w:ascii="Noto Sans" w:hAnsi="Noto Sans" w:cs="Noto Sans Devanagari" w:eastAsia="Noto Sans Devanagari"/>
          <w:b w:val="0"/>
          <w:i w:val="0"/>
          <w:sz w:val="20"/>
        </w:rPr>
        <w:t>खण्डमा शैक्षिक संस्थाको शर्त बमोजिम कुल भुक्तानी गर्नुपर्ने शिक्षण शुल्क निर्धारित अवधिभित्र</w:t>
      </w:r>
    </w:p>
    <w:p>
      <w:pPr>
        <w:spacing w:after="62" w:line="259" w:lineRule="auto"/>
      </w:pPr>
      <w:r>
        <w:rPr>
          <w:rFonts w:ascii="Noto Sans" w:hAnsi="Noto Sans" w:cs="Noto Sans Devanagari" w:eastAsia="Noto Sans Devanagari"/>
          <w:b w:val="0"/>
          <w:i w:val="0"/>
          <w:sz w:val="20"/>
        </w:rPr>
        <w:t>भुक्तानी गरेको हुनुपर्ने छ ।</w:t>
      </w:r>
    </w:p>
    <w:p>
      <w:pPr>
        <w:spacing w:after="62" w:line="259" w:lineRule="auto"/>
        <w:ind w:left="115"/>
      </w:pPr>
      <w:r>
        <w:rPr>
          <w:rFonts w:ascii="Noto Sans" w:hAnsi="Noto Sans" w:cs="Noto Sans Devanagari" w:eastAsia="Noto Sans Devanagari"/>
          <w:b w:val="0"/>
          <w:i w:val="0"/>
          <w:sz w:val="20"/>
        </w:rPr>
        <w:t>(इ) माथि उपखण्ड (अ) मा जुनसुकै कुरा उल्लेख भएतापनि अध्ययन गर्न जाने वा अध्ययन गरी</w:t>
      </w:r>
    </w:p>
    <w:p>
      <w:pPr>
        <w:spacing w:after="62" w:line="259" w:lineRule="auto"/>
      </w:pPr>
      <w:r>
        <w:rPr>
          <w:rFonts w:ascii="Noto Sans" w:hAnsi="Noto Sans" w:cs="Noto Sans Devanagari" w:eastAsia="Noto Sans Devanagari"/>
          <w:b w:val="0"/>
          <w:i w:val="0"/>
          <w:sz w:val="20"/>
        </w:rPr>
        <w:t>रहेको शिक्षण संस्था वा सम्बन्धित देशको राजदूतावासबाट शिक्षण शुल्क, निर्वाह खर्च र अन्य</w:t>
      </w:r>
    </w:p>
    <w:p>
      <w:pPr>
        <w:spacing w:after="62" w:line="259" w:lineRule="auto"/>
      </w:pPr>
      <w:r>
        <w:rPr>
          <w:rFonts w:ascii="Noto Sans" w:hAnsi="Noto Sans" w:cs="Noto Sans Devanagari" w:eastAsia="Noto Sans Devanagari"/>
          <w:b w:val="0"/>
          <w:i w:val="0"/>
          <w:sz w:val="20"/>
        </w:rPr>
        <w:t>खर्च समेत खुलाई रकम नै किटान गरी विद्यार्थीको नाममा सटही सुविधा उपलव्ध गराउन</w:t>
      </w:r>
    </w:p>
    <w:p>
      <w:pPr>
        <w:spacing w:after="62" w:line="259" w:lineRule="auto"/>
      </w:pPr>
      <w:r>
        <w:rPr>
          <w:rFonts w:ascii="Noto Sans" w:hAnsi="Noto Sans" w:cs="Noto Sans Devanagari" w:eastAsia="Noto Sans Devanagari"/>
          <w:b w:val="0"/>
          <w:i w:val="0"/>
          <w:sz w:val="20"/>
        </w:rPr>
        <w:t>पत्रबाट अनुरोध भई आएको खण्डमा पत्रमा उल्लेखित पूरै रकमको सटही सुविधा विद्यार्थीकै</w:t>
      </w:r>
    </w:p>
    <w:p>
      <w:pPr>
        <w:spacing w:after="62" w:line="259" w:lineRule="auto"/>
      </w:pPr>
      <w:r>
        <w:rPr>
          <w:rFonts w:ascii="Noto Sans" w:hAnsi="Noto Sans" w:cs="Noto Sans Devanagari" w:eastAsia="Noto Sans Devanagari"/>
          <w:b w:val="0"/>
          <w:i w:val="0"/>
          <w:sz w:val="20"/>
        </w:rPr>
        <w:t>नाममा उपलव्ध गराउन सकिनेछ । तर, विद्यार्थीले कलेजको शिक्षण शुल्क बापत व्यक्तिगत</w:t>
      </w:r>
    </w:p>
    <w:p>
      <w:pPr>
        <w:spacing w:after="62" w:line="259" w:lineRule="auto"/>
      </w:pPr>
      <w:r>
        <w:rPr>
          <w:rFonts w:ascii="Noto Sans" w:hAnsi="Noto Sans" w:cs="Noto Sans Devanagari" w:eastAsia="Noto Sans Devanagari"/>
          <w:b w:val="0"/>
          <w:i w:val="0"/>
          <w:sz w:val="20"/>
        </w:rPr>
        <w:t>नाममा सटही लिएको परिवर्त्य विदेशी मुद्रा कलेजमा बुझाएको प्रमाण पेश गरेपछि मात्र अर्को</w:t>
      </w:r>
    </w:p>
    <w:p>
      <w:pPr>
        <w:spacing w:after="62" w:line="259" w:lineRule="auto"/>
      </w:pPr>
      <w:r>
        <w:rPr>
          <w:rFonts w:ascii="Noto Sans" w:hAnsi="Noto Sans" w:cs="Noto Sans Devanagari" w:eastAsia="Noto Sans Devanagari"/>
          <w:b w:val="0"/>
          <w:i w:val="0"/>
          <w:sz w:val="20"/>
        </w:rPr>
        <w:t>किस्ताको सटही सुविधा प्रदान गर्नुपर्ने छ ।</w:t>
      </w:r>
    </w:p>
    <w:p>
      <w:pPr>
        <w:spacing w:after="62" w:line="259" w:lineRule="auto"/>
        <w:ind w:left="115"/>
      </w:pPr>
      <w:r>
        <w:rPr>
          <w:rFonts w:ascii="Noto Sans" w:hAnsi="Noto Sans" w:cs="Noto Sans Devanagari" w:eastAsia="Noto Sans Devanagari"/>
          <w:b w:val="0"/>
          <w:i w:val="0"/>
          <w:sz w:val="20"/>
        </w:rPr>
        <w:t>(ई) विदेशमा अध्ययन गर्न जाने वा अध्ययनरत विद्यार्थीको भिसा (Student Visa) प्राप्ति वा नवीकरण</w:t>
      </w:r>
    </w:p>
    <w:p>
      <w:pPr>
        <w:spacing w:after="62" w:line="259" w:lineRule="auto"/>
      </w:pPr>
      <w:r>
        <w:rPr>
          <w:rFonts w:ascii="Noto Sans" w:hAnsi="Noto Sans" w:cs="Noto Sans Devanagari" w:eastAsia="Noto Sans Devanagari"/>
          <w:b w:val="0"/>
          <w:i w:val="0"/>
          <w:sz w:val="20"/>
        </w:rPr>
        <w:t>र निर्वाह तथा शिक्षण शुल्कको लागि सम्बन्धित मुलुकको सरकारी निकाय वा सम्बन्धित शिक्षण</w:t>
      </w:r>
    </w:p>
    <w:p>
      <w:pPr>
        <w:spacing w:after="62" w:line="259" w:lineRule="auto"/>
      </w:pPr>
      <w:r>
        <w:rPr>
          <w:rFonts w:ascii="Noto Sans" w:hAnsi="Noto Sans" w:cs="Noto Sans Devanagari" w:eastAsia="Noto Sans Devanagari"/>
          <w:b w:val="0"/>
          <w:i w:val="0"/>
          <w:sz w:val="20"/>
        </w:rPr>
        <w:t>संस्थाले विद्यार्थीकै खाता/नाममा निश्चित रकम देखाउनै पर्ने प्रावधान राखेको अवस्थामा त्यस्तो</w:t>
      </w:r>
    </w:p>
    <w:p>
      <w:pPr>
        <w:spacing w:after="62" w:line="259" w:lineRule="auto"/>
      </w:pPr>
      <w:r>
        <w:rPr>
          <w:rFonts w:ascii="Noto Sans" w:hAnsi="Noto Sans" w:cs="Noto Sans Devanagari" w:eastAsia="Noto Sans Devanagari"/>
          <w:b w:val="0"/>
          <w:i w:val="0"/>
          <w:sz w:val="20"/>
        </w:rPr>
        <w:t>प्रावधान रहेको पुष्टि हुने कागजातको आधारमा आवश्यक रकमको सटही उपलव्ध गराउन</w:t>
      </w:r>
    </w:p>
    <w:p>
      <w:pPr>
        <w:spacing w:after="62" w:line="259" w:lineRule="auto"/>
      </w:pPr>
      <w:r>
        <w:rPr>
          <w:rFonts w:ascii="Noto Sans" w:hAnsi="Noto Sans" w:cs="Noto Sans Devanagari" w:eastAsia="Noto Sans Devanagari"/>
          <w:b w:val="0"/>
          <w:i w:val="0"/>
          <w:sz w:val="20"/>
        </w:rPr>
        <w:t>सकिनेछ । यस्तो सटही सम्बन्धित विद्यार्थीलाई आवश्यक पर्ने रकमसम्म मात्र प्रदान गर्नु</w:t>
      </w:r>
    </w:p>
    <w:p>
      <w:pPr>
        <w:spacing w:after="62" w:line="259" w:lineRule="auto"/>
      </w:pPr>
      <w:r>
        <w:rPr>
          <w:rFonts w:ascii="Noto Sans" w:hAnsi="Noto Sans" w:cs="Noto Sans Devanagari" w:eastAsia="Noto Sans Devanagari"/>
          <w:b w:val="0"/>
          <w:i w:val="0"/>
          <w:sz w:val="20"/>
        </w:rPr>
        <w:t>पर्नेछ । तर, विद्यार्थीको आफन्त/परिवार/आश्रित (Dependent) को लागि यस्तो सटही प्रदान</w:t>
      </w:r>
    </w:p>
    <w:p>
      <w:pPr>
        <w:spacing w:after="62" w:line="259" w:lineRule="auto"/>
      </w:pPr>
      <w:r>
        <w:rPr>
          <w:rFonts w:ascii="Noto Sans" w:hAnsi="Noto Sans" w:cs="Noto Sans Devanagari" w:eastAsia="Noto Sans Devanagari"/>
          <w:b w:val="0"/>
          <w:i w:val="0"/>
          <w:sz w:val="20"/>
        </w:rPr>
        <w:t>गर्न मिल्नेछैन ।</w:t>
      </w:r>
    </w:p>
    <w:p>
      <w:pPr>
        <w:spacing w:after="62" w:line="259" w:lineRule="auto"/>
        <w:ind w:left="115"/>
      </w:pPr>
      <w:r>
        <w:rPr>
          <w:rFonts w:ascii="Noto Sans" w:hAnsi="Noto Sans" w:cs="Noto Sans Devanagari" w:eastAsia="Noto Sans Devanagari"/>
          <w:b w:val="0"/>
          <w:i w:val="0"/>
          <w:sz w:val="20"/>
        </w:rPr>
        <w:t>(उ) डिपेन्डेन्ट भिसामा जाने विद्यार्थीका परिवारका सदस्यहरूलाई भिसा र विदेशमा अनिवार्य बीमा</w:t>
      </w:r>
    </w:p>
    <w:p>
      <w:pPr>
        <w:spacing w:after="62" w:line="259" w:lineRule="auto"/>
      </w:pPr>
      <w:r>
        <w:rPr>
          <w:rFonts w:ascii="Noto Sans" w:hAnsi="Noto Sans" w:cs="Noto Sans Devanagari" w:eastAsia="Noto Sans Devanagari"/>
          <w:b w:val="0"/>
          <w:i w:val="0"/>
          <w:sz w:val="20"/>
        </w:rPr>
        <w:t>गर्नुपर्ने भए शैक्षिक संस्था वा सरकारी निकाय र बीमा कम्पनीको कागजातको आधारमा भिसा</w:t>
      </w:r>
    </w:p>
    <w:p>
      <w:pPr>
        <w:spacing w:after="62" w:line="259" w:lineRule="auto"/>
      </w:pPr>
      <w:r>
        <w:rPr>
          <w:rFonts w:ascii="Noto Sans" w:hAnsi="Noto Sans" w:cs="Noto Sans Devanagari" w:eastAsia="Noto Sans Devanagari"/>
          <w:b w:val="0"/>
          <w:i w:val="0"/>
          <w:sz w:val="20"/>
        </w:rPr>
        <w:t>र बीमा शुल्क बापतको सटही सुविधा प्रदान गर्न सकिनेछ । यसरी डिपेन्डेन्ट भिसामा जाने</w:t>
      </w:r>
    </w:p>
    <w:p>
      <w:pPr>
        <w:spacing w:after="62" w:line="259" w:lineRule="auto"/>
      </w:pPr>
      <w:r>
        <w:rPr>
          <w:rFonts w:ascii="Noto Sans" w:hAnsi="Noto Sans" w:cs="Noto Sans Devanagari" w:eastAsia="Noto Sans Devanagari"/>
          <w:b w:val="0"/>
          <w:i w:val="0"/>
          <w:sz w:val="20"/>
        </w:rPr>
        <w:t>विद्यार्थीका परिवारका सदस्यहरूको एकल वा संयुक्त रुपमा गरिने बीमा शुल्क बापतको रकम</w:t>
      </w:r>
    </w:p>
    <w:p>
      <w:pPr>
        <w:spacing w:after="62" w:line="259" w:lineRule="auto"/>
      </w:pPr>
      <w:r>
        <w:rPr>
          <w:rFonts w:ascii="Noto Sans" w:hAnsi="Noto Sans" w:cs="Noto Sans Devanagari" w:eastAsia="Noto Sans Devanagari"/>
          <w:b w:val="0"/>
          <w:i w:val="0"/>
          <w:sz w:val="20"/>
        </w:rPr>
        <w:t>विदेशस्थित बीमा कम्पनीको नेपालमा दर्ता भएका एजेन्टमार्फत् सम्बन्धित बीमा कम्पनीको</w:t>
      </w:r>
    </w:p>
    <w:p>
      <w:pPr>
        <w:spacing w:after="62" w:line="259" w:lineRule="auto"/>
      </w:pPr>
      <w:r>
        <w:rPr>
          <w:rFonts w:ascii="Noto Sans" w:hAnsi="Noto Sans" w:cs="Noto Sans Devanagari" w:eastAsia="Noto Sans Devanagari"/>
          <w:b w:val="0"/>
          <w:i w:val="0"/>
          <w:sz w:val="20"/>
        </w:rPr>
        <w:t>नाममा बैंकिङ/भुक्तानीका उपकरणमार्फत्् भुक्तानी हुने गरी सटही सुविधा प्रदान गर्न</w:t>
      </w:r>
    </w:p>
    <w:p>
      <w:pPr>
        <w:spacing w:after="62" w:line="259" w:lineRule="auto"/>
      </w:pPr>
      <w:r>
        <w:rPr>
          <w:rFonts w:ascii="Noto Sans" w:hAnsi="Noto Sans" w:cs="Noto Sans Devanagari" w:eastAsia="Noto Sans Devanagari"/>
          <w:b w:val="0"/>
          <w:i w:val="0"/>
          <w:sz w:val="20"/>
        </w:rPr>
        <w:t>सकिनेछ ।</w:t>
      </w:r>
    </w:p>
    <w:p>
      <w:pPr>
        <w:spacing w:after="62" w:line="259" w:lineRule="auto"/>
      </w:pPr>
      <w:r>
        <w:rPr>
          <w:rFonts w:ascii="Noto Sans" w:hAnsi="Noto Sans" w:cs="Noto Sans Devanagari" w:eastAsia="Noto Sans Devanagari"/>
          <w:b w:val="0"/>
          <w:i w:val="0"/>
          <w:sz w:val="20"/>
        </w:rPr>
        <w:t>तर, विदेशस्थित बीमा कम्पनीको नेपालमा एजेन्ट दर्ता नभएको अवस्थामा अध्ययनरत विद्यार्थीे</w:t>
      </w:r>
    </w:p>
    <w:p>
      <w:pPr>
        <w:spacing w:after="62" w:line="259" w:lineRule="auto"/>
      </w:pPr>
      <w:r>
        <w:rPr>
          <w:rFonts w:ascii="Noto Sans" w:hAnsi="Noto Sans" w:cs="Noto Sans Devanagari" w:eastAsia="Noto Sans Devanagari"/>
          <w:b w:val="0"/>
          <w:i w:val="0"/>
          <w:sz w:val="20"/>
        </w:rPr>
        <w:t>स्वयम् वा डिपेन्डेन्ट भिसामा जाने विद्यार्थीका परिवारका सदस्यले त्यस्तो बीमा कम्पनी वा</w:t>
      </w:r>
    </w:p>
    <w:p>
      <w:pPr>
        <w:spacing w:after="62" w:line="259" w:lineRule="auto"/>
      </w:pPr>
      <w:r>
        <w:rPr>
          <w:rFonts w:ascii="Noto Sans" w:hAnsi="Noto Sans" w:cs="Noto Sans Devanagari" w:eastAsia="Noto Sans Devanagari"/>
          <w:b w:val="0"/>
          <w:i w:val="0"/>
          <w:sz w:val="20"/>
        </w:rPr>
        <w:t>सहायक एजेन्टको नाममा रकम भुक्तानी गर्न बाधा पर्ने छैन ।</w:t>
      </w:r>
    </w:p>
    <w:p>
      <w:pPr>
        <w:spacing w:after="62" w:line="259" w:lineRule="auto"/>
        <w:ind w:left="115"/>
      </w:pPr>
      <w:r>
        <w:rPr>
          <w:rFonts w:ascii="Noto Sans" w:hAnsi="Noto Sans" w:cs="Noto Sans Devanagari" w:eastAsia="Noto Sans Devanagari"/>
          <w:b w:val="0"/>
          <w:i w:val="0"/>
          <w:sz w:val="20"/>
        </w:rPr>
        <w:t>(ऊ) सम्बन्धित शिक्षण संस्थाले शिक्षण/निर्वाह शुल्कको भुक्तानी स्वयम्को नाममा माग नगरी</w:t>
      </w:r>
    </w:p>
    <w:p>
      <w:pPr>
        <w:spacing w:after="62" w:line="259" w:lineRule="auto"/>
      </w:pPr>
      <w:r>
        <w:rPr>
          <w:rFonts w:ascii="Noto Sans" w:hAnsi="Noto Sans" w:cs="Noto Sans Devanagari" w:eastAsia="Noto Sans Devanagari"/>
          <w:b w:val="0"/>
          <w:i w:val="0"/>
          <w:sz w:val="20"/>
        </w:rPr>
        <w:t>आफूद्धारा नियुक्त अन्य संस्था/एजेन्सीको नाममा पठाउनु पर्ने उल्लेख/अनुरोध गरेको अवस्थामा</w:t>
      </w:r>
    </w:p>
    <w:p>
      <w:pPr>
        <w:spacing w:after="62" w:line="259" w:lineRule="auto"/>
      </w:pPr>
      <w:r>
        <w:rPr>
          <w:rFonts w:ascii="Noto Sans" w:hAnsi="Noto Sans" w:cs="Noto Sans Devanagari" w:eastAsia="Noto Sans Devanagari"/>
          <w:b w:val="0"/>
          <w:i w:val="0"/>
          <w:sz w:val="20"/>
        </w:rPr>
        <w:t>व्यहोरा पुष्टि हुने कागजातको आधारमा यस्तो शुल्क अन्य संस्था/एजेन्सीको नाममा भुक्तानी</w:t>
      </w:r>
    </w:p>
    <w:p>
      <w:pPr>
        <w:spacing w:after="62" w:line="259" w:lineRule="auto"/>
      </w:pPr>
      <w:r>
        <w:rPr>
          <w:rFonts w:ascii="Noto Sans" w:hAnsi="Noto Sans" w:cs="Noto Sans Devanagari" w:eastAsia="Noto Sans Devanagari"/>
          <w:b w:val="0"/>
          <w:i w:val="0"/>
          <w:sz w:val="20"/>
        </w:rPr>
        <w:t>गर्न समेत सटही प्रदान गर्न सकिनेछ ।</w:t>
      </w:r>
    </w:p>
    <w:p>
      <w:pPr>
        <w:spacing w:after="62" w:line="259" w:lineRule="auto"/>
        <w:ind w:left="115"/>
      </w:pPr>
      <w:r>
        <w:rPr>
          <w:rFonts w:ascii="Noto Sans" w:hAnsi="Noto Sans" w:cs="Noto Sans Devanagari" w:eastAsia="Noto Sans Devanagari"/>
          <w:b w:val="0"/>
          <w:i w:val="0"/>
          <w:sz w:val="20"/>
        </w:rPr>
        <w:t>(ए) सम्बन्धित शिक्षण संस्थाले नेपालको विदेशी विनिमय बजारमा उपलव्ध नहुने आफ्नो स्थानीय</w:t>
      </w:r>
    </w:p>
    <w:p>
      <w:pPr>
        <w:spacing w:after="62" w:line="259" w:lineRule="auto"/>
      </w:pPr>
      <w:r>
        <w:rPr>
          <w:rFonts w:ascii="Noto Sans" w:hAnsi="Noto Sans" w:cs="Noto Sans Devanagari" w:eastAsia="Noto Sans Devanagari"/>
          <w:b w:val="0"/>
          <w:i w:val="0"/>
          <w:sz w:val="20"/>
        </w:rPr>
        <w:t>मुद्रामै शिक्षण शुल्क भुक्तानी गर्नु पर्ने प्रावधान रहेको व्यहोरा प्रमाणित हुने आधिकारिक कागजात</w:t>
      </w:r>
    </w:p>
    <w:p>
      <w:pPr>
        <w:spacing w:after="62" w:line="259" w:lineRule="auto"/>
      </w:pPr>
      <w:r>
        <w:rPr>
          <w:rFonts w:ascii="Noto Sans" w:hAnsi="Noto Sans" w:cs="Noto Sans Devanagari" w:eastAsia="Noto Sans Devanagari"/>
          <w:b w:val="0"/>
          <w:i w:val="0"/>
          <w:sz w:val="20"/>
        </w:rPr>
        <w:t>जारी गरेको अवस्थामा सम्बन्धित शिक्षण संस्थालाई शिक्षण शुल्क भुक्तानी गरेको प्रमाण पछि</w:t>
      </w:r>
    </w:p>
    <w:p>
      <w:pPr>
        <w:spacing w:after="62" w:line="259" w:lineRule="auto"/>
      </w:pPr>
      <w:r>
        <w:rPr>
          <w:rFonts w:ascii="Noto Sans" w:hAnsi="Noto Sans" w:cs="Noto Sans Devanagari" w:eastAsia="Noto Sans Devanagari"/>
          <w:b w:val="0"/>
          <w:i w:val="0"/>
          <w:sz w:val="20"/>
        </w:rPr>
        <w:t>पेश गर्नु पर्ने शर्तमा त्यस्तो स्थानीय मुद्रा बराबरको हुने अमेरिकी डलर वा अन्य परिवर्त्य विदेशी</w:t>
      </w:r>
    </w:p>
    <w:p>
      <w:pPr>
        <w:spacing w:after="62" w:line="259" w:lineRule="auto"/>
      </w:pPr>
      <w:r>
        <w:rPr>
          <w:rFonts w:ascii="Noto Sans" w:hAnsi="Noto Sans" w:cs="Noto Sans Devanagari" w:eastAsia="Noto Sans Devanagari"/>
          <w:b w:val="0"/>
          <w:i w:val="0"/>
          <w:sz w:val="20"/>
        </w:rPr>
        <w:t>मुद्राको सटही विद्यार्थीकै नाममा प्रदान गर्न सकिनेछ । अघिल्लो पटक यस्तो सटही लिई शिक्षण</w:t>
      </w:r>
    </w:p>
    <w:p>
      <w:pPr>
        <w:spacing w:after="62" w:line="259" w:lineRule="auto"/>
      </w:pPr>
      <w:r>
        <w:rPr>
          <w:rFonts w:ascii="Noto Sans" w:hAnsi="Noto Sans" w:cs="Noto Sans Devanagari" w:eastAsia="Noto Sans Devanagari"/>
          <w:b w:val="0"/>
          <w:i w:val="0"/>
          <w:sz w:val="20"/>
        </w:rPr>
        <w:t>शुल्क भुक्तान गरेको प्रमाण पेश नगर्ने विद्यार्थीको नाममा त्यस्तो प्रमाण पेश नगरेसम्म अर्को</w:t>
      </w:r>
    </w:p>
    <w:p>
      <w:pPr>
        <w:spacing w:after="62" w:line="259" w:lineRule="auto"/>
      </w:pPr>
      <w:r>
        <w:rPr>
          <w:rFonts w:ascii="Noto Sans" w:hAnsi="Noto Sans" w:cs="Noto Sans Devanagari" w:eastAsia="Noto Sans Devanagari"/>
          <w:b w:val="0"/>
          <w:i w:val="0"/>
          <w:sz w:val="20"/>
        </w:rPr>
        <w:t>सटही प्रदान गर्न मिल्ने छैन ।</w:t>
      </w:r>
    </w:p>
    <w:p>
      <w:pPr>
        <w:spacing w:after="62" w:line="259" w:lineRule="auto"/>
        <w:ind w:left="115"/>
      </w:pPr>
      <w:r>
        <w:rPr>
          <w:rFonts w:ascii="Noto Sans" w:hAnsi="Noto Sans" w:cs="Noto Sans Devanagari" w:eastAsia="Noto Sans Devanagari"/>
          <w:b w:val="0"/>
          <w:i w:val="0"/>
          <w:sz w:val="20"/>
        </w:rPr>
        <w:t>(ऐ) संयुक्त राज्य अमेरिकाको Education Commission for Foreign Medical Graduates</w:t>
      </w:r>
    </w:p>
    <w:p>
      <w:pPr>
        <w:spacing w:after="62" w:line="259" w:lineRule="auto"/>
      </w:pPr>
      <w:r>
        <w:rPr>
          <w:rFonts w:ascii="Noto Sans" w:hAnsi="Noto Sans" w:cs="Noto Sans Devanagari" w:eastAsia="Noto Sans Devanagari"/>
          <w:b w:val="0"/>
          <w:i w:val="0"/>
          <w:sz w:val="20"/>
        </w:rPr>
        <w:t>(ECFMG) ले सञ्चालन गर्ने United States Medical License Examination (USMLE) तथा</w:t>
      </w:r>
    </w:p>
    <w:p>
      <w:pPr>
        <w:spacing w:after="62" w:line="259" w:lineRule="auto"/>
      </w:pPr>
      <w:r>
        <w:rPr>
          <w:rFonts w:ascii="Noto Sans" w:hAnsi="Noto Sans" w:cs="Noto Sans Devanagari" w:eastAsia="Noto Sans Devanagari"/>
          <w:b w:val="0"/>
          <w:i w:val="0"/>
          <w:sz w:val="20"/>
        </w:rPr>
        <w:t>अन्य देशका आधिकारिक निकायहरूले सञ्चालन गर्ने यस्तै प्रकृतिका व्यवसायिक परीक्षामा</w:t>
      </w:r>
    </w:p>
    <w:p>
      <w:pPr>
        <w:spacing w:after="62" w:line="259" w:lineRule="auto"/>
      </w:pPr>
      <w:r>
        <w:rPr>
          <w:rFonts w:ascii="Noto Sans" w:hAnsi="Noto Sans" w:cs="Noto Sans Devanagari" w:eastAsia="Noto Sans Devanagari"/>
          <w:b w:val="0"/>
          <w:i w:val="0"/>
          <w:sz w:val="20"/>
        </w:rPr>
        <w:t>सामेल हुन जाने विद्यार्थीहरूको लागि नेपाल सरकार, शिक्षा मन्त्रालयले जारी गर्ने माथि दफा</w:t>
      </w:r>
    </w:p>
    <w:p>
      <w:pPr>
        <w:spacing w:after="62" w:line="259" w:lineRule="auto"/>
        <w:ind w:left="115"/>
      </w:pPr>
      <w:r>
        <w:rPr>
          <w:rFonts w:ascii="Noto Sans" w:hAnsi="Noto Sans" w:cs="Noto Sans Devanagari" w:eastAsia="Noto Sans Devanagari"/>
          <w:b w:val="0"/>
          <w:i w:val="0"/>
          <w:sz w:val="20"/>
        </w:rPr>
        <w:t>(क) बमोजिमको No Objection Letter को आधारमा परिपत्रको खण्ड (छ) मा उल्लिखित</w:t>
      </w:r>
    </w:p>
    <w:p>
      <w:pPr>
        <w:spacing w:after="62" w:line="259" w:lineRule="auto"/>
      </w:pPr>
      <w:r>
        <w:rPr>
          <w:rFonts w:ascii="Noto Sans" w:hAnsi="Noto Sans" w:cs="Noto Sans Devanagari" w:eastAsia="Noto Sans Devanagari"/>
          <w:b w:val="0"/>
          <w:i w:val="0"/>
          <w:sz w:val="20"/>
        </w:rPr>
        <w:t>रकमसम्म एकमुष्ट विद्यार्थीको नाममा उपलब्ध गराउन सकिनेछ ।</w:t>
      </w:r>
    </w:p>
    <w:p>
      <w:pPr>
        <w:spacing w:after="62" w:line="259" w:lineRule="auto"/>
        <w:ind w:left="115"/>
      </w:pPr>
      <w:r>
        <w:rPr>
          <w:rFonts w:ascii="Noto Sans" w:hAnsi="Noto Sans" w:cs="Noto Sans Devanagari" w:eastAsia="Noto Sans Devanagari"/>
          <w:b w:val="0"/>
          <w:i w:val="0"/>
          <w:sz w:val="20"/>
        </w:rPr>
        <w:t>(ओ) विदेशमा अध्ययन गर्न जाने वा अध्ययनरत विद्यार्थीको भिसा प्राप्ति वा नवीकरण र निर्वाह खर्चको लागि सम्बन्धित मुलुकको राजदूतावास वा सरकारी निकायले विद्यार्थीको खाता/नाममा यस बैंकले तोकेको परिवर्त्य विदेशी मुद्राको सूचीमा नरहेको आफ्नो स्थानीय मुद्रामा निश्चित रकम देखाउनु पर्ने प्रावधान रहेको पुष्टि हुने कागजातको आधारमा आवश्यक रकमको सटही उपलब्ध गराउन सकिनेछ । यसरी सटही उपलब्ध गराउँदा विनिमय दरको उतारचढावको कारण लाग्ने थप खर्च रकमको यकिन हुन नसक्ने अवस्थामा पठाउनुपर्ने रकमको बढीमा ५ प्रतिशतसम्म थप गरी अमेरिकी डलर वा अन्य परिवर्त्य विदेशी मुद्रा पठाउन सकिनेछ ।</w:t>
      </w:r>
    </w:p>
    <w:p>
      <w:pPr>
        <w:spacing w:after="62" w:line="259" w:lineRule="auto"/>
        <w:ind w:left="115"/>
      </w:pPr>
      <w:r>
        <w:rPr>
          <w:rFonts w:ascii="Noto Sans" w:hAnsi="Noto Sans" w:cs="Noto Sans Devanagari" w:eastAsia="Noto Sans Devanagari"/>
          <w:b w:val="0"/>
          <w:i w:val="0"/>
          <w:sz w:val="20"/>
        </w:rPr>
        <w:t>(च) विदेशमा अध्ययनरत विद्यार्थीलाई दोस्रो पटकदेखि शिक्षण शुल्क तथा निर्वाह शुल्क बापतको रकम सटही</w:t>
      </w:r>
    </w:p>
    <w:p>
      <w:pPr>
        <w:spacing w:after="62" w:line="259" w:lineRule="auto"/>
      </w:pPr>
      <w:r>
        <w:rPr>
          <w:rFonts w:ascii="Noto Sans" w:hAnsi="Noto Sans" w:cs="Noto Sans Devanagari" w:eastAsia="Noto Sans Devanagari"/>
          <w:b w:val="0"/>
          <w:i w:val="0"/>
          <w:sz w:val="20"/>
        </w:rPr>
        <w:t>सुविधा आवश्यक परी विद्यार्थी आफैले वा निजका अभिभावक/आफन्तले आफ्नो परिचय खुल्ने कुनै</w:t>
      </w:r>
    </w:p>
    <w:p>
      <w:pPr>
        <w:spacing w:after="62" w:line="259" w:lineRule="auto"/>
      </w:pPr>
      <w:r>
        <w:rPr>
          <w:rFonts w:ascii="Noto Sans" w:hAnsi="Noto Sans" w:cs="Noto Sans Devanagari" w:eastAsia="Noto Sans Devanagari"/>
          <w:b w:val="0"/>
          <w:i w:val="0"/>
          <w:sz w:val="20"/>
        </w:rPr>
        <w:t>कागजात संलग्न गरी सटही सुविधाको लागि अनुरोध गरेमा प्रथम पटक सटही प्रदान गरेको बैंकमा रहेको</w:t>
      </w:r>
    </w:p>
    <w:p>
      <w:pPr>
        <w:spacing w:after="62" w:line="259" w:lineRule="auto"/>
      </w:pPr>
      <w:r>
        <w:rPr>
          <w:rFonts w:ascii="Noto Sans" w:hAnsi="Noto Sans" w:cs="Noto Sans Devanagari" w:eastAsia="Noto Sans Devanagari"/>
          <w:b w:val="0"/>
          <w:i w:val="0"/>
          <w:sz w:val="20"/>
        </w:rPr>
        <w:t>नेपाल सरकार, शिक्षा, विज्ञान तथा प्रविधि मन्त्रालयको No Objection Letter को सक्कल प्रतिको</w:t>
      </w:r>
    </w:p>
    <w:p>
      <w:pPr>
        <w:spacing w:after="62" w:line="259" w:lineRule="auto"/>
      </w:pPr>
      <w:r>
        <w:rPr>
          <w:rFonts w:ascii="Noto Sans" w:hAnsi="Noto Sans" w:cs="Noto Sans Devanagari" w:eastAsia="Noto Sans Devanagari"/>
          <w:b w:val="0"/>
          <w:i w:val="0"/>
          <w:sz w:val="20"/>
        </w:rPr>
        <w:t>अभिलेख र विद्यार्थी पढिरहेको प्रमाणित हुने सम्बन्धित शैक्षिक संस्थाले प्रदान गरेको कागजात वा</w:t>
      </w:r>
    </w:p>
    <w:p>
      <w:pPr>
        <w:spacing w:after="62" w:line="259" w:lineRule="auto"/>
      </w:pPr>
      <w:r>
        <w:rPr>
          <w:rFonts w:ascii="Noto Sans" w:hAnsi="Noto Sans" w:cs="Noto Sans Devanagari" w:eastAsia="Noto Sans Devanagari"/>
          <w:b w:val="0"/>
          <w:i w:val="0"/>
          <w:sz w:val="20"/>
        </w:rPr>
        <w:t>विद्यार्थीको शैक्षिक संस्थासँंग सम्बन्धित Valid परिचयपत्र वा पढिरहेको व्यहोरा स्पष्ट खुल्ने अन्य कुनै</w:t>
      </w:r>
    </w:p>
    <w:p>
      <w:pPr>
        <w:spacing w:after="62" w:line="259" w:lineRule="auto"/>
      </w:pPr>
      <w:r>
        <w:rPr>
          <w:rFonts w:ascii="Noto Sans" w:hAnsi="Noto Sans" w:cs="Noto Sans Devanagari" w:eastAsia="Noto Sans Devanagari"/>
          <w:b w:val="0"/>
          <w:i w:val="0"/>
          <w:sz w:val="20"/>
        </w:rPr>
        <w:t>अद्यावधिक प्रमाणको आधारमा मात्र दोहोरो भुक्तानी नहुने गरी सोही बैंकबाट यस्तो सटही सुविधा प्रदान</w:t>
      </w:r>
    </w:p>
    <w:p>
      <w:pPr>
        <w:spacing w:after="62" w:line="259" w:lineRule="auto"/>
      </w:pPr>
      <w:r>
        <w:rPr>
          <w:rFonts w:ascii="Noto Sans" w:hAnsi="Noto Sans" w:cs="Noto Sans Devanagari" w:eastAsia="Noto Sans Devanagari"/>
          <w:b w:val="0"/>
          <w:i w:val="0"/>
          <w:sz w:val="20"/>
        </w:rPr>
        <w:t>गर्नु पर्नेछ ।</w:t>
      </w:r>
    </w:p>
    <w:p>
      <w:pPr>
        <w:spacing w:after="62" w:line="259" w:lineRule="auto"/>
        <w:ind w:left="115"/>
      </w:pPr>
      <w:r>
        <w:rPr>
          <w:rFonts w:ascii="Noto Sans" w:hAnsi="Noto Sans" w:cs="Noto Sans Devanagari" w:eastAsia="Noto Sans Devanagari"/>
          <w:b w:val="0"/>
          <w:i w:val="0"/>
          <w:sz w:val="20"/>
        </w:rPr>
        <w:t>(छ) निर्वाह खर्च भनी Supporting Documents मा रकम नखुलेको अवस्थामा विद्यार्थी/</w:t>
      </w:r>
    </w:p>
    <w:p>
      <w:pPr>
        <w:spacing w:after="62" w:line="259" w:lineRule="auto"/>
      </w:pPr>
      <w:r>
        <w:rPr>
          <w:rFonts w:ascii="Noto Sans" w:hAnsi="Noto Sans" w:cs="Noto Sans Devanagari" w:eastAsia="Noto Sans Devanagari"/>
          <w:b w:val="0"/>
          <w:i w:val="0"/>
          <w:sz w:val="20"/>
        </w:rPr>
        <w:t>अभिभावक/आफन्तबाट निर्वाह खर्च माग भएको अवस्थामा खण्ड (ङ) मा उल्लिखित अन्य प्रकृयाहरू पूरा</w:t>
      </w:r>
    </w:p>
    <w:p>
      <w:pPr>
        <w:spacing w:after="62" w:line="259" w:lineRule="auto"/>
      </w:pPr>
      <w:r>
        <w:rPr>
          <w:rFonts w:ascii="Noto Sans" w:hAnsi="Noto Sans" w:cs="Noto Sans Devanagari" w:eastAsia="Noto Sans Devanagari"/>
          <w:b w:val="0"/>
          <w:i w:val="0"/>
          <w:sz w:val="20"/>
        </w:rPr>
        <w:t>गरी निम्नानुसारको निर्वाह खर्च प्रदान गर्न सकिनेछ ः–</w:t>
      </w:r>
    </w:p>
    <w:p>
      <w:pPr>
        <w:spacing w:after="62" w:line="259" w:lineRule="auto"/>
      </w:pPr>
      <w:r>
        <w:rPr>
          <w:rFonts w:ascii="Noto Sans" w:hAnsi="Noto Sans" w:cs="Noto Sans Devanagari" w:eastAsia="Noto Sans Devanagari"/>
          <w:b w:val="0"/>
          <w:i w:val="0"/>
          <w:sz w:val="20"/>
        </w:rPr>
        <w:t>क्रम वार्षिक रूपमा पाउने अधिकतम</w:t>
      </w:r>
    </w:p>
    <w:p>
      <w:pPr>
        <w:spacing w:after="62" w:line="259" w:lineRule="auto"/>
      </w:pPr>
      <w:r>
        <w:rPr>
          <w:rFonts w:ascii="Noto Sans" w:hAnsi="Noto Sans" w:cs="Noto Sans Devanagari" w:eastAsia="Noto Sans Devanagari"/>
          <w:b w:val="0"/>
          <w:i w:val="0"/>
          <w:sz w:val="20"/>
        </w:rPr>
        <w:t>देशको नाम</w:t>
      </w:r>
    </w:p>
    <w:p>
      <w:pPr>
        <w:spacing w:after="62" w:line="259" w:lineRule="auto"/>
      </w:pPr>
      <w:r>
        <w:rPr>
          <w:rFonts w:ascii="Noto Sans" w:hAnsi="Noto Sans" w:cs="Noto Sans Devanagari" w:eastAsia="Noto Sans Devanagari"/>
          <w:b w:val="0"/>
          <w:i w:val="0"/>
          <w:sz w:val="20"/>
        </w:rPr>
        <w:t>संख्या निर्वाह खर्च (अमेरिकी डलरमा)</w:t>
      </w:r>
    </w:p>
    <w:p>
      <w:pPr>
        <w:spacing w:after="62" w:line="259" w:lineRule="auto"/>
      </w:pPr>
      <w:r>
        <w:rPr>
          <w:rFonts w:ascii="Noto Sans" w:hAnsi="Noto Sans" w:cs="Noto Sans Devanagari" w:eastAsia="Noto Sans Devanagari"/>
          <w:b w:val="0"/>
          <w:i w:val="0"/>
          <w:sz w:val="20"/>
        </w:rPr>
        <w:t>1 बंगलादेश, पाकिस्तान २,५००।००</w:t>
      </w:r>
    </w:p>
    <w:p>
      <w:pPr>
        <w:spacing w:after="62" w:line="259" w:lineRule="auto"/>
      </w:pPr>
      <w:r>
        <w:rPr>
          <w:rFonts w:ascii="Noto Sans" w:hAnsi="Noto Sans" w:cs="Noto Sans Devanagari" w:eastAsia="Noto Sans Devanagari"/>
          <w:b w:val="0"/>
          <w:i w:val="0"/>
          <w:sz w:val="20"/>
        </w:rPr>
        <w:t>2 चीन, मलेशिया, थाइल्याण्ड, फिलिपिन्स ४,०००।००</w:t>
      </w:r>
    </w:p>
    <w:p>
      <w:pPr>
        <w:spacing w:after="62" w:line="259" w:lineRule="auto"/>
      </w:pPr>
      <w:r>
        <w:rPr>
          <w:rFonts w:ascii="Noto Sans" w:hAnsi="Noto Sans" w:cs="Noto Sans Devanagari" w:eastAsia="Noto Sans Devanagari"/>
          <w:b w:val="0"/>
          <w:i w:val="0"/>
          <w:sz w:val="20"/>
        </w:rPr>
        <w:t>3 सिंगापुर, दक्षिण कोरिया ६,०००।००</w:t>
      </w:r>
    </w:p>
    <w:p>
      <w:pPr>
        <w:spacing w:after="62" w:line="259" w:lineRule="auto"/>
      </w:pPr>
      <w:r>
        <w:rPr>
          <w:rFonts w:ascii="Noto Sans" w:hAnsi="Noto Sans" w:cs="Noto Sans Devanagari" w:eastAsia="Noto Sans Devanagari"/>
          <w:b w:val="0"/>
          <w:i w:val="0"/>
          <w:sz w:val="20"/>
        </w:rPr>
        <w:t>4 क्यानडा, संयुक्त राज्य अमेरिका, अष्ट्रेलिया, युरोप महादेश ८,०००।००</w:t>
      </w:r>
    </w:p>
    <w:p>
      <w:pPr>
        <w:spacing w:after="62" w:line="259" w:lineRule="auto"/>
      </w:pPr>
      <w:r>
        <w:rPr>
          <w:rFonts w:ascii="Noto Sans" w:hAnsi="Noto Sans" w:cs="Noto Sans Devanagari" w:eastAsia="Noto Sans Devanagari"/>
          <w:b w:val="0"/>
          <w:i w:val="0"/>
          <w:sz w:val="20"/>
        </w:rPr>
        <w:t>5 अन्य देशहरू ५,०००।००</w:t>
      </w:r>
    </w:p>
    <w:p>
      <w:pPr>
        <w:spacing w:after="62" w:line="259" w:lineRule="auto"/>
        <w:ind w:left="115"/>
      </w:pPr>
      <w:r>
        <w:rPr>
          <w:rFonts w:ascii="Noto Sans" w:hAnsi="Noto Sans" w:cs="Noto Sans Devanagari" w:eastAsia="Noto Sans Devanagari"/>
          <w:b w:val="0"/>
          <w:i w:val="0"/>
          <w:sz w:val="20"/>
        </w:rPr>
        <w:t>(ज) यदि विद्यार्थीले शुरूमा पेश गरेको कागजातबाट देखिन आउने Tuition Fee र निर्वाह खर्च बापतको</w:t>
      </w:r>
    </w:p>
    <w:p>
      <w:pPr>
        <w:spacing w:after="62" w:line="259" w:lineRule="auto"/>
      </w:pPr>
      <w:r>
        <w:rPr>
          <w:rFonts w:ascii="Noto Sans" w:hAnsi="Noto Sans" w:cs="Noto Sans Devanagari" w:eastAsia="Noto Sans Devanagari"/>
          <w:b w:val="0"/>
          <w:i w:val="0"/>
          <w:sz w:val="20"/>
        </w:rPr>
        <w:t>रकमभन्दा बढी रकमको सटही सुविधा माग गरेमा, त्यसरी वृद्धि भएको रकमलाई पुष्टि हुने कागजात</w:t>
      </w:r>
    </w:p>
    <w:p>
      <w:pPr>
        <w:spacing w:after="62" w:line="259" w:lineRule="auto"/>
      </w:pPr>
      <w:r>
        <w:rPr>
          <w:rFonts w:ascii="Noto Sans" w:hAnsi="Noto Sans" w:cs="Noto Sans Devanagari" w:eastAsia="Noto Sans Devanagari"/>
          <w:b w:val="0"/>
          <w:i w:val="0"/>
          <w:sz w:val="20"/>
        </w:rPr>
        <w:t>अनिवार्य रूपमा पेश गर्नु पर्नेछ ।</w:t>
      </w:r>
    </w:p>
    <w:p>
      <w:pPr>
        <w:spacing w:after="62" w:line="259" w:lineRule="auto"/>
        <w:ind w:left="115"/>
      </w:pPr>
      <w:r>
        <w:rPr>
          <w:rFonts w:ascii="Noto Sans" w:hAnsi="Noto Sans" w:cs="Noto Sans Devanagari" w:eastAsia="Noto Sans Devanagari"/>
          <w:b w:val="0"/>
          <w:i w:val="0"/>
          <w:sz w:val="20"/>
        </w:rPr>
        <w:t>(झ) अध्ययन संस्थाको नाममा बनेको ड्राफ्ट/टि.टी./स्वीफ्ट आदि रद्द गर्न अनुरोध गरेमा विद्यार्थी अध्ययनको</w:t>
      </w:r>
    </w:p>
    <w:p>
      <w:pPr>
        <w:spacing w:after="62" w:line="259" w:lineRule="auto"/>
      </w:pPr>
      <w:r>
        <w:rPr>
          <w:rFonts w:ascii="Noto Sans" w:hAnsi="Noto Sans" w:cs="Noto Sans Devanagari" w:eastAsia="Noto Sans Devanagari"/>
          <w:b w:val="0"/>
          <w:i w:val="0"/>
          <w:sz w:val="20"/>
        </w:rPr>
        <w:t>लागि विदेश नजाने भएमा Living Expenses वा अन्य भैपरी आउने खर्च लिई सकेको भए सो रकम</w:t>
      </w:r>
    </w:p>
    <w:p>
      <w:pPr>
        <w:spacing w:after="62" w:line="259" w:lineRule="auto"/>
      </w:pPr>
      <w:r>
        <w:rPr>
          <w:rFonts w:ascii="Noto Sans" w:hAnsi="Noto Sans" w:cs="Noto Sans Devanagari" w:eastAsia="Noto Sans Devanagari"/>
          <w:b w:val="0"/>
          <w:i w:val="0"/>
          <w:sz w:val="20"/>
        </w:rPr>
        <w:t>फिर्ता गर्न लगाएर मात्र र अन्य अवस्थामा तल उल्लिखित कुनै एक कारण परेमा त्यस्तो</w:t>
      </w:r>
    </w:p>
    <w:p>
      <w:pPr>
        <w:spacing w:after="62" w:line="259" w:lineRule="auto"/>
      </w:pPr>
      <w:r>
        <w:rPr>
          <w:rFonts w:ascii="Noto Sans" w:hAnsi="Noto Sans" w:cs="Noto Sans Devanagari" w:eastAsia="Noto Sans Devanagari"/>
          <w:b w:val="0"/>
          <w:i w:val="0"/>
          <w:sz w:val="20"/>
        </w:rPr>
        <w:t>ड्राफ्ट/टी.टी./स्वीफ्ट आदि बैंक तथा वित्तीय संस्था स्वयम्ले रद्द गर्न सक्नेछन् ।</w:t>
      </w:r>
    </w:p>
    <w:p>
      <w:pPr>
        <w:spacing w:after="62" w:line="259" w:lineRule="auto"/>
        <w:ind w:left="115"/>
      </w:pPr>
      <w:r>
        <w:rPr>
          <w:rFonts w:ascii="Noto Sans" w:hAnsi="Noto Sans" w:cs="Noto Sans Devanagari" w:eastAsia="Noto Sans Devanagari"/>
          <w:b w:val="0"/>
          <w:i w:val="0"/>
          <w:sz w:val="20"/>
        </w:rPr>
        <w:t>(अ) सम्बन्धित मुलुकको राजदूतावासबाट भिसा प्राप्त नभएको प्रमाण पेश गरेमा ।</w:t>
      </w:r>
    </w:p>
    <w:p>
      <w:pPr>
        <w:spacing w:after="62" w:line="259" w:lineRule="auto"/>
        <w:ind w:left="115"/>
      </w:pPr>
      <w:r>
        <w:rPr>
          <w:rFonts w:ascii="Noto Sans" w:hAnsi="Noto Sans" w:cs="Noto Sans Devanagari" w:eastAsia="Noto Sans Devanagari"/>
          <w:b w:val="0"/>
          <w:i w:val="0"/>
          <w:sz w:val="20"/>
        </w:rPr>
        <w:t>(आ) सम्बन्धित शिक्षण संस्थाको नाममा अन्य स्रोतबाट शिक्षण शुल्क भुक्तानी गरेको प्रमाण पेश</w:t>
      </w:r>
    </w:p>
    <w:p>
      <w:pPr>
        <w:spacing w:after="62" w:line="259" w:lineRule="auto"/>
      </w:pPr>
      <w:r>
        <w:rPr>
          <w:rFonts w:ascii="Noto Sans" w:hAnsi="Noto Sans" w:cs="Noto Sans Devanagari" w:eastAsia="Noto Sans Devanagari"/>
          <w:b w:val="0"/>
          <w:i w:val="0"/>
          <w:sz w:val="20"/>
        </w:rPr>
        <w:t>गरेमा ।</w:t>
      </w:r>
    </w:p>
    <w:p>
      <w:pPr>
        <w:spacing w:after="62" w:line="259" w:lineRule="auto"/>
        <w:ind w:left="115"/>
      </w:pPr>
      <w:r>
        <w:rPr>
          <w:rFonts w:ascii="Noto Sans" w:hAnsi="Noto Sans" w:cs="Noto Sans Devanagari" w:eastAsia="Noto Sans Devanagari"/>
          <w:b w:val="0"/>
          <w:i w:val="0"/>
          <w:sz w:val="20"/>
        </w:rPr>
        <w:t>(इ) शिक्षण संस्था परिवर्तन गरी अर्को शिक्षण संस्थाको नाममा शिक्षण शुल्क भुक्तानी गरेको प्रमाण</w:t>
      </w:r>
    </w:p>
    <w:p>
      <w:pPr>
        <w:spacing w:after="62" w:line="259" w:lineRule="auto"/>
      </w:pPr>
      <w:r>
        <w:rPr>
          <w:rFonts w:ascii="Noto Sans" w:hAnsi="Noto Sans" w:cs="Noto Sans Devanagari" w:eastAsia="Noto Sans Devanagari"/>
          <w:b w:val="0"/>
          <w:i w:val="0"/>
          <w:sz w:val="20"/>
        </w:rPr>
        <w:t>पेश गरेमा ।</w:t>
      </w:r>
    </w:p>
    <w:p>
      <w:pPr>
        <w:spacing w:after="62" w:line="259" w:lineRule="auto"/>
      </w:pPr>
      <w:r>
        <w:rPr>
          <w:rFonts w:ascii="Noto Sans" w:hAnsi="Noto Sans" w:cs="Noto Sans Devanagari" w:eastAsia="Noto Sans Devanagari"/>
          <w:b w:val="0"/>
          <w:i w:val="0"/>
          <w:sz w:val="20"/>
        </w:rPr>
        <w:t>तर, परिवर्तित शिक्षण संस्थाको नाममा शिक्षण शुल्क भुक्तानी गर्नु पर्ने भएमा नेपाल सरकार,</w:t>
      </w:r>
    </w:p>
    <w:p>
      <w:pPr>
        <w:spacing w:after="62" w:line="259" w:lineRule="auto"/>
      </w:pPr>
      <w:r>
        <w:rPr>
          <w:rFonts w:ascii="Noto Sans" w:hAnsi="Noto Sans" w:cs="Noto Sans Devanagari" w:eastAsia="Noto Sans Devanagari"/>
          <w:b w:val="0"/>
          <w:i w:val="0"/>
          <w:sz w:val="20"/>
        </w:rPr>
        <w:t>शिक्षा मन्त्रालयबाट शिक्षण संस्था परिवर्तनको स्वीकृति अनिवार्य रूपमा लिएको हुनुपर्नेछ ।</w:t>
      </w:r>
    </w:p>
    <w:p>
      <w:pPr>
        <w:spacing w:after="62" w:line="259" w:lineRule="auto"/>
        <w:ind w:left="115"/>
      </w:pPr>
      <w:r>
        <w:rPr>
          <w:rFonts w:ascii="Noto Sans" w:hAnsi="Noto Sans" w:cs="Noto Sans Devanagari" w:eastAsia="Noto Sans Devanagari"/>
          <w:b w:val="0"/>
          <w:i w:val="0"/>
          <w:sz w:val="20"/>
        </w:rPr>
        <w:t>(ई) ड्राफ्ट/टी.टी. को म्याद समाप्त भई उल्लेखित रकम सोही शिक्षण संस्थालाई नै पुनः पठाउनु</w:t>
      </w:r>
    </w:p>
    <w:p>
      <w:pPr>
        <w:spacing w:after="62" w:line="259" w:lineRule="auto"/>
      </w:pPr>
      <w:r>
        <w:rPr>
          <w:rFonts w:ascii="Noto Sans" w:hAnsi="Noto Sans" w:cs="Noto Sans Devanagari" w:eastAsia="Noto Sans Devanagari"/>
          <w:b w:val="0"/>
          <w:i w:val="0"/>
          <w:sz w:val="20"/>
        </w:rPr>
        <w:t>परेमा ।</w:t>
      </w:r>
    </w:p>
    <w:p>
      <w:pPr>
        <w:spacing w:after="62" w:line="259" w:lineRule="auto"/>
        <w:ind w:left="115"/>
      </w:pPr>
      <w:r>
        <w:rPr>
          <w:rFonts w:ascii="Noto Sans" w:hAnsi="Noto Sans" w:cs="Noto Sans Devanagari" w:eastAsia="Noto Sans Devanagari"/>
          <w:b w:val="0"/>
          <w:i w:val="0"/>
          <w:sz w:val="20"/>
        </w:rPr>
        <w:t>(उ) व्यवहारिक कारणवश विद्यार्थी अध्ययनको लागि जान नसक्ने अवस्था परी कारण सहित निवेदन</w:t>
      </w:r>
    </w:p>
    <w:p>
      <w:pPr>
        <w:spacing w:after="62" w:line="259" w:lineRule="auto"/>
      </w:pPr>
      <w:r>
        <w:rPr>
          <w:rFonts w:ascii="Noto Sans" w:hAnsi="Noto Sans" w:cs="Noto Sans Devanagari" w:eastAsia="Noto Sans Devanagari"/>
          <w:b w:val="0"/>
          <w:i w:val="0"/>
          <w:sz w:val="20"/>
        </w:rPr>
        <w:t>दिएमा ।</w:t>
      </w:r>
    </w:p>
    <w:p>
      <w:pPr>
        <w:spacing w:after="62" w:line="259" w:lineRule="auto"/>
      </w:pPr>
      <w:r>
        <w:rPr>
          <w:rFonts w:ascii="Noto Sans" w:hAnsi="Noto Sans" w:cs="Noto Sans Devanagari" w:eastAsia="Noto Sans Devanagari"/>
          <w:b w:val="0"/>
          <w:i w:val="0"/>
          <w:sz w:val="20"/>
        </w:rPr>
        <w:t>तर भिसा पाई सकेपछि जर्मनी लगायत शिक्षण शुल्क नलाग्ने राष्ट्रको सम्बन्धित राजदूतावासको पत्रको</w:t>
      </w:r>
    </w:p>
    <w:p>
      <w:pPr>
        <w:spacing w:after="62" w:line="259" w:lineRule="auto"/>
      </w:pPr>
      <w:r>
        <w:rPr>
          <w:rFonts w:ascii="Noto Sans" w:hAnsi="Noto Sans" w:cs="Noto Sans Devanagari" w:eastAsia="Noto Sans Devanagari"/>
          <w:b w:val="0"/>
          <w:i w:val="0"/>
          <w:sz w:val="20"/>
        </w:rPr>
        <w:t>आधारमा बनेका ड्राफ्ट/टि.टी./स्वीफ्ट आदि रद्द गर्न भने यस विभागको स्वीकृति लिनु पर्नेछ ।</w:t>
      </w:r>
    </w:p>
    <w:p>
      <w:pPr>
        <w:spacing w:after="62" w:line="259" w:lineRule="auto"/>
        <w:ind w:left="115"/>
      </w:pPr>
      <w:r>
        <w:rPr>
          <w:rFonts w:ascii="Noto Sans" w:hAnsi="Noto Sans" w:cs="Noto Sans Devanagari" w:eastAsia="Noto Sans Devanagari"/>
          <w:b w:val="0"/>
          <w:i w:val="0"/>
          <w:sz w:val="20"/>
        </w:rPr>
        <w:t>(ञ) उपरोक्तानुसार सटही सुविधा प्रदान गर्दा प्रचलित कानुनबमोजिम राजस्व दाखिला गर्नु पर्ने भए सोको</w:t>
      </w:r>
    </w:p>
    <w:p>
      <w:pPr>
        <w:spacing w:after="62" w:line="259" w:lineRule="auto"/>
      </w:pPr>
      <w:r>
        <w:rPr>
          <w:rFonts w:ascii="Noto Sans" w:hAnsi="Noto Sans" w:cs="Noto Sans Devanagari" w:eastAsia="Noto Sans Devanagari"/>
          <w:b w:val="0"/>
          <w:i w:val="0"/>
          <w:sz w:val="20"/>
        </w:rPr>
        <w:t>प्रमाण पेश गर्नुपर्ने छ ।</w:t>
      </w:r>
    </w:p>
    <w:p>
      <w:pPr>
        <w:keepNext/>
        <w:spacing w:before="200" w:after="80"/>
        <w:pBdr>
          <w:bottom w:val="single" w:sz="12" w:space="2" w:color="2F5597"/>
        </w:pBdr>
      </w:pPr>
      <w:r>
        <w:rPr>
          <w:rFonts w:ascii="Noto Sans" w:hAnsi="Noto Sans" w:cs="Noto Sans Devanagari" w:eastAsia="Noto Sans Devanagari"/>
          <w:b/>
          <w:i w:val="0"/>
          <w:color w:val="2F5597"/>
          <w:sz w:val="24"/>
        </w:rPr>
        <w:t>1. Exchange for Study in Countries Other than India</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 Provisions Relating to Exchange for Study in Countries Other than India</w:t>
      </w:r>
    </w:p>
    <w:p>
      <w:pPr>
        <w:spacing w:after="70" w:line="259" w:lineRule="auto"/>
        <w:ind w:left="115"/>
      </w:pPr>
      <w:r>
        <w:rPr>
          <w:rFonts w:ascii="Noto Sans" w:hAnsi="Noto Sans" w:cs="Noto Sans Devanagari" w:eastAsia="Noto Sans Devanagari"/>
          <w:b w:val="0"/>
          <w:i w:val="0"/>
          <w:color w:val="222222"/>
          <w:sz w:val="18"/>
        </w:rPr>
        <w:t>(a) The original copy of the No Objection Letter issued by the Ministry of Education, Science and Technology, Government of Nepal, to a Nepali student going abroad for study at private expense, stating “Any Bank” and stamped “Bank Copy for First-Time Exchange”, shall be attached.</w:t>
      </w:r>
    </w:p>
    <w:p>
      <w:pPr>
        <w:spacing w:after="70" w:line="259" w:lineRule="auto"/>
        <w:ind w:left="115"/>
      </w:pPr>
      <w:r>
        <w:rPr>
          <w:rFonts w:ascii="Noto Sans" w:hAnsi="Noto Sans" w:cs="Noto Sans Devanagari" w:eastAsia="Noto Sans Devanagari"/>
          <w:b w:val="0"/>
          <w:i w:val="0"/>
          <w:color w:val="222222"/>
          <w:sz w:val="18"/>
        </w:rPr>
        <w:t>(b) Before providing such exchange facility, the following documents shall be required:</w:t>
      </w:r>
    </w:p>
    <w:p>
      <w:pPr>
        <w:spacing w:after="70" w:line="259" w:lineRule="auto"/>
      </w:pPr>
      <w:r>
        <w:rPr>
          <w:rFonts w:ascii="Noto Sans" w:hAnsi="Noto Sans" w:cs="Noto Sans Devanagari" w:eastAsia="Noto Sans Devanagari"/>
          <w:b w:val="0"/>
          <w:i w:val="0"/>
          <w:color w:val="222222"/>
          <w:sz w:val="18"/>
        </w:rPr>
        <w:t>(1) application;</w:t>
      </w:r>
    </w:p>
    <w:p>
      <w:pPr>
        <w:spacing w:after="70" w:line="259" w:lineRule="auto"/>
      </w:pPr>
      <w:r>
        <w:rPr>
          <w:rFonts w:ascii="Noto Sans" w:hAnsi="Noto Sans" w:cs="Noto Sans Devanagari" w:eastAsia="Noto Sans Devanagari"/>
          <w:b w:val="0"/>
          <w:i w:val="0"/>
          <w:color w:val="222222"/>
          <w:sz w:val="18"/>
        </w:rPr>
        <w:t>(2) copy of passport;</w:t>
      </w:r>
    </w:p>
    <w:p>
      <w:pPr>
        <w:spacing w:after="70" w:line="259" w:lineRule="auto"/>
      </w:pPr>
      <w:r>
        <w:rPr>
          <w:rFonts w:ascii="Noto Sans" w:hAnsi="Noto Sans" w:cs="Noto Sans Devanagari" w:eastAsia="Noto Sans Devanagari"/>
          <w:b w:val="0"/>
          <w:i w:val="0"/>
          <w:color w:val="222222"/>
          <w:sz w:val="18"/>
        </w:rPr>
        <w:t>(3) No Objection Letter;</w:t>
      </w:r>
    </w:p>
    <w:p>
      <w:pPr>
        <w:spacing w:after="70" w:line="259" w:lineRule="auto"/>
      </w:pPr>
      <w:r>
        <w:rPr>
          <w:rFonts w:ascii="Noto Sans" w:hAnsi="Noto Sans" w:cs="Noto Sans Devanagari" w:eastAsia="Noto Sans Devanagari"/>
          <w:b w:val="0"/>
          <w:i w:val="0"/>
          <w:color w:val="222222"/>
          <w:sz w:val="18"/>
        </w:rPr>
        <w:t>(4) letter of the concerned educational institution containing visa-related conditions or a certified copy of a letter received from the visa-related authority;</w:t>
      </w:r>
    </w:p>
    <w:p>
      <w:pPr>
        <w:spacing w:after="70" w:line="259" w:lineRule="auto"/>
      </w:pPr>
      <w:r>
        <w:rPr>
          <w:rFonts w:ascii="Noto Sans" w:hAnsi="Noto Sans" w:cs="Noto Sans Devanagari" w:eastAsia="Noto Sans Devanagari"/>
          <w:b w:val="0"/>
          <w:i w:val="0"/>
          <w:color w:val="222222"/>
          <w:sz w:val="18"/>
        </w:rPr>
        <w:t>(5) Supporting Documents such as a letter, brochure, invoice, I-20 form, etc. of the concerned educational institution substantiating the foreign currency amount requested;</w:t>
      </w:r>
    </w:p>
    <w:p>
      <w:pPr>
        <w:spacing w:after="70" w:line="259" w:lineRule="auto"/>
      </w:pPr>
      <w:r>
        <w:rPr>
          <w:rFonts w:ascii="Noto Sans" w:hAnsi="Noto Sans" w:cs="Noto Sans Devanagari" w:eastAsia="Noto Sans Devanagari"/>
          <w:b w:val="0"/>
          <w:i w:val="0"/>
          <w:color w:val="222222"/>
          <w:sz w:val="18"/>
        </w:rPr>
        <w:t>(6) where such exchange facility has to be provided before the visa is obtained, a self-declaration by the applicant undertaking and accepting responsibility to refund the amount if the visa is not granted.</w:t>
      </w:r>
    </w:p>
    <w:p>
      <w:pPr>
        <w:spacing w:after="70" w:line="259" w:lineRule="auto"/>
        <w:ind w:left="115"/>
      </w:pPr>
      <w:r>
        <w:rPr>
          <w:rFonts w:ascii="Noto Sans" w:hAnsi="Noto Sans" w:cs="Noto Sans Devanagari" w:eastAsia="Noto Sans Devanagari"/>
          <w:b w:val="0"/>
          <w:i w:val="0"/>
          <w:color w:val="222222"/>
          <w:sz w:val="18"/>
        </w:rPr>
        <w:t>(c) The name and address of the educational institution receiving payment and the name and address of the educational institution, subject and level of study and other particulars stated in the No Objection Letter of the Ministry of Education referred to in sub-clause (a) shall correspond.</w:t>
      </w:r>
    </w:p>
    <w:p>
      <w:pPr>
        <w:spacing w:after="70" w:line="259" w:lineRule="auto"/>
        <w:ind w:left="115"/>
      </w:pPr>
      <w:r>
        <w:rPr>
          <w:rFonts w:ascii="Noto Sans" w:hAnsi="Noto Sans" w:cs="Noto Sans Devanagari" w:eastAsia="Noto Sans Devanagari"/>
          <w:b w:val="0"/>
          <w:i w:val="0"/>
          <w:color w:val="222222"/>
          <w:sz w:val="18"/>
        </w:rPr>
        <w:t>(d) Only after the Supporting Documents establish that the student is going abroad for study or is studying abroad shall exchange facility be provided so that payment is made only through a banking instrument in the name of the concerned educational institution abroad. Where insurance premium is required to be paid, foreign currency exchange facility for such insurance premium may be provided so that payment is made through a banking instrument in the name of the concerned insurance company through its agent registered in Nepal, or in the name of the concerned educational institution abroad.</w:t>
      </w:r>
    </w:p>
    <w:p>
      <w:pPr>
        <w:spacing w:after="70" w:line="259" w:lineRule="auto"/>
      </w:pPr>
      <w:r>
        <w:rPr>
          <w:rFonts w:ascii="Noto Sans" w:hAnsi="Noto Sans" w:cs="Noto Sans Devanagari" w:eastAsia="Noto Sans Devanagari"/>
          <w:b w:val="0"/>
          <w:i w:val="0"/>
          <w:color w:val="222222"/>
          <w:sz w:val="18"/>
        </w:rPr>
        <w:t>Provided that where the insurance company abroad does not have an agent registered in Nepal, or where the concerned educational institution abroad itself requests that payment be made directly in the name of the insurance company or sub-agent, the student studying abroad may make payment in the name of such insurance company or sub-agent.</w:t>
      </w:r>
    </w:p>
    <w:p>
      <w:pPr>
        <w:spacing w:after="70" w:line="259" w:lineRule="auto"/>
        <w:ind w:left="115"/>
      </w:pPr>
      <w:r>
        <w:rPr>
          <w:rFonts w:ascii="Noto Sans" w:hAnsi="Noto Sans" w:cs="Noto Sans Devanagari" w:eastAsia="Noto Sans Devanagari"/>
          <w:b w:val="0"/>
          <w:i w:val="0"/>
          <w:color w:val="222222"/>
          <w:sz w:val="18"/>
        </w:rPr>
        <w:t>(e) In the case of living expenses, upon examining the relevant Supporting Documents submitted pursuant to sub-clause (b), where the student requests an amount stating that it is required for living expenses, exchange facility for Living Expenses, Accommodation, etc. may be provided in the name of the student. When providing such exchange facility, the following shall apply:</w:t>
      </w:r>
    </w:p>
    <w:p>
      <w:pPr>
        <w:spacing w:after="70" w:line="259" w:lineRule="auto"/>
      </w:pPr>
      <w:r>
        <w:rPr>
          <w:rFonts w:ascii="Noto Sans" w:hAnsi="Noto Sans" w:cs="Noto Sans Devanagari" w:eastAsia="Noto Sans Devanagari"/>
          <w:b w:val="0"/>
          <w:i w:val="0"/>
          <w:color w:val="222222"/>
          <w:sz w:val="18"/>
        </w:rPr>
        <w:t>(A) Where it is seen that tuition fee has been partially paid/exchanged in the name of the educational institution, only up to 50 percent of the total annual amount stated in the Supporting Document may be provided, in a lump sum or in instalments, for a period of six months.</w:t>
      </w:r>
    </w:p>
    <w:p>
      <w:pPr>
        <w:spacing w:after="70" w:line="259" w:lineRule="auto"/>
      </w:pPr>
      <w:r>
        <w:rPr>
          <w:rFonts w:ascii="Noto Sans" w:hAnsi="Noto Sans" w:cs="Noto Sans Devanagari" w:eastAsia="Noto Sans Devanagari"/>
          <w:b w:val="0"/>
          <w:i w:val="0"/>
          <w:color w:val="222222"/>
          <w:sz w:val="18"/>
        </w:rPr>
        <w:t>(B) Where documents confirming a full scholarship in tuition fee from the concerned educational institution are submitted, payment of tuition fee under sub-clause (A) shall not be required; however, where a partial scholarship has been obtained, the total tuition fee payable under the conditions of the educational institution shall have been paid within the prescribed period.</w:t>
      </w:r>
    </w:p>
    <w:p>
      <w:pPr>
        <w:spacing w:after="70" w:line="259" w:lineRule="auto"/>
      </w:pPr>
      <w:r>
        <w:rPr>
          <w:rFonts w:ascii="Noto Sans" w:hAnsi="Noto Sans" w:cs="Noto Sans Devanagari" w:eastAsia="Noto Sans Devanagari"/>
          <w:b w:val="0"/>
          <w:i w:val="0"/>
          <w:color w:val="222222"/>
          <w:sz w:val="18"/>
        </w:rPr>
        <w:t>(C) Notwithstanding anything stated in sub-clause (A) above, where the educational institution at which the student is going to study or is studying, or the embassy of the concerned country, specifies the tuition fee, living expenses and other expenses and requests by letter that exchange facility for a specified amount be provided in the name of the student, exchange facility for the full amount stated in the letter may be provided in the student's own name. However, the next instalment of exchange facility shall be provided only after the student submits evidence that the convertible foreign currency obtained in his/her own name for college tuition fee was paid to the college.</w:t>
      </w:r>
    </w:p>
    <w:p>
      <w:pPr>
        <w:spacing w:after="70" w:line="259" w:lineRule="auto"/>
      </w:pPr>
      <w:r>
        <w:rPr>
          <w:rFonts w:ascii="Noto Sans" w:hAnsi="Noto Sans" w:cs="Noto Sans Devanagari" w:eastAsia="Noto Sans Devanagari"/>
          <w:b w:val="0"/>
          <w:i w:val="0"/>
          <w:color w:val="222222"/>
          <w:sz w:val="18"/>
        </w:rPr>
        <w:t>(D) Where the governmental authority of the concerned country or the concerned educational institution requires a specified amount to be shown in the student's account/name for obtaining or renewing a Student Visa and for living and tuition expenses, the required amount of exchange may be provided on the basis of documents confirming such requirement. Such exchange shall be provided only up to the amount required by the concerned student. However, such exchange shall not be provided for the student's relative/family/dependent.</w:t>
      </w:r>
    </w:p>
    <w:p>
      <w:pPr>
        <w:spacing w:after="70" w:line="259" w:lineRule="auto"/>
      </w:pPr>
      <w:r>
        <w:rPr>
          <w:rFonts w:ascii="Noto Sans" w:hAnsi="Noto Sans" w:cs="Noto Sans Devanagari" w:eastAsia="Noto Sans Devanagari"/>
          <w:b w:val="0"/>
          <w:i w:val="0"/>
          <w:color w:val="222222"/>
          <w:sz w:val="18"/>
        </w:rPr>
        <w:t>(E) Where family members of a student travelling on a dependent visa are required to pay visa fees and obtain mandatory insurance abroad, exchange facility for visa and insurance fees may be provided on the basis of documents from the educational institution or governmental authority and the insurance company. For insurance premiums paid singly or jointly for family members of the student travelling on dependent visas, exchange facility may be provided so that payment is made through banking/payment instruments in the name of the concerned insurance company through its agent registered in Nepal.</w:t>
      </w:r>
    </w:p>
    <w:p>
      <w:pPr>
        <w:spacing w:after="70" w:line="259" w:lineRule="auto"/>
      </w:pPr>
      <w:r>
        <w:rPr>
          <w:rFonts w:ascii="Noto Sans" w:hAnsi="Noto Sans" w:cs="Noto Sans Devanagari" w:eastAsia="Noto Sans Devanagari"/>
          <w:b w:val="0"/>
          <w:i w:val="0"/>
          <w:color w:val="222222"/>
          <w:sz w:val="18"/>
        </w:rPr>
        <w:t>Provided that where the insurance company abroad does not have an agent registered in Nepal, the student studying abroad or the family member of the student travelling on a dependent visa may make payment in the name of such insurance company or sub-agent.</w:t>
      </w:r>
    </w:p>
    <w:p>
      <w:pPr>
        <w:spacing w:after="70" w:line="259" w:lineRule="auto"/>
      </w:pPr>
      <w:r>
        <w:rPr>
          <w:rFonts w:ascii="Noto Sans" w:hAnsi="Noto Sans" w:cs="Noto Sans Devanagari" w:eastAsia="Noto Sans Devanagari"/>
          <w:b w:val="0"/>
          <w:i w:val="0"/>
          <w:color w:val="222222"/>
          <w:sz w:val="18"/>
        </w:rPr>
        <w:t>(F) Where the concerned educational institution does not request payment of tuition/living fees in its own name but states/requests that the amount be remitted in the name of another institution/agency appointed by it, exchange may also be provided for payment of such fee in the name of the other institution/agency on the basis of documents confirming the matter.</w:t>
      </w:r>
    </w:p>
    <w:p>
      <w:pPr>
        <w:spacing w:after="70" w:line="259" w:lineRule="auto"/>
      </w:pPr>
      <w:r>
        <w:rPr>
          <w:rFonts w:ascii="Noto Sans" w:hAnsi="Noto Sans" w:cs="Noto Sans Devanagari" w:eastAsia="Noto Sans Devanagari"/>
          <w:b w:val="0"/>
          <w:i w:val="0"/>
          <w:color w:val="222222"/>
          <w:sz w:val="18"/>
        </w:rPr>
        <w:t>(G) Where the concerned educational institution issues an official document confirming that tuition fee must be paid in its own local currency which is not available in Nepal's foreign exchange market, exchange in US dollars or other convertible foreign currency equivalent to such local currency may be provided in the student's own name, subject to the condition that evidence of payment of tuition fee to the concerned educational institution shall subsequently be submitted. A student who obtained such exchange on the previous occasion but has not submitted evidence of payment of tuition fee shall not be provided further exchange until such evidence is submitted.</w:t>
      </w:r>
    </w:p>
    <w:p>
      <w:pPr>
        <w:spacing w:after="70" w:line="259" w:lineRule="auto"/>
      </w:pPr>
      <w:r>
        <w:rPr>
          <w:rFonts w:ascii="Noto Sans" w:hAnsi="Noto Sans" w:cs="Noto Sans Devanagari" w:eastAsia="Noto Sans Devanagari"/>
          <w:b w:val="0"/>
          <w:i w:val="0"/>
          <w:color w:val="222222"/>
          <w:sz w:val="18"/>
        </w:rPr>
        <w:t>(H) For students going to participate in the United States Medical License Examination (USMLE) conducted by the Education Commission for Foreign Medical Graduates (ECFMG) of the United States of America and similar professional examinations conducted by official authorities of other countries, an amount up to that specified in sub-clause (g) of this Circular may be provided in a lump sum in the student's name on the basis of the No Objection Letter issued by the Ministry of Education, Government of Nepal, pursuant to sub-clause (a) above.</w:t>
      </w:r>
    </w:p>
    <w:p>
      <w:pPr>
        <w:spacing w:after="70" w:line="259" w:lineRule="auto"/>
      </w:pPr>
      <w:r>
        <w:rPr>
          <w:rFonts w:ascii="Noto Sans" w:hAnsi="Noto Sans" w:cs="Noto Sans Devanagari" w:eastAsia="Noto Sans Devanagari"/>
          <w:b w:val="0"/>
          <w:i w:val="0"/>
          <w:color w:val="222222"/>
          <w:sz w:val="18"/>
        </w:rPr>
        <w:t>(I) Where, for a student going abroad for study or already studying abroad, the embassy or governmental authority of the concerned country requires a specified amount to be shown in the student's account/name in its own local currency which is not included in the list of convertible foreign currencies prescribed by this Bank for obtaining or renewing a visa and for living expenses, the required amount of exchange may be provided on the basis of documents confirming such requirement. Where, when providing such exchange, the additional cost arising from exchange-rate fluctuation cannot be ascertained, up to 5 percent of the amount required to be remitted may be added and remitted in US dollars or other convertible foreign currency.</w:t>
      </w:r>
    </w:p>
    <w:p>
      <w:pPr>
        <w:spacing w:after="70" w:line="259" w:lineRule="auto"/>
        <w:ind w:left="115"/>
      </w:pPr>
      <w:r>
        <w:rPr>
          <w:rFonts w:ascii="Noto Sans" w:hAnsi="Noto Sans" w:cs="Noto Sans Devanagari" w:eastAsia="Noto Sans Devanagari"/>
          <w:b w:val="0"/>
          <w:i w:val="0"/>
          <w:color w:val="222222"/>
          <w:sz w:val="18"/>
        </w:rPr>
        <w:t>(f) From the second time onwards, where a student studying abroad, or his/her parent/relative, requests exchange facility for tuition fee and living expenses by attaching any document establishing his/her identity, such exchange facility shall be provided by the same bank that provided exchange on the first occasion, on the basis of the record of the original No Objection Letter of the Ministry of Education, Science and Technology, Government of Nepal, held by that bank and a document issued by the concerned educational institution confirming that the student is studying there, a valid identity card relating to the student's educational institution, or any other updated evidence clearly showing that the student is studying, ensuring that no duplicate payment is made.</w:t>
      </w:r>
    </w:p>
    <w:p>
      <w:pPr>
        <w:spacing w:after="70" w:line="259" w:lineRule="auto"/>
        <w:ind w:left="115"/>
      </w:pPr>
      <w:r>
        <w:rPr>
          <w:rFonts w:ascii="Noto Sans" w:hAnsi="Noto Sans" w:cs="Noto Sans Devanagari" w:eastAsia="Noto Sans Devanagari"/>
          <w:b w:val="0"/>
          <w:i w:val="0"/>
          <w:color w:val="222222"/>
          <w:sz w:val="18"/>
        </w:rPr>
        <w:t>(g) Where the Supporting Documents do not specify an amount for living expenses and the student/parent/relative requests living expenses, the other procedures specified in sub-clause (e) shall be completed and the following living expenses may be provided:</w:t>
      </w:r>
    </w:p>
    <w:p>
      <w:pPr>
        <w:spacing w:after="70" w:line="259" w:lineRule="auto"/>
      </w:pPr>
      <w:r>
        <w:rPr>
          <w:rFonts w:ascii="Noto Sans" w:hAnsi="Noto Sans" w:cs="Noto Sans Devanagari" w:eastAsia="Noto Sans Devanagari"/>
          <w:b w:val="0"/>
          <w:i w:val="0"/>
          <w:color w:val="222222"/>
          <w:sz w:val="18"/>
        </w:rPr>
        <w:t>S.N. | Country | Maximum Annual Living Expenses (USD)</w:t>
      </w:r>
    </w:p>
    <w:p>
      <w:pPr>
        <w:spacing w:after="70" w:line="259" w:lineRule="auto"/>
      </w:pPr>
      <w:r>
        <w:rPr>
          <w:rFonts w:ascii="Noto Sans" w:hAnsi="Noto Sans" w:cs="Noto Sans Devanagari" w:eastAsia="Noto Sans Devanagari"/>
          <w:b w:val="0"/>
          <w:i w:val="0"/>
          <w:color w:val="222222"/>
          <w:sz w:val="18"/>
        </w:rPr>
        <w:t>1 | Bangladesh, Pakistan | 2,500.00</w:t>
      </w:r>
    </w:p>
    <w:p>
      <w:pPr>
        <w:spacing w:after="70" w:line="259" w:lineRule="auto"/>
      </w:pPr>
      <w:r>
        <w:rPr>
          <w:rFonts w:ascii="Noto Sans" w:hAnsi="Noto Sans" w:cs="Noto Sans Devanagari" w:eastAsia="Noto Sans Devanagari"/>
          <w:b w:val="0"/>
          <w:i w:val="0"/>
          <w:color w:val="222222"/>
          <w:sz w:val="18"/>
        </w:rPr>
        <w:t>2 | China, Malaysia, Thailand, Philippines | 4,000.00</w:t>
      </w:r>
    </w:p>
    <w:p>
      <w:pPr>
        <w:spacing w:after="70" w:line="259" w:lineRule="auto"/>
      </w:pPr>
      <w:r>
        <w:rPr>
          <w:rFonts w:ascii="Noto Sans" w:hAnsi="Noto Sans" w:cs="Noto Sans Devanagari" w:eastAsia="Noto Sans Devanagari"/>
          <w:b w:val="0"/>
          <w:i w:val="0"/>
          <w:color w:val="222222"/>
          <w:sz w:val="18"/>
        </w:rPr>
        <w:t>3 | Singapore, South Korea | 6,000.00</w:t>
      </w:r>
    </w:p>
    <w:p>
      <w:pPr>
        <w:spacing w:after="70" w:line="259" w:lineRule="auto"/>
      </w:pPr>
      <w:r>
        <w:rPr>
          <w:rFonts w:ascii="Noto Sans" w:hAnsi="Noto Sans" w:cs="Noto Sans Devanagari" w:eastAsia="Noto Sans Devanagari"/>
          <w:b w:val="0"/>
          <w:i w:val="0"/>
          <w:color w:val="222222"/>
          <w:sz w:val="18"/>
        </w:rPr>
        <w:t>4 | Canada, United States of America, Australia, European continent | 8,000.00</w:t>
      </w:r>
    </w:p>
    <w:p>
      <w:pPr>
        <w:spacing w:after="70" w:line="259" w:lineRule="auto"/>
      </w:pPr>
      <w:r>
        <w:rPr>
          <w:rFonts w:ascii="Noto Sans" w:hAnsi="Noto Sans" w:cs="Noto Sans Devanagari" w:eastAsia="Noto Sans Devanagari"/>
          <w:b w:val="0"/>
          <w:i w:val="0"/>
          <w:color w:val="222222"/>
          <w:sz w:val="18"/>
        </w:rPr>
        <w:t>5 | Other countries | 5,000.00</w:t>
      </w:r>
    </w:p>
    <w:p>
      <w:pPr>
        <w:spacing w:after="70" w:line="259" w:lineRule="auto"/>
        <w:ind w:left="115"/>
      </w:pPr>
      <w:r>
        <w:rPr>
          <w:rFonts w:ascii="Noto Sans" w:hAnsi="Noto Sans" w:cs="Noto Sans Devanagari" w:eastAsia="Noto Sans Devanagari"/>
          <w:b w:val="0"/>
          <w:i w:val="0"/>
          <w:color w:val="222222"/>
          <w:sz w:val="18"/>
        </w:rPr>
        <w:t>(h) If the student requests exchange facility exceeding the Tuition Fee and living expenses shown by the documents originally submitted, documents substantiating the increased amount shall mandatorily be submitted.</w:t>
      </w:r>
    </w:p>
    <w:p>
      <w:pPr>
        <w:spacing w:after="70" w:line="259" w:lineRule="auto"/>
        <w:ind w:left="115"/>
      </w:pPr>
      <w:r>
        <w:rPr>
          <w:rFonts w:ascii="Noto Sans" w:hAnsi="Noto Sans" w:cs="Noto Sans Devanagari" w:eastAsia="Noto Sans Devanagari"/>
          <w:b w:val="0"/>
          <w:i w:val="0"/>
          <w:color w:val="222222"/>
          <w:sz w:val="18"/>
        </w:rPr>
        <w:t>(i) Where cancellation of a draft/T.T./SWIFT, etc. made in the name of an educational institution is requested, if the student is not going abroad for study and has already received Living Expenses or other contingency expenses, the amount shall first be refunded; in other cases, the bank or financial institution itself may cancel such draft/T.T./SWIFT, etc. where any one of the following circumstances exists:</w:t>
      </w:r>
    </w:p>
    <w:p>
      <w:pPr>
        <w:spacing w:after="70" w:line="259" w:lineRule="auto"/>
      </w:pPr>
      <w:r>
        <w:rPr>
          <w:rFonts w:ascii="Noto Sans" w:hAnsi="Noto Sans" w:cs="Noto Sans Devanagari" w:eastAsia="Noto Sans Devanagari"/>
          <w:b w:val="0"/>
          <w:i w:val="0"/>
          <w:color w:val="222222"/>
          <w:sz w:val="18"/>
        </w:rPr>
        <w:t>(A) evidence is submitted that a visa was not obtained from the embassy of the concerned country;</w:t>
      </w:r>
    </w:p>
    <w:p>
      <w:pPr>
        <w:spacing w:after="70" w:line="259" w:lineRule="auto"/>
      </w:pPr>
      <w:r>
        <w:rPr>
          <w:rFonts w:ascii="Noto Sans" w:hAnsi="Noto Sans" w:cs="Noto Sans Devanagari" w:eastAsia="Noto Sans Devanagari"/>
          <w:b w:val="0"/>
          <w:i w:val="0"/>
          <w:color w:val="222222"/>
          <w:sz w:val="18"/>
        </w:rPr>
        <w:t>(B) evidence is submitted that tuition fee has been paid to the concerned educational institution from another source;</w:t>
      </w:r>
    </w:p>
    <w:p>
      <w:pPr>
        <w:spacing w:after="70" w:line="259" w:lineRule="auto"/>
      </w:pPr>
      <w:r>
        <w:rPr>
          <w:rFonts w:ascii="Noto Sans" w:hAnsi="Noto Sans" w:cs="Noto Sans Devanagari" w:eastAsia="Noto Sans Devanagari"/>
          <w:b w:val="0"/>
          <w:i w:val="0"/>
          <w:color w:val="222222"/>
          <w:sz w:val="18"/>
        </w:rPr>
        <w:t>(C) evidence is submitted that the educational institution has been changed and tuition fee has been paid in the name of another educational institution.</w:t>
      </w:r>
    </w:p>
    <w:p>
      <w:pPr>
        <w:spacing w:after="70" w:line="259" w:lineRule="auto"/>
      </w:pPr>
      <w:r>
        <w:rPr>
          <w:rFonts w:ascii="Noto Sans" w:hAnsi="Noto Sans" w:cs="Noto Sans Devanagari" w:eastAsia="Noto Sans Devanagari"/>
          <w:b w:val="0"/>
          <w:i w:val="0"/>
          <w:color w:val="222222"/>
          <w:sz w:val="18"/>
        </w:rPr>
        <w:t>Provided that where tuition fee has to be paid in the name of the changed educational institution, approval for change of educational institution shall mandatorily have been obtained from the Ministry of Education, Government of Nepal.</w:t>
      </w:r>
    </w:p>
    <w:p>
      <w:pPr>
        <w:spacing w:after="70" w:line="259" w:lineRule="auto"/>
      </w:pPr>
      <w:r>
        <w:rPr>
          <w:rFonts w:ascii="Noto Sans" w:hAnsi="Noto Sans" w:cs="Noto Sans Devanagari" w:eastAsia="Noto Sans Devanagari"/>
          <w:b w:val="0"/>
          <w:i w:val="0"/>
          <w:color w:val="222222"/>
          <w:sz w:val="18"/>
        </w:rPr>
        <w:t>(D) where the draft/T.T. has expired and the stated amount has to be remitted again to the same educational institution;</w:t>
      </w:r>
    </w:p>
    <w:p>
      <w:pPr>
        <w:spacing w:after="70" w:line="259" w:lineRule="auto"/>
      </w:pPr>
      <w:r>
        <w:rPr>
          <w:rFonts w:ascii="Noto Sans" w:hAnsi="Noto Sans" w:cs="Noto Sans Devanagari" w:eastAsia="Noto Sans Devanagari"/>
          <w:b w:val="0"/>
          <w:i w:val="0"/>
          <w:color w:val="222222"/>
          <w:sz w:val="18"/>
        </w:rPr>
        <w:t>(E) where, for practical reasons, the student is unable to go for study and submits an application stating the reason.</w:t>
      </w:r>
    </w:p>
    <w:p>
      <w:pPr>
        <w:spacing w:after="70" w:line="259" w:lineRule="auto"/>
      </w:pPr>
      <w:r>
        <w:rPr>
          <w:rFonts w:ascii="Noto Sans" w:hAnsi="Noto Sans" w:cs="Noto Sans Devanagari" w:eastAsia="Noto Sans Devanagari"/>
          <w:b w:val="0"/>
          <w:i w:val="0"/>
          <w:color w:val="222222"/>
          <w:sz w:val="18"/>
        </w:rPr>
        <w:t>However, after a visa has been obtained, approval of this Department shall be required to cancel drafts/T.T./SWIFT, etc. made on the basis of a letter from the concerned embassy of a country such as Germany where no tuition fee is charged.</w:t>
      </w:r>
    </w:p>
    <w:p>
      <w:pPr>
        <w:spacing w:after="70" w:line="259" w:lineRule="auto"/>
        <w:ind w:left="115"/>
      </w:pPr>
      <w:r>
        <w:rPr>
          <w:rFonts w:ascii="Noto Sans" w:hAnsi="Noto Sans" w:cs="Noto Sans Devanagari" w:eastAsia="Noto Sans Devanagari"/>
          <w:b w:val="0"/>
          <w:i w:val="0"/>
          <w:color w:val="222222"/>
          <w:sz w:val="18"/>
        </w:rPr>
        <w:t>(j) Where revenue is required to be deposited under prevailing law when providing exchange facility as above, evidence thereof shall be submitted.</w:t>
      </w:r>
    </w:p>
    <w:p>
      <w:pPr>
        <w:keepNext/>
        <w:spacing w:before="200" w:after="80"/>
        <w:pBdr>
          <w:bottom w:val="single" w:sz="12" w:space="2" w:color="17365D"/>
        </w:pBdr>
      </w:pPr>
      <w:r>
        <w:rPr>
          <w:rFonts w:ascii="Noto Sans" w:hAnsi="Noto Sans" w:cs="Noto Sans Devanagari" w:eastAsia="Noto Sans Devanagari"/>
          <w:b/>
          <w:i w:val="0"/>
          <w:color w:val="17365D"/>
          <w:sz w:val="25"/>
        </w:rPr>
        <w:t>२. भारतमा अध्ययनको लागि</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२. भारतमा अध्ययनको लागि ः</w:t>
      </w:r>
    </w:p>
    <w:p>
      <w:pPr>
        <w:spacing w:after="62" w:line="259" w:lineRule="auto"/>
        <w:ind w:left="115"/>
      </w:pPr>
      <w:r>
        <w:rPr>
          <w:rFonts w:ascii="Noto Sans" w:hAnsi="Noto Sans" w:cs="Noto Sans Devanagari" w:eastAsia="Noto Sans Devanagari"/>
          <w:b w:val="0"/>
          <w:i w:val="0"/>
          <w:sz w:val="20"/>
        </w:rPr>
        <w:t>(क) भारतस्थित विश्वविद्यालय/शिक्षण संस्था/कलेजले अन्तर्राष्ट्रिय प्रतिस्पर्धा गराई भर्ना लिन छुट्याएको</w:t>
      </w:r>
    </w:p>
    <w:p>
      <w:pPr>
        <w:spacing w:after="62" w:line="259" w:lineRule="auto"/>
      </w:pPr>
      <w:r>
        <w:rPr>
          <w:rFonts w:ascii="Noto Sans" w:hAnsi="Noto Sans" w:cs="Noto Sans Devanagari" w:eastAsia="Noto Sans Devanagari"/>
          <w:b w:val="0"/>
          <w:i w:val="0"/>
          <w:sz w:val="20"/>
        </w:rPr>
        <w:t>शैक्षिक कोटाअन्तर्गत भारतमा अध्ययन गर्न जाने नेपाली विद्यार्थीको लागि आवश्यक पर्ने शिक्षण शुल्क</w:t>
      </w:r>
    </w:p>
    <w:p>
      <w:pPr>
        <w:spacing w:after="62" w:line="259" w:lineRule="auto"/>
      </w:pPr>
      <w:r>
        <w:rPr>
          <w:rFonts w:ascii="Noto Sans" w:hAnsi="Noto Sans" w:cs="Noto Sans Devanagari" w:eastAsia="Noto Sans Devanagari"/>
          <w:b w:val="0"/>
          <w:i w:val="0"/>
          <w:sz w:val="20"/>
        </w:rPr>
        <w:t>देहायका शर्त पूरा भएको अवस्थामा परिवर्त्य विदेशी मुद्रामा समेत भुक्तानी गर्न सटही सुविधा प्रदान गर्न</w:t>
      </w:r>
    </w:p>
    <w:p>
      <w:pPr>
        <w:spacing w:after="62" w:line="259" w:lineRule="auto"/>
      </w:pPr>
      <w:r>
        <w:rPr>
          <w:rFonts w:ascii="Noto Sans" w:hAnsi="Noto Sans" w:cs="Noto Sans Devanagari" w:eastAsia="Noto Sans Devanagari"/>
          <w:b w:val="0"/>
          <w:i w:val="0"/>
          <w:sz w:val="20"/>
        </w:rPr>
        <w:t>सकिनेछ ।</w:t>
      </w:r>
    </w:p>
    <w:p>
      <w:pPr>
        <w:spacing w:after="62" w:line="259" w:lineRule="auto"/>
      </w:pPr>
      <w:r>
        <w:rPr>
          <w:rFonts w:ascii="Noto Sans" w:hAnsi="Noto Sans" w:cs="Noto Sans Devanagari" w:eastAsia="Noto Sans Devanagari"/>
          <w:b w:val="0"/>
          <w:i w:val="0"/>
          <w:sz w:val="20"/>
        </w:rPr>
        <w:t>(१) यसै परिपत्रको दफा १(ख) को भिसा र राहदानी बाहेकका शर्तहरू पूरा भएको हुनु पर्नेछ ।</w:t>
      </w:r>
    </w:p>
    <w:p>
      <w:pPr>
        <w:spacing w:after="62" w:line="259" w:lineRule="auto"/>
      </w:pPr>
      <w:r>
        <w:rPr>
          <w:rFonts w:ascii="Noto Sans" w:hAnsi="Noto Sans" w:cs="Noto Sans Devanagari" w:eastAsia="Noto Sans Devanagari"/>
          <w:b w:val="0"/>
          <w:i w:val="0"/>
          <w:sz w:val="20"/>
        </w:rPr>
        <w:t>(२) भारतस्थित विश्वविद्यालय/कलेज/शिक्षण संस्थाले परिवर्त्य विदेशी मुद्रामा शिक्षण शुल्क लिने</w:t>
      </w:r>
    </w:p>
    <w:p>
      <w:pPr>
        <w:spacing w:after="62" w:line="259" w:lineRule="auto"/>
      </w:pPr>
      <w:r>
        <w:rPr>
          <w:rFonts w:ascii="Noto Sans" w:hAnsi="Noto Sans" w:cs="Noto Sans Devanagari" w:eastAsia="Noto Sans Devanagari"/>
          <w:b w:val="0"/>
          <w:i w:val="0"/>
          <w:sz w:val="20"/>
        </w:rPr>
        <w:t>गरी अन्तर्राष्ट्रिय प्रतिस्पर्धाको लागि छुट्याएको शैक्षिक कोटाअन्तर्गत अध्ययन गर्न स्वीकृति</w:t>
      </w:r>
    </w:p>
    <w:p>
      <w:pPr>
        <w:spacing w:after="62" w:line="259" w:lineRule="auto"/>
      </w:pPr>
      <w:r>
        <w:rPr>
          <w:rFonts w:ascii="Noto Sans" w:hAnsi="Noto Sans" w:cs="Noto Sans Devanagari" w:eastAsia="Noto Sans Devanagari"/>
          <w:b w:val="0"/>
          <w:i w:val="0"/>
          <w:sz w:val="20"/>
        </w:rPr>
        <w:t>पाएको हुनु पर्नेछ ।</w:t>
      </w:r>
    </w:p>
    <w:p>
      <w:pPr>
        <w:spacing w:after="62" w:line="259" w:lineRule="auto"/>
      </w:pPr>
      <w:r>
        <w:rPr>
          <w:rFonts w:ascii="Noto Sans" w:hAnsi="Noto Sans" w:cs="Noto Sans Devanagari" w:eastAsia="Noto Sans Devanagari"/>
          <w:b w:val="0"/>
          <w:i w:val="0"/>
          <w:sz w:val="20"/>
        </w:rPr>
        <w:t>यस्तो व्यवस्थाअन्तर्गत भारतस्थित विश्वविद्यालय /कलेज/शिक्षण संस्थाले परिवर्त्य विदेशी</w:t>
      </w:r>
    </w:p>
    <w:p>
      <w:pPr>
        <w:spacing w:after="62" w:line="259" w:lineRule="auto"/>
      </w:pPr>
      <w:r>
        <w:rPr>
          <w:rFonts w:ascii="Noto Sans" w:hAnsi="Noto Sans" w:cs="Noto Sans Devanagari" w:eastAsia="Noto Sans Devanagari"/>
          <w:b w:val="0"/>
          <w:i w:val="0"/>
          <w:sz w:val="20"/>
        </w:rPr>
        <w:t>मुद्रामै शुल्क लिने गरी अन्तर्राष्ट्रिय प्रतिस्पर्धाको लागि छुट्याएको शैक्षिक कोटाअन्तर्गत अध्ययन</w:t>
      </w:r>
    </w:p>
    <w:p>
      <w:pPr>
        <w:spacing w:after="62" w:line="259" w:lineRule="auto"/>
      </w:pPr>
      <w:r>
        <w:rPr>
          <w:rFonts w:ascii="Noto Sans" w:hAnsi="Noto Sans" w:cs="Noto Sans Devanagari" w:eastAsia="Noto Sans Devanagari"/>
          <w:b w:val="0"/>
          <w:i w:val="0"/>
          <w:sz w:val="20"/>
        </w:rPr>
        <w:t>गर्न सञ्चालन गर्ने प्रवेश परीक्षा, पूर्व योग्यता परीक्षाको लागि समेत भुक्तानीे गर्न सकिने छ ।</w:t>
      </w:r>
    </w:p>
    <w:p>
      <w:pPr>
        <w:spacing w:after="62" w:line="259" w:lineRule="auto"/>
      </w:pPr>
      <w:r>
        <w:rPr>
          <w:rFonts w:ascii="Noto Sans" w:hAnsi="Noto Sans" w:cs="Noto Sans Devanagari" w:eastAsia="Noto Sans Devanagari"/>
          <w:b w:val="0"/>
          <w:i w:val="0"/>
          <w:sz w:val="20"/>
        </w:rPr>
        <w:t>(३) शिक्षण शुल्क भारतीय रुपैयाँ बाहेक अमेरिकी डलर वा अन्य परिवर्त्य विदेशी मुद्रामै मात्र भुक्तानी</w:t>
      </w:r>
    </w:p>
    <w:p>
      <w:pPr>
        <w:spacing w:after="62" w:line="259" w:lineRule="auto"/>
      </w:pPr>
      <w:r>
        <w:rPr>
          <w:rFonts w:ascii="Noto Sans" w:hAnsi="Noto Sans" w:cs="Noto Sans Devanagari" w:eastAsia="Noto Sans Devanagari"/>
          <w:b w:val="0"/>
          <w:i w:val="0"/>
          <w:sz w:val="20"/>
        </w:rPr>
        <w:t>गर्नु पर्ने व्यहोरा प्रमाणित हुनु पर्ने छ ।</w:t>
      </w:r>
    </w:p>
    <w:p>
      <w:pPr>
        <w:spacing w:after="62" w:line="259" w:lineRule="auto"/>
      </w:pPr>
      <w:r>
        <w:rPr>
          <w:rFonts w:ascii="Noto Sans" w:hAnsi="Noto Sans" w:cs="Noto Sans Devanagari" w:eastAsia="Noto Sans Devanagari"/>
          <w:b w:val="0"/>
          <w:i w:val="0"/>
          <w:sz w:val="20"/>
        </w:rPr>
        <w:t>(४) शिक्षण शुल्क बापत सम्बन्धित विश्वविद्यालय/कलेजले उल्लेख गरे बमोजिमको रकम सोही</w:t>
      </w:r>
    </w:p>
    <w:p>
      <w:pPr>
        <w:spacing w:after="62" w:line="259" w:lineRule="auto"/>
      </w:pPr>
      <w:r>
        <w:rPr>
          <w:rFonts w:ascii="Noto Sans" w:hAnsi="Noto Sans" w:cs="Noto Sans Devanagari" w:eastAsia="Noto Sans Devanagari"/>
          <w:b w:val="0"/>
          <w:i w:val="0"/>
          <w:sz w:val="20"/>
        </w:rPr>
        <w:t>शैक्षिक संस्थाले मात्र पाउने गरी सटही प्रदान गर्नु पर्ने छ ।</w:t>
      </w:r>
    </w:p>
    <w:p>
      <w:pPr>
        <w:spacing w:after="62" w:line="259" w:lineRule="auto"/>
      </w:pPr>
      <w:r>
        <w:rPr>
          <w:rFonts w:ascii="Noto Sans" w:hAnsi="Noto Sans" w:cs="Noto Sans Devanagari" w:eastAsia="Noto Sans Devanagari"/>
          <w:b w:val="0"/>
          <w:i w:val="0"/>
          <w:sz w:val="20"/>
        </w:rPr>
        <w:t>(५) निर्वाह खर्च बापत आवश्यक पर्ने रकम भारतीय रूपैयाँमा मात्र प्रदान गर्नु पर्ने ।</w:t>
      </w:r>
    </w:p>
    <w:p>
      <w:pPr>
        <w:spacing w:after="62" w:line="259" w:lineRule="auto"/>
        <w:ind w:left="115"/>
      </w:pPr>
      <w:r>
        <w:rPr>
          <w:rFonts w:ascii="Noto Sans" w:hAnsi="Noto Sans" w:cs="Noto Sans Devanagari" w:eastAsia="Noto Sans Devanagari"/>
          <w:b w:val="0"/>
          <w:i w:val="0"/>
          <w:sz w:val="20"/>
        </w:rPr>
        <w:t>(ख) देहायका शर्तहरू पूरा भएको अवस्थामा भारतमा अध्ययन गर्ने विद्यार्थी, निजको अभिभावक/बाबु/आमाको</w:t>
      </w:r>
    </w:p>
    <w:p>
      <w:pPr>
        <w:spacing w:after="62" w:line="259" w:lineRule="auto"/>
      </w:pPr>
      <w:r>
        <w:rPr>
          <w:rFonts w:ascii="Noto Sans" w:hAnsi="Noto Sans" w:cs="Noto Sans Devanagari" w:eastAsia="Noto Sans Devanagari"/>
          <w:b w:val="0"/>
          <w:i w:val="0"/>
          <w:sz w:val="20"/>
        </w:rPr>
        <w:t>नाममा परिवर्त्य विदेशी मुद्राको खाता भएमा यस्तो खाताको मौज्दातले भ्याएसम्म शिक्षण शुल्क परिवर्त्य</w:t>
      </w:r>
    </w:p>
    <w:p>
      <w:pPr>
        <w:spacing w:after="62" w:line="259" w:lineRule="auto"/>
      </w:pPr>
      <w:r>
        <w:rPr>
          <w:rFonts w:ascii="Noto Sans" w:hAnsi="Noto Sans" w:cs="Noto Sans Devanagari" w:eastAsia="Noto Sans Devanagari"/>
          <w:b w:val="0"/>
          <w:i w:val="0"/>
          <w:sz w:val="20"/>
        </w:rPr>
        <w:t>विदेशी मुद्रामा भुक्तानी गर्ने प्रयोजनको लागि विदेशी मुद्रा खाता खर्च गर्न सकिनेछ ।</w:t>
      </w:r>
    </w:p>
    <w:p>
      <w:pPr>
        <w:spacing w:after="62" w:line="259" w:lineRule="auto"/>
      </w:pPr>
      <w:r>
        <w:rPr>
          <w:rFonts w:ascii="Noto Sans" w:hAnsi="Noto Sans" w:cs="Noto Sans Devanagari" w:eastAsia="Noto Sans Devanagari"/>
          <w:b w:val="0"/>
          <w:i w:val="0"/>
          <w:sz w:val="20"/>
        </w:rPr>
        <w:t>(१) माथि दफा २ को खण्ड (क) को १, ३, ४ र ५ मा उल्लिखित शर्तहरू पूरा भएको हुनु पर्नेछ ।</w:t>
      </w:r>
    </w:p>
    <w:p>
      <w:pPr>
        <w:spacing w:after="62" w:line="259" w:lineRule="auto"/>
      </w:pPr>
      <w:r>
        <w:rPr>
          <w:rFonts w:ascii="Noto Sans" w:hAnsi="Noto Sans" w:cs="Noto Sans Devanagari" w:eastAsia="Noto Sans Devanagari"/>
          <w:b w:val="0"/>
          <w:i w:val="0"/>
          <w:sz w:val="20"/>
        </w:rPr>
        <w:t>(२) विद्यार्थी स्वयम्को विदेशी मुद्रा खाता नभई अभिभावक/बाबु/आमाको खाताबाट खर्च गर्नु परेमा</w:t>
      </w:r>
    </w:p>
    <w:p>
      <w:pPr>
        <w:spacing w:after="62" w:line="259" w:lineRule="auto"/>
      </w:pPr>
      <w:r>
        <w:rPr>
          <w:rFonts w:ascii="Noto Sans" w:hAnsi="Noto Sans" w:cs="Noto Sans Devanagari" w:eastAsia="Noto Sans Devanagari"/>
          <w:b w:val="0"/>
          <w:i w:val="0"/>
          <w:sz w:val="20"/>
        </w:rPr>
        <w:t>नाता प्रमाणित हुने कागजात पेश हुनु पर्ने छ ।</w:t>
      </w:r>
    </w:p>
    <w:p>
      <w:pPr>
        <w:spacing w:after="62" w:line="259" w:lineRule="auto"/>
      </w:pPr>
      <w:r>
        <w:rPr>
          <w:rFonts w:ascii="Noto Sans" w:hAnsi="Noto Sans" w:cs="Noto Sans Devanagari" w:eastAsia="Noto Sans Devanagari"/>
          <w:b w:val="0"/>
          <w:i w:val="0"/>
          <w:sz w:val="20"/>
        </w:rPr>
        <w:t>(३) यस व्यवस्था बमोजिम शिक्षण शुल्क झुक्तानीको लागि सम्बन्धित व्यत्तिको खाता खर्च गर्ने</w:t>
      </w:r>
    </w:p>
    <w:p>
      <w:pPr>
        <w:spacing w:after="62" w:line="259" w:lineRule="auto"/>
      </w:pPr>
      <w:r>
        <w:rPr>
          <w:rFonts w:ascii="Noto Sans" w:hAnsi="Noto Sans" w:cs="Noto Sans Devanagari" w:eastAsia="Noto Sans Devanagari"/>
          <w:b w:val="0"/>
          <w:i w:val="0"/>
          <w:sz w:val="20"/>
        </w:rPr>
        <w:t>बाहेकको थप सटही सुविधा प्रदान गर्न मिल्ने छैन ।</w:t>
      </w:r>
    </w:p>
    <w:p>
      <w:pPr>
        <w:spacing w:after="62" w:line="259" w:lineRule="auto"/>
        <w:ind w:left="115"/>
      </w:pPr>
      <w:r>
        <w:rPr>
          <w:rFonts w:ascii="Noto Sans" w:hAnsi="Noto Sans" w:cs="Noto Sans Devanagari" w:eastAsia="Noto Sans Devanagari"/>
          <w:b w:val="0"/>
          <w:i w:val="0"/>
          <w:sz w:val="20"/>
        </w:rPr>
        <w:t>(ग) भारतीय रुपैयाँमा सटही उपलब्ध गराउने सम्बन्धमाः</w:t>
      </w:r>
    </w:p>
    <w:p>
      <w:pPr>
        <w:spacing w:after="62" w:line="259" w:lineRule="auto"/>
      </w:pPr>
      <w:r>
        <w:rPr>
          <w:rFonts w:ascii="Noto Sans" w:hAnsi="Noto Sans" w:cs="Noto Sans Devanagari" w:eastAsia="Noto Sans Devanagari"/>
          <w:b w:val="0"/>
          <w:i w:val="0"/>
          <w:sz w:val="20"/>
        </w:rPr>
        <w:t>सम्बन्धित भारतस्थित शैक्षिक संस्थाबाट जारी भएको पत्र वा ब्रोसर वा अध्ययन प्रयोजन पुष्टि हुने</w:t>
      </w:r>
    </w:p>
    <w:p>
      <w:pPr>
        <w:spacing w:after="62" w:line="259" w:lineRule="auto"/>
      </w:pPr>
      <w:r>
        <w:rPr>
          <w:rFonts w:ascii="Noto Sans" w:hAnsi="Noto Sans" w:cs="Noto Sans Devanagari" w:eastAsia="Noto Sans Devanagari"/>
          <w:b w:val="0"/>
          <w:i w:val="0"/>
          <w:sz w:val="20"/>
        </w:rPr>
        <w:t>कागजात, No Objection Letter र प्रचलित नियमानुसारको राजस्व दाखिला गरेको निस्सा लिई शिक्षण</w:t>
      </w:r>
    </w:p>
    <w:p>
      <w:pPr>
        <w:spacing w:after="62" w:line="259" w:lineRule="auto"/>
      </w:pPr>
      <w:r>
        <w:rPr>
          <w:rFonts w:ascii="Noto Sans" w:hAnsi="Noto Sans" w:cs="Noto Sans Devanagari" w:eastAsia="Noto Sans Devanagari"/>
          <w:b w:val="0"/>
          <w:i w:val="0"/>
          <w:sz w:val="20"/>
        </w:rPr>
        <w:t>लगायतका शुल्क सम्बन्धित शिक्षण संस्थाको नाममा बैंकिङ्ग उपकरणमार्फत्् सटही उपलब्ध गराउनु</w:t>
      </w:r>
    </w:p>
    <w:p>
      <w:pPr>
        <w:spacing w:after="62" w:line="259" w:lineRule="auto"/>
      </w:pPr>
      <w:r>
        <w:rPr>
          <w:rFonts w:ascii="Noto Sans" w:hAnsi="Noto Sans" w:cs="Noto Sans Devanagari" w:eastAsia="Noto Sans Devanagari"/>
          <w:b w:val="0"/>
          <w:i w:val="0"/>
          <w:sz w:val="20"/>
        </w:rPr>
        <w:t>पर्नेछ ।</w:t>
      </w:r>
    </w:p>
    <w:p>
      <w:pPr>
        <w:spacing w:after="62" w:line="259" w:lineRule="auto"/>
      </w:pPr>
      <w:r>
        <w:rPr>
          <w:rFonts w:ascii="Noto Sans" w:hAnsi="Noto Sans" w:cs="Noto Sans Devanagari" w:eastAsia="Noto Sans Devanagari"/>
          <w:b w:val="0"/>
          <w:i w:val="0"/>
          <w:sz w:val="20"/>
        </w:rPr>
        <w:t>तर, सम्बन्धित शिक्षण संस्थाबाट सिफारिस भई आएमा निर्वाह खर्च सम्बन्धित विद्यार्थीको नाममा</w:t>
      </w:r>
    </w:p>
    <w:p>
      <w:pPr>
        <w:spacing w:after="62" w:line="259" w:lineRule="auto"/>
      </w:pPr>
      <w:r>
        <w:rPr>
          <w:rFonts w:ascii="Noto Sans" w:hAnsi="Noto Sans" w:cs="Noto Sans Devanagari" w:eastAsia="Noto Sans Devanagari"/>
          <w:b w:val="0"/>
          <w:i w:val="0"/>
          <w:sz w:val="20"/>
        </w:rPr>
        <w:t>बैंकिङ्ग/भुक्तानीका उपकरणमार्फत्् समेत सटही उपलब्ध गराउन सकिनेछ ।</w:t>
      </w:r>
    </w:p>
    <w:p>
      <w:pPr>
        <w:spacing w:after="62" w:line="259" w:lineRule="auto"/>
        <w:ind w:left="115"/>
      </w:pPr>
      <w:r>
        <w:rPr>
          <w:rFonts w:ascii="Noto Sans" w:hAnsi="Noto Sans" w:cs="Noto Sans Devanagari" w:eastAsia="Noto Sans Devanagari"/>
          <w:b w:val="0"/>
          <w:i w:val="0"/>
          <w:sz w:val="20"/>
        </w:rPr>
        <w:t>(घ) माथि खण्ड (क), (ख) र (ग) बमोजिम शिक्षण संस्थाको नाममा बनेको ड्राफ्ट/टी.टी./स्वीफ्ट लगायतका</w:t>
      </w:r>
    </w:p>
    <w:p>
      <w:pPr>
        <w:spacing w:after="62" w:line="259" w:lineRule="auto"/>
      </w:pPr>
      <w:r>
        <w:rPr>
          <w:rFonts w:ascii="Noto Sans" w:hAnsi="Noto Sans" w:cs="Noto Sans Devanagari" w:eastAsia="Noto Sans Devanagari"/>
          <w:b w:val="0"/>
          <w:i w:val="0"/>
          <w:sz w:val="20"/>
        </w:rPr>
        <w:t>भुक्तानी आदेश कुनै पनि कारणले रद्द गर्नु परेमा सम्बन्धित बैंक/वित्तीय संस्था स्वयम्ले रद्द गर्न</w:t>
      </w:r>
    </w:p>
    <w:p>
      <w:pPr>
        <w:spacing w:after="62" w:line="259" w:lineRule="auto"/>
      </w:pPr>
      <w:r>
        <w:rPr>
          <w:rFonts w:ascii="Noto Sans" w:hAnsi="Noto Sans" w:cs="Noto Sans Devanagari" w:eastAsia="Noto Sans Devanagari"/>
          <w:b w:val="0"/>
          <w:i w:val="0"/>
          <w:sz w:val="20"/>
        </w:rPr>
        <w:t>सक्नेछन् ।</w:t>
      </w:r>
    </w:p>
    <w:p>
      <w:pPr>
        <w:keepNext/>
        <w:spacing w:before="200" w:after="80"/>
        <w:pBdr>
          <w:bottom w:val="single" w:sz="12" w:space="2" w:color="2F5597"/>
        </w:pBdr>
      </w:pPr>
      <w:r>
        <w:rPr>
          <w:rFonts w:ascii="Noto Sans" w:hAnsi="Noto Sans" w:cs="Noto Sans Devanagari" w:eastAsia="Noto Sans Devanagari"/>
          <w:b/>
          <w:i w:val="0"/>
          <w:color w:val="2F5597"/>
          <w:sz w:val="24"/>
        </w:rPr>
        <w:t>2. For Study in India</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2. For Study in India</w:t>
      </w:r>
    </w:p>
    <w:p>
      <w:pPr>
        <w:spacing w:after="70" w:line="259" w:lineRule="auto"/>
        <w:ind w:left="115"/>
      </w:pPr>
      <w:r>
        <w:rPr>
          <w:rFonts w:ascii="Noto Sans" w:hAnsi="Noto Sans" w:cs="Noto Sans Devanagari" w:eastAsia="Noto Sans Devanagari"/>
          <w:b w:val="0"/>
          <w:i w:val="0"/>
          <w:color w:val="222222"/>
          <w:sz w:val="18"/>
        </w:rPr>
        <w:t>(a) Exchange facility may be provided for payment of tuition fee, including in convertible foreign currency, required by a Nepali student going to study in India under an educational quota set aside by a university/educational institution/college in India for admission through international competition, where the following conditions are fulfilled:</w:t>
      </w:r>
    </w:p>
    <w:p>
      <w:pPr>
        <w:spacing w:after="70" w:line="259" w:lineRule="auto"/>
      </w:pPr>
      <w:r>
        <w:rPr>
          <w:rFonts w:ascii="Noto Sans" w:hAnsi="Noto Sans" w:cs="Noto Sans Devanagari" w:eastAsia="Noto Sans Devanagari"/>
          <w:b w:val="0"/>
          <w:i w:val="0"/>
          <w:color w:val="222222"/>
          <w:sz w:val="18"/>
        </w:rPr>
        <w:t>(1) The conditions under Clause 1(b) of this Circular, other than the visa and passport requirements, shall have been fulfilled.</w:t>
      </w:r>
    </w:p>
    <w:p>
      <w:pPr>
        <w:spacing w:after="70" w:line="259" w:lineRule="auto"/>
      </w:pPr>
      <w:r>
        <w:rPr>
          <w:rFonts w:ascii="Noto Sans" w:hAnsi="Noto Sans" w:cs="Noto Sans Devanagari" w:eastAsia="Noto Sans Devanagari"/>
          <w:b w:val="0"/>
          <w:i w:val="0"/>
          <w:color w:val="222222"/>
          <w:sz w:val="18"/>
        </w:rPr>
        <w:t>(2) The student shall have been accepted to study under an educational quota set aside for international competition by a university/college/educational institution in India under which tuition fee is charged in convertible foreign currency.</w:t>
      </w:r>
    </w:p>
    <w:p>
      <w:pPr>
        <w:spacing w:after="70" w:line="259" w:lineRule="auto"/>
      </w:pPr>
      <w:r>
        <w:rPr>
          <w:rFonts w:ascii="Noto Sans" w:hAnsi="Noto Sans" w:cs="Noto Sans Devanagari" w:eastAsia="Noto Sans Devanagari"/>
          <w:b w:val="0"/>
          <w:i w:val="0"/>
          <w:color w:val="222222"/>
          <w:sz w:val="18"/>
        </w:rPr>
        <w:t>Under this arrangement, payment may also be made for entrance examinations and pre-qualification examinations conducted by a university/college/educational institution in India for study under an educational quota set aside for international competition where the fee is charged in convertible foreign currency.</w:t>
      </w:r>
    </w:p>
    <w:p>
      <w:pPr>
        <w:spacing w:after="70" w:line="259" w:lineRule="auto"/>
      </w:pPr>
      <w:r>
        <w:rPr>
          <w:rFonts w:ascii="Noto Sans" w:hAnsi="Noto Sans" w:cs="Noto Sans Devanagari" w:eastAsia="Noto Sans Devanagari"/>
          <w:b w:val="0"/>
          <w:i w:val="0"/>
          <w:color w:val="222222"/>
          <w:sz w:val="18"/>
        </w:rPr>
        <w:t>(3) It shall be evidenced that tuition fee must be paid only in US dollars or another convertible foreign currency other than Indian rupees.</w:t>
      </w:r>
    </w:p>
    <w:p>
      <w:pPr>
        <w:spacing w:after="70" w:line="259" w:lineRule="auto"/>
      </w:pPr>
      <w:r>
        <w:rPr>
          <w:rFonts w:ascii="Noto Sans" w:hAnsi="Noto Sans" w:cs="Noto Sans Devanagari" w:eastAsia="Noto Sans Devanagari"/>
          <w:b w:val="0"/>
          <w:i w:val="0"/>
          <w:color w:val="222222"/>
          <w:sz w:val="18"/>
        </w:rPr>
        <w:t>(4) Exchange shall be provided so that the amount specified by the concerned university/college as tuition fee is received only by that educational institution.</w:t>
      </w:r>
    </w:p>
    <w:p>
      <w:pPr>
        <w:spacing w:after="70" w:line="259" w:lineRule="auto"/>
      </w:pPr>
      <w:r>
        <w:rPr>
          <w:rFonts w:ascii="Noto Sans" w:hAnsi="Noto Sans" w:cs="Noto Sans Devanagari" w:eastAsia="Noto Sans Devanagari"/>
          <w:b w:val="0"/>
          <w:i w:val="0"/>
          <w:color w:val="222222"/>
          <w:sz w:val="18"/>
        </w:rPr>
        <w:t>(5) The amount required for living expenses shall be provided only in Indian rupees.</w:t>
      </w:r>
    </w:p>
    <w:p>
      <w:pPr>
        <w:spacing w:after="70" w:line="259" w:lineRule="auto"/>
        <w:ind w:left="115"/>
      </w:pPr>
      <w:r>
        <w:rPr>
          <w:rFonts w:ascii="Noto Sans" w:hAnsi="Noto Sans" w:cs="Noto Sans Devanagari" w:eastAsia="Noto Sans Devanagari"/>
          <w:b w:val="0"/>
          <w:i w:val="0"/>
          <w:color w:val="222222"/>
          <w:sz w:val="18"/>
        </w:rPr>
        <w:t>(b) Where the student studying in India or his/her guardian/father/mother maintains a convertible foreign currency account, such account may be debited, to the extent of its balance, for payment of tuition fee in convertible foreign currency, subject to fulfilment of the following conditions:</w:t>
      </w:r>
    </w:p>
    <w:p>
      <w:pPr>
        <w:spacing w:after="70" w:line="259" w:lineRule="auto"/>
      </w:pPr>
      <w:r>
        <w:rPr>
          <w:rFonts w:ascii="Noto Sans" w:hAnsi="Noto Sans" w:cs="Noto Sans Devanagari" w:eastAsia="Noto Sans Devanagari"/>
          <w:b w:val="0"/>
          <w:i w:val="0"/>
          <w:color w:val="222222"/>
          <w:sz w:val="18"/>
        </w:rPr>
        <w:t>(1) The conditions referred to in points 1, 3, 4 and 5 of sub-clause (a) of Clause 2 above shall have been fulfilled.</w:t>
      </w:r>
    </w:p>
    <w:p>
      <w:pPr>
        <w:spacing w:after="70" w:line="259" w:lineRule="auto"/>
      </w:pPr>
      <w:r>
        <w:rPr>
          <w:rFonts w:ascii="Noto Sans" w:hAnsi="Noto Sans" w:cs="Noto Sans Devanagari" w:eastAsia="Noto Sans Devanagari"/>
          <w:b w:val="0"/>
          <w:i w:val="0"/>
          <w:color w:val="222222"/>
          <w:sz w:val="18"/>
        </w:rPr>
        <w:t>(2) Where the student does not have a foreign currency account and the account of the guardian/father/mother is to be debited, documents proving the relationship shall be submitted.</w:t>
      </w:r>
    </w:p>
    <w:p>
      <w:pPr>
        <w:spacing w:after="70" w:line="259" w:lineRule="auto"/>
      </w:pPr>
      <w:r>
        <w:rPr>
          <w:rFonts w:ascii="Noto Sans" w:hAnsi="Noto Sans" w:cs="Noto Sans Devanagari" w:eastAsia="Noto Sans Devanagari"/>
          <w:b w:val="0"/>
          <w:i w:val="0"/>
          <w:color w:val="222222"/>
          <w:sz w:val="18"/>
        </w:rPr>
        <w:t>(3) Under this provision, no additional exchange facility shall be provided other than debiting the account of the concerned person for payment of tuition fee.</w:t>
      </w:r>
    </w:p>
    <w:p>
      <w:pPr>
        <w:spacing w:after="70" w:line="259" w:lineRule="auto"/>
        <w:ind w:left="115"/>
      </w:pPr>
      <w:r>
        <w:rPr>
          <w:rFonts w:ascii="Noto Sans" w:hAnsi="Noto Sans" w:cs="Noto Sans Devanagari" w:eastAsia="Noto Sans Devanagari"/>
          <w:b w:val="0"/>
          <w:i w:val="0"/>
          <w:color w:val="222222"/>
          <w:sz w:val="18"/>
        </w:rPr>
        <w:t>(c) Regarding provision of exchange in Indian rupees:</w:t>
      </w:r>
    </w:p>
    <w:p>
      <w:pPr>
        <w:spacing w:after="70" w:line="259" w:lineRule="auto"/>
      </w:pPr>
      <w:r>
        <w:rPr>
          <w:rFonts w:ascii="Noto Sans" w:hAnsi="Noto Sans" w:cs="Noto Sans Devanagari" w:eastAsia="Noto Sans Devanagari"/>
          <w:b w:val="0"/>
          <w:i w:val="0"/>
          <w:color w:val="222222"/>
          <w:sz w:val="18"/>
        </w:rPr>
        <w:t>Upon obtaining a letter or brochure issued by the concerned educational institution in India or documents confirming the purpose of study, the No Objection Letter, and evidence of deposit of revenue under prevailing rules, exchange for tuition and other fees shall be provided through banking instruments in the name of the concerned educational institution.</w:t>
      </w:r>
    </w:p>
    <w:p>
      <w:pPr>
        <w:spacing w:after="70" w:line="259" w:lineRule="auto"/>
      </w:pPr>
      <w:r>
        <w:rPr>
          <w:rFonts w:ascii="Noto Sans" w:hAnsi="Noto Sans" w:cs="Noto Sans Devanagari" w:eastAsia="Noto Sans Devanagari"/>
          <w:b w:val="0"/>
          <w:i w:val="0"/>
          <w:color w:val="222222"/>
          <w:sz w:val="18"/>
        </w:rPr>
        <w:t>Provided that where the concerned educational institution recommends it, exchange for living expenses may also be provided through banking/payment instruments in the name of the concerned student.</w:t>
      </w:r>
    </w:p>
    <w:p>
      <w:pPr>
        <w:spacing w:after="70" w:line="259" w:lineRule="auto"/>
        <w:ind w:left="115"/>
      </w:pPr>
      <w:r>
        <w:rPr>
          <w:rFonts w:ascii="Noto Sans" w:hAnsi="Noto Sans" w:cs="Noto Sans Devanagari" w:eastAsia="Noto Sans Devanagari"/>
          <w:b w:val="0"/>
          <w:i w:val="0"/>
          <w:color w:val="222222"/>
          <w:sz w:val="18"/>
        </w:rPr>
        <w:t>(d) Where any payment order such as a draft/T.T./SWIFT made in the name of the educational institution pursuant to sub-clauses (a), (b) and (c) above has to be cancelled for any reason, the concerned bank/financial institution itself may cancel it.</w:t>
      </w:r>
    </w:p>
    <w:p>
      <w:pPr>
        <w:keepNext/>
        <w:spacing w:before="200" w:after="80"/>
        <w:pBdr>
          <w:bottom w:val="single" w:sz="12" w:space="2" w:color="17365D"/>
        </w:pBdr>
      </w:pPr>
      <w:r>
        <w:rPr>
          <w:rFonts w:ascii="Noto Sans" w:hAnsi="Noto Sans" w:cs="Noto Sans Devanagari" w:eastAsia="Noto Sans Devanagari"/>
          <w:b/>
          <w:i w:val="0"/>
          <w:color w:val="17365D"/>
          <w:sz w:val="25"/>
        </w:rPr>
        <w:t>३. नेपालस्थित विदेशी विश्वविद्यालयसम्बद्ध शिक्षण संस्थाका शुल्क</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३. इजाजतपत्रप्राप्त बैंक तथा वित्तीय संस्थाहरुले विदेशी विश्वविद्यालयको सम्बन्धनमा नेपाल सरकारको अनुमति</w:t>
      </w:r>
    </w:p>
    <w:p>
      <w:pPr>
        <w:spacing w:after="62" w:line="259" w:lineRule="auto"/>
      </w:pPr>
      <w:r>
        <w:rPr>
          <w:rFonts w:ascii="Noto Sans" w:hAnsi="Noto Sans" w:cs="Noto Sans Devanagari" w:eastAsia="Noto Sans Devanagari"/>
          <w:b w:val="0"/>
          <w:i w:val="0"/>
          <w:sz w:val="20"/>
        </w:rPr>
        <w:t>लिई खुलेका नेपालस्थित शिक्षण संस्थालाई सम्बन्धन, परीक्षा लगायतका शुल्कहरुको भुक्तानीको लागि देहाय</w:t>
      </w:r>
    </w:p>
    <w:p>
      <w:pPr>
        <w:spacing w:after="62" w:line="259" w:lineRule="auto"/>
      </w:pPr>
      <w:r>
        <w:rPr>
          <w:rFonts w:ascii="Noto Sans" w:hAnsi="Noto Sans" w:cs="Noto Sans Devanagari" w:eastAsia="Noto Sans Devanagari"/>
          <w:b w:val="0"/>
          <w:i w:val="0"/>
          <w:sz w:val="20"/>
        </w:rPr>
        <w:t>बमोजिमका कागजात लिई अमेरिकी डलर ५,००,००० वा सो बराबरको अन्य परिवर्त्य विदेशी मुद्रासम्मको</w:t>
      </w:r>
    </w:p>
    <w:p>
      <w:pPr>
        <w:spacing w:after="62" w:line="259" w:lineRule="auto"/>
      </w:pPr>
      <w:r>
        <w:rPr>
          <w:rFonts w:ascii="Noto Sans" w:hAnsi="Noto Sans" w:cs="Noto Sans Devanagari" w:eastAsia="Noto Sans Devanagari"/>
          <w:b w:val="0"/>
          <w:i w:val="0"/>
          <w:sz w:val="20"/>
        </w:rPr>
        <w:t>सटही सुविधा उपलब्ध गराउन सक्नेछन् ः</w:t>
      </w:r>
    </w:p>
    <w:p>
      <w:pPr>
        <w:spacing w:after="62" w:line="259" w:lineRule="auto"/>
        <w:ind w:left="115"/>
      </w:pPr>
      <w:r>
        <w:rPr>
          <w:rFonts w:ascii="Noto Sans" w:hAnsi="Noto Sans" w:cs="Noto Sans Devanagari" w:eastAsia="Noto Sans Devanagari"/>
          <w:b w:val="0"/>
          <w:i w:val="0"/>
          <w:sz w:val="20"/>
        </w:rPr>
        <w:t>१. सम्बन्धित विश्वविद्यालय र नेपालमा सञ्चालित शिक्षण संस्थाबीच भएको MOU को प्रमाणित प्रतिलिपि</w:t>
      </w:r>
    </w:p>
    <w:p>
      <w:pPr>
        <w:spacing w:after="62" w:line="259" w:lineRule="auto"/>
      </w:pPr>
      <w:r>
        <w:rPr>
          <w:rFonts w:ascii="Noto Sans" w:hAnsi="Noto Sans" w:cs="Noto Sans Devanagari" w:eastAsia="Noto Sans Devanagari"/>
          <w:b w:val="0"/>
          <w:i w:val="0"/>
          <w:sz w:val="20"/>
        </w:rPr>
        <w:t>तथा नेपाल सरकार, शिक्षा, विज्ञान तथा प्रविधि मन्त्रालयबाट विदेशी विश्वविद्यालयको सम्बन्धनको</w:t>
      </w:r>
    </w:p>
    <w:p>
      <w:pPr>
        <w:spacing w:after="62" w:line="259" w:lineRule="auto"/>
      </w:pPr>
      <w:r>
        <w:rPr>
          <w:rFonts w:ascii="Noto Sans" w:hAnsi="Noto Sans" w:cs="Noto Sans Devanagari" w:eastAsia="Noto Sans Devanagari"/>
          <w:b w:val="0"/>
          <w:i w:val="0"/>
          <w:sz w:val="20"/>
        </w:rPr>
        <w:t>अद्यावधिक इजाजतपत्र ।</w:t>
      </w:r>
    </w:p>
    <w:p>
      <w:pPr>
        <w:spacing w:after="62" w:line="259" w:lineRule="auto"/>
        <w:ind w:left="115"/>
      </w:pPr>
      <w:r>
        <w:rPr>
          <w:rFonts w:ascii="Noto Sans" w:hAnsi="Noto Sans" w:cs="Noto Sans Devanagari" w:eastAsia="Noto Sans Devanagari"/>
          <w:b w:val="0"/>
          <w:i w:val="0"/>
          <w:sz w:val="20"/>
        </w:rPr>
        <w:t>२. दोहोरो भुक्तानी नहुने यकिन गर्न शुल्क सम्बन्धी बिल बिजक, विद्यार्थीहरुको संख्या खुल्ने विवरणहरु</w:t>
      </w:r>
    </w:p>
    <w:p>
      <w:pPr>
        <w:spacing w:after="62" w:line="259" w:lineRule="auto"/>
      </w:pPr>
      <w:r>
        <w:rPr>
          <w:rFonts w:ascii="Noto Sans" w:hAnsi="Noto Sans" w:cs="Noto Sans Devanagari" w:eastAsia="Noto Sans Devanagari"/>
          <w:b w:val="0"/>
          <w:i w:val="0"/>
          <w:sz w:val="20"/>
        </w:rPr>
        <w:t>लगायत माग भएको सटही रकमलाई पुष्टि गर्ने सम्पुर्ण कागजात ।</w:t>
      </w:r>
    </w:p>
    <w:p>
      <w:pPr>
        <w:spacing w:after="62" w:line="259" w:lineRule="auto"/>
        <w:ind w:left="115"/>
      </w:pPr>
      <w:r>
        <w:rPr>
          <w:rFonts w:ascii="Noto Sans" w:hAnsi="Noto Sans" w:cs="Noto Sans Devanagari" w:eastAsia="Noto Sans Devanagari"/>
          <w:b w:val="0"/>
          <w:i w:val="0"/>
          <w:sz w:val="20"/>
        </w:rPr>
        <w:t>३. एक आर्थिक वर्षमा ३ लाख डलर भन्दा बढीको भुक्तानी गर्नुपर्ने भएमा उक्त सीमा नाघे पश्चात्को प्रत्येक</w:t>
      </w:r>
    </w:p>
    <w:p>
      <w:pPr>
        <w:spacing w:after="62" w:line="259" w:lineRule="auto"/>
      </w:pPr>
      <w:r>
        <w:rPr>
          <w:rFonts w:ascii="Noto Sans" w:hAnsi="Noto Sans" w:cs="Noto Sans Devanagari" w:eastAsia="Noto Sans Devanagari"/>
          <w:b w:val="0"/>
          <w:i w:val="0"/>
          <w:sz w:val="20"/>
        </w:rPr>
        <w:t>भुक्तानीको लागि लेखापरीक्षकबाट प्रमाणिकरण ।</w:t>
      </w:r>
    </w:p>
    <w:p>
      <w:pPr>
        <w:spacing w:after="62" w:line="259" w:lineRule="auto"/>
        <w:ind w:left="115"/>
      </w:pPr>
      <w:r>
        <w:rPr>
          <w:rFonts w:ascii="Noto Sans" w:hAnsi="Noto Sans" w:cs="Noto Sans Devanagari" w:eastAsia="Noto Sans Devanagari"/>
          <w:b w:val="0"/>
          <w:i w:val="0"/>
          <w:sz w:val="20"/>
        </w:rPr>
        <w:t>४. संस्था दर्ता प्रमाणपत्र र कर दर्ता प्रमाणपत्र ।</w:t>
      </w:r>
    </w:p>
    <w:p>
      <w:pPr>
        <w:spacing w:after="62" w:line="259" w:lineRule="auto"/>
        <w:ind w:left="115"/>
      </w:pPr>
      <w:r>
        <w:rPr>
          <w:rFonts w:ascii="Noto Sans" w:hAnsi="Noto Sans" w:cs="Noto Sans Devanagari" w:eastAsia="Noto Sans Devanagari"/>
          <w:b w:val="0"/>
          <w:i w:val="0"/>
          <w:sz w:val="20"/>
        </w:rPr>
        <w:t>५. पछिल्लो लेखापरीक्षण प्रतिवेदन ।</w:t>
      </w:r>
    </w:p>
    <w:p>
      <w:pPr>
        <w:spacing w:after="62" w:line="259" w:lineRule="auto"/>
        <w:ind w:left="115"/>
      </w:pPr>
      <w:r>
        <w:rPr>
          <w:rFonts w:ascii="Noto Sans" w:hAnsi="Noto Sans" w:cs="Noto Sans Devanagari" w:eastAsia="Noto Sans Devanagari"/>
          <w:b w:val="0"/>
          <w:i w:val="0"/>
          <w:sz w:val="20"/>
        </w:rPr>
        <w:t>६. कर चुक्ता प्रमाणपत्र वा कर विवरण बुझाएको प्रमाण र शुल्क बापत अग्रिम कर (TDS) दाखिला गरेको</w:t>
      </w:r>
    </w:p>
    <w:p>
      <w:pPr>
        <w:spacing w:after="62" w:line="259" w:lineRule="auto"/>
      </w:pPr>
      <w:r>
        <w:rPr>
          <w:rFonts w:ascii="Noto Sans" w:hAnsi="Noto Sans" w:cs="Noto Sans Devanagari" w:eastAsia="Noto Sans Devanagari"/>
          <w:b w:val="0"/>
          <w:i w:val="0"/>
          <w:sz w:val="20"/>
        </w:rPr>
        <w:t>निस्सा ।</w:t>
      </w:r>
    </w:p>
    <w:p>
      <w:pPr>
        <w:spacing w:after="62" w:line="259" w:lineRule="auto"/>
        <w:ind w:left="115"/>
      </w:pPr>
      <w:r>
        <w:rPr>
          <w:rFonts w:ascii="Noto Sans" w:hAnsi="Noto Sans" w:cs="Noto Sans Devanagari" w:eastAsia="Noto Sans Devanagari"/>
          <w:b w:val="0"/>
          <w:i w:val="0"/>
          <w:sz w:val="20"/>
        </w:rPr>
        <w:t>७. संचालक समितिबाट सटही सुविधा माग गर्ने सम्बन्धमा भएको निर्णयको प्रतिलिपि र विदेशी मुद्रा अपचलन</w:t>
      </w:r>
    </w:p>
    <w:p>
      <w:pPr>
        <w:spacing w:after="62" w:line="259" w:lineRule="auto"/>
      </w:pPr>
      <w:r>
        <w:rPr>
          <w:rFonts w:ascii="Noto Sans" w:hAnsi="Noto Sans" w:cs="Noto Sans Devanagari" w:eastAsia="Noto Sans Devanagari"/>
          <w:b w:val="0"/>
          <w:i w:val="0"/>
          <w:sz w:val="20"/>
        </w:rPr>
        <w:t>भएमा सोको सम्पूर्ण जिम्मेवारी लिने स्वःघोषणा ।</w:t>
      </w:r>
    </w:p>
    <w:p>
      <w:pPr>
        <w:spacing w:after="62" w:line="259" w:lineRule="auto"/>
        <w:ind w:left="115"/>
      </w:pPr>
      <w:r>
        <w:rPr>
          <w:rFonts w:ascii="Noto Sans" w:hAnsi="Noto Sans" w:cs="Noto Sans Devanagari" w:eastAsia="Noto Sans Devanagari"/>
          <w:b w:val="0"/>
          <w:i w:val="0"/>
          <w:sz w:val="20"/>
        </w:rPr>
        <w:t>८. यस्तो सटही सुविधाको Beneficiary विदेशस्थित सम्बन्धित विश्वविद्यालय नै हुनु पर्नेछ । सम्बन्धित</w:t>
      </w:r>
    </w:p>
    <w:p>
      <w:pPr>
        <w:spacing w:after="62" w:line="259" w:lineRule="auto"/>
      </w:pPr>
      <w:r>
        <w:rPr>
          <w:rFonts w:ascii="Noto Sans" w:hAnsi="Noto Sans" w:cs="Noto Sans Devanagari" w:eastAsia="Noto Sans Devanagari"/>
          <w:b w:val="0"/>
          <w:i w:val="0"/>
          <w:sz w:val="20"/>
        </w:rPr>
        <w:t>विद्यार्थीले यस प्रकारको शुल्कहरु आफू अध्ययनरत शिक्षण संस्थामार्फत् नै भुक्तानी गर्नु पर्नेछ ।</w:t>
      </w:r>
    </w:p>
    <w:p>
      <w:pPr>
        <w:spacing w:after="62" w:line="259" w:lineRule="auto"/>
      </w:pPr>
      <w:r>
        <w:rPr>
          <w:rFonts w:ascii="Noto Sans" w:hAnsi="Noto Sans" w:cs="Noto Sans Devanagari" w:eastAsia="Noto Sans Devanagari"/>
          <w:b w:val="0"/>
          <w:i w:val="0"/>
          <w:sz w:val="20"/>
        </w:rPr>
        <w:t>कथम्कदाचित् विद्यार्थी स्वयम्ले सोझै विदेशस्थित विश्वविद्यालयले पाउने गरी भुक्तानी गर्ने भएमा शिक्षा,</w:t>
      </w:r>
    </w:p>
    <w:p>
      <w:pPr>
        <w:spacing w:after="62" w:line="259" w:lineRule="auto"/>
      </w:pPr>
      <w:r>
        <w:rPr>
          <w:rFonts w:ascii="Noto Sans" w:hAnsi="Noto Sans" w:cs="Noto Sans Devanagari" w:eastAsia="Noto Sans Devanagari"/>
          <w:b w:val="0"/>
          <w:i w:val="0"/>
          <w:sz w:val="20"/>
        </w:rPr>
        <w:t>विज्ञान तथा प्रविधि मन्त्रालयको No Objection Certificate (NOC) अनिवार्य रुपमा संलग्न गर्नु</w:t>
      </w:r>
    </w:p>
    <w:p>
      <w:pPr>
        <w:spacing w:after="62" w:line="259" w:lineRule="auto"/>
      </w:pPr>
      <w:r>
        <w:rPr>
          <w:rFonts w:ascii="Noto Sans" w:hAnsi="Noto Sans" w:cs="Noto Sans Devanagari" w:eastAsia="Noto Sans Devanagari"/>
          <w:b w:val="0"/>
          <w:i w:val="0"/>
          <w:sz w:val="20"/>
        </w:rPr>
        <w:t>पर्नेछ ।</w:t>
      </w:r>
    </w:p>
    <w:p>
      <w:pPr>
        <w:spacing w:after="62" w:line="259" w:lineRule="auto"/>
        <w:ind w:left="115"/>
      </w:pPr>
      <w:r>
        <w:rPr>
          <w:rFonts w:ascii="Noto Sans" w:hAnsi="Noto Sans" w:cs="Noto Sans Devanagari" w:eastAsia="Noto Sans Devanagari"/>
          <w:b w:val="0"/>
          <w:i w:val="0"/>
          <w:sz w:val="20"/>
        </w:rPr>
        <w:t>९. शिक्षण संस्थाले यस प्रकारका शुल्कहरुको भुक्तानी गर्दा नेपाल सरकार, शिक्षा, विज्ञान तथा प्रविधि</w:t>
      </w:r>
    </w:p>
    <w:p>
      <w:pPr>
        <w:spacing w:after="62" w:line="259" w:lineRule="auto"/>
      </w:pPr>
      <w:r>
        <w:rPr>
          <w:rFonts w:ascii="Noto Sans" w:hAnsi="Noto Sans" w:cs="Noto Sans Devanagari" w:eastAsia="Noto Sans Devanagari"/>
          <w:b w:val="0"/>
          <w:i w:val="0"/>
          <w:sz w:val="20"/>
        </w:rPr>
        <w:t>मन्त्रालयको सटही सिफारिसको सक्कल प्रति अनिवार्य रुपमा संलग्न गर्नु पर्नेछ ।</w:t>
      </w:r>
    </w:p>
    <w:p>
      <w:pPr>
        <w:spacing w:after="62" w:line="259" w:lineRule="auto"/>
        <w:ind w:left="115"/>
      </w:pPr>
      <w:r>
        <w:rPr>
          <w:rFonts w:ascii="Noto Sans" w:hAnsi="Noto Sans" w:cs="Noto Sans Devanagari" w:eastAsia="Noto Sans Devanagari"/>
          <w:b w:val="0"/>
          <w:i w:val="0"/>
          <w:sz w:val="20"/>
        </w:rPr>
        <w:t>१०. अमेरिकी डलर ५,००,००० वा सो बराबरको अन्य परिवर्त्य विदेशी मुद्राभन्दा बढी रकमको भुक्तानीको</w:t>
      </w:r>
    </w:p>
    <w:p>
      <w:pPr>
        <w:spacing w:after="62" w:line="259" w:lineRule="auto"/>
      </w:pPr>
      <w:r>
        <w:rPr>
          <w:rFonts w:ascii="Noto Sans" w:hAnsi="Noto Sans" w:cs="Noto Sans Devanagari" w:eastAsia="Noto Sans Devanagari"/>
          <w:b w:val="0"/>
          <w:i w:val="0"/>
          <w:sz w:val="20"/>
        </w:rPr>
        <w:t>लागि माथि उल्लिखित कागजातहरु सहित यस विभागको स्वीकृतिको आधारमा मात्र सटही सुविधा प्रदान</w:t>
      </w:r>
    </w:p>
    <w:p>
      <w:pPr>
        <w:spacing w:after="62" w:line="259" w:lineRule="auto"/>
      </w:pPr>
      <w:r>
        <w:rPr>
          <w:rFonts w:ascii="Noto Sans" w:hAnsi="Noto Sans" w:cs="Noto Sans Devanagari" w:eastAsia="Noto Sans Devanagari"/>
          <w:b w:val="0"/>
          <w:i w:val="0"/>
          <w:sz w:val="20"/>
        </w:rPr>
        <w:t>गर्नु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3. Fees of Nepal-Based Institutions Affiliated with Foreign Universities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3. Licensed banks and financial institutions may provide exchange facility up to USD 500,000 or equivalent other convertible foreign currency to educational institutions in Nepal opened with the permission of the Government of Nepal under affiliation of a foreign university, for payment of affiliation, examination and other fees, upon obtaining the following documents:</w:t>
      </w:r>
    </w:p>
    <w:p>
      <w:pPr>
        <w:spacing w:after="70" w:line="259" w:lineRule="auto"/>
        <w:ind w:left="115"/>
      </w:pPr>
      <w:r>
        <w:rPr>
          <w:rFonts w:ascii="Noto Sans" w:hAnsi="Noto Sans" w:cs="Noto Sans Devanagari" w:eastAsia="Noto Sans Devanagari"/>
          <w:b w:val="0"/>
          <w:i w:val="0"/>
          <w:color w:val="222222"/>
          <w:sz w:val="18"/>
        </w:rPr>
        <w:t>1. Certified copy of the MOU between the concerned university and the educational institution operating in Nepal, and the updated licence issued by the Ministry of Education, Science and Technology, Government of Nepal, for affiliation with the foreign university.</w:t>
      </w:r>
    </w:p>
    <w:p>
      <w:pPr>
        <w:spacing w:after="70" w:line="259" w:lineRule="auto"/>
        <w:ind w:left="115"/>
      </w:pPr>
      <w:r>
        <w:rPr>
          <w:rFonts w:ascii="Noto Sans" w:hAnsi="Noto Sans" w:cs="Noto Sans Devanagari" w:eastAsia="Noto Sans Devanagari"/>
          <w:b w:val="0"/>
          <w:i w:val="0"/>
          <w:color w:val="222222"/>
          <w:sz w:val="18"/>
        </w:rPr>
        <w:t>2. All documents substantiating the exchange amount requested, including bills/invoices relating to the fees and details showing the number of students, to ensure that duplicate payment is not made.</w:t>
      </w:r>
    </w:p>
    <w:p>
      <w:pPr>
        <w:spacing w:after="70" w:line="259" w:lineRule="auto"/>
        <w:ind w:left="115"/>
      </w:pPr>
      <w:r>
        <w:rPr>
          <w:rFonts w:ascii="Noto Sans" w:hAnsi="Noto Sans" w:cs="Noto Sans Devanagari" w:eastAsia="Noto Sans Devanagari"/>
          <w:b w:val="0"/>
          <w:i w:val="0"/>
          <w:color w:val="222222"/>
          <w:sz w:val="18"/>
        </w:rPr>
        <w:t>3. Where payment exceeding USD 300,000 is to be made in one fiscal year, certification by an auditor for each payment after the limit is exceeded.</w:t>
      </w:r>
    </w:p>
    <w:p>
      <w:pPr>
        <w:spacing w:after="70" w:line="259" w:lineRule="auto"/>
        <w:ind w:left="115"/>
      </w:pPr>
      <w:r>
        <w:rPr>
          <w:rFonts w:ascii="Noto Sans" w:hAnsi="Noto Sans" w:cs="Noto Sans Devanagari" w:eastAsia="Noto Sans Devanagari"/>
          <w:b w:val="0"/>
          <w:i w:val="0"/>
          <w:color w:val="222222"/>
          <w:sz w:val="18"/>
        </w:rPr>
        <w:t>4. Institution registration certificate and tax registration certificate.</w:t>
      </w:r>
    </w:p>
    <w:p>
      <w:pPr>
        <w:spacing w:after="70" w:line="259" w:lineRule="auto"/>
        <w:ind w:left="115"/>
      </w:pPr>
      <w:r>
        <w:rPr>
          <w:rFonts w:ascii="Noto Sans" w:hAnsi="Noto Sans" w:cs="Noto Sans Devanagari" w:eastAsia="Noto Sans Devanagari"/>
          <w:b w:val="0"/>
          <w:i w:val="0"/>
          <w:color w:val="222222"/>
          <w:sz w:val="18"/>
        </w:rPr>
        <w:t>5. Latest audit report.</w:t>
      </w:r>
    </w:p>
    <w:p>
      <w:pPr>
        <w:spacing w:after="70" w:line="259" w:lineRule="auto"/>
        <w:ind w:left="115"/>
      </w:pPr>
      <w:r>
        <w:rPr>
          <w:rFonts w:ascii="Noto Sans" w:hAnsi="Noto Sans" w:cs="Noto Sans Devanagari" w:eastAsia="Noto Sans Devanagari"/>
          <w:b w:val="0"/>
          <w:i w:val="0"/>
          <w:color w:val="222222"/>
          <w:sz w:val="18"/>
        </w:rPr>
        <w:t>6. Tax-clearance certificate or evidence of submission of tax return and evidence of deposit of advance tax (TDS) on the fee.</w:t>
      </w:r>
    </w:p>
    <w:p>
      <w:pPr>
        <w:spacing w:after="70" w:line="259" w:lineRule="auto"/>
        <w:ind w:left="115"/>
      </w:pPr>
      <w:r>
        <w:rPr>
          <w:rFonts w:ascii="Noto Sans" w:hAnsi="Noto Sans" w:cs="Noto Sans Devanagari" w:eastAsia="Noto Sans Devanagari"/>
          <w:b w:val="0"/>
          <w:i w:val="0"/>
          <w:color w:val="222222"/>
          <w:sz w:val="18"/>
        </w:rPr>
        <w:t>7. Copy of the decision of the Board of Directors concerning the request for exchange facility and a self-declaration accepting full responsibility in the event of misuse of foreign currency.</w:t>
      </w:r>
    </w:p>
    <w:p>
      <w:pPr>
        <w:spacing w:after="70" w:line="259" w:lineRule="auto"/>
        <w:ind w:left="115"/>
      </w:pPr>
      <w:r>
        <w:rPr>
          <w:rFonts w:ascii="Noto Sans" w:hAnsi="Noto Sans" w:cs="Noto Sans Devanagari" w:eastAsia="Noto Sans Devanagari"/>
          <w:b w:val="0"/>
          <w:i w:val="0"/>
          <w:color w:val="222222"/>
          <w:sz w:val="18"/>
        </w:rPr>
        <w:t>8. The beneficiary of such exchange facility shall be the concerned university abroad. The concerned student shall pay such fees through the educational institution at which he/she studies. If the student himself/herself makes payment directly so that the university abroad receives it, a No Objection Certificate (NOC) of the Ministry of Education, Science and Technology shall mandatorily be attached.</w:t>
      </w:r>
    </w:p>
    <w:p>
      <w:pPr>
        <w:spacing w:after="70" w:line="259" w:lineRule="auto"/>
        <w:ind w:left="115"/>
      </w:pPr>
      <w:r>
        <w:rPr>
          <w:rFonts w:ascii="Noto Sans" w:hAnsi="Noto Sans" w:cs="Noto Sans Devanagari" w:eastAsia="Noto Sans Devanagari"/>
          <w:b w:val="0"/>
          <w:i w:val="0"/>
          <w:color w:val="222222"/>
          <w:sz w:val="18"/>
        </w:rPr>
        <w:t>9. When an educational institution pays such fees, the original exchange recommendation of the Ministry of Education, Science and Technology, Government of Nepal, shall mandatorily be attached.</w:t>
      </w:r>
    </w:p>
    <w:p>
      <w:pPr>
        <w:spacing w:after="70" w:line="259" w:lineRule="auto"/>
        <w:ind w:left="115"/>
      </w:pPr>
      <w:r>
        <w:rPr>
          <w:rFonts w:ascii="Noto Sans" w:hAnsi="Noto Sans" w:cs="Noto Sans Devanagari" w:eastAsia="Noto Sans Devanagari"/>
          <w:b w:val="0"/>
          <w:i w:val="0"/>
          <w:color w:val="222222"/>
          <w:sz w:val="18"/>
        </w:rPr>
        <w:t>10. For payment exceeding USD 500,000 or equivalent other convertible foreign currency, exchange facility shall be provided only on the basis of approval of this Department, together with the documents specified above.</w:t>
      </w:r>
    </w:p>
    <w:p>
      <w:pPr>
        <w:keepNext/>
        <w:spacing w:before="200" w:after="80"/>
        <w:pBdr>
          <w:bottom w:val="single" w:sz="12" w:space="2" w:color="17365D"/>
        </w:pBdr>
      </w:pPr>
      <w:r>
        <w:rPr>
          <w:rFonts w:ascii="Noto Sans" w:hAnsi="Noto Sans" w:cs="Noto Sans Devanagari" w:eastAsia="Noto Sans Devanagari"/>
          <w:b/>
          <w:i w:val="0"/>
          <w:color w:val="17365D"/>
          <w:sz w:val="25"/>
        </w:rPr>
        <w:t>४. NOC बिना निर्वाह खर्च बापत सटही सुविधा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४. विदेशमा रहेका नेपाली विद्यार्थीहरुले प्राप्त गर्ने गरी नेपाल सरकार, शिक्षा मन्त्रालयको No Objection</w:t>
      </w:r>
    </w:p>
    <w:p>
      <w:pPr>
        <w:spacing w:after="62" w:line="259" w:lineRule="auto"/>
      </w:pPr>
      <w:r>
        <w:rPr>
          <w:rFonts w:ascii="Noto Sans" w:hAnsi="Noto Sans" w:cs="Noto Sans Devanagari" w:eastAsia="Noto Sans Devanagari"/>
          <w:b w:val="0"/>
          <w:i w:val="0"/>
          <w:sz w:val="20"/>
        </w:rPr>
        <w:t>Letter/Certificate (NOC) बिना पनि देहायका शर्तहरूको अधीनमा रहने गरी निर्वाह खर्च बापत सटही सुविधा</w:t>
      </w:r>
    </w:p>
    <w:p>
      <w:pPr>
        <w:spacing w:after="62" w:line="259" w:lineRule="auto"/>
      </w:pPr>
      <w:r>
        <w:rPr>
          <w:rFonts w:ascii="Noto Sans" w:hAnsi="Noto Sans" w:cs="Noto Sans Devanagari" w:eastAsia="Noto Sans Devanagari"/>
          <w:b w:val="0"/>
          <w:i w:val="0"/>
          <w:sz w:val="20"/>
        </w:rPr>
        <w:t>प्रदान गर्न सकिनेछ ।</w:t>
      </w:r>
    </w:p>
    <w:p>
      <w:pPr>
        <w:spacing w:after="62" w:line="259" w:lineRule="auto"/>
      </w:pPr>
      <w:r>
        <w:rPr>
          <w:rFonts w:ascii="Noto Sans" w:hAnsi="Noto Sans" w:cs="Noto Sans Devanagari" w:eastAsia="Noto Sans Devanagari"/>
          <w:b w:val="0"/>
          <w:i w:val="0"/>
          <w:sz w:val="20"/>
        </w:rPr>
        <w:t>शर्तहरु</w:t>
      </w:r>
    </w:p>
    <w:p>
      <w:pPr>
        <w:spacing w:after="62" w:line="259" w:lineRule="auto"/>
        <w:ind w:left="115"/>
      </w:pPr>
      <w:r>
        <w:rPr>
          <w:rFonts w:ascii="Noto Sans" w:hAnsi="Noto Sans" w:cs="Noto Sans Devanagari" w:eastAsia="Noto Sans Devanagari"/>
          <w:b w:val="0"/>
          <w:i w:val="0"/>
          <w:sz w:val="20"/>
        </w:rPr>
        <w:t>(क) यसरी पठाइएको रकमको Beneficiary हाल बिदेशमा रहेका नेपाली विद्यार्थी हुनु पर्नेछ ।</w:t>
      </w:r>
    </w:p>
    <w:p>
      <w:pPr>
        <w:spacing w:after="62" w:line="259" w:lineRule="auto"/>
        <w:ind w:left="115"/>
      </w:pPr>
      <w:r>
        <w:rPr>
          <w:rFonts w:ascii="Noto Sans" w:hAnsi="Noto Sans" w:cs="Noto Sans Devanagari" w:eastAsia="Noto Sans Devanagari"/>
          <w:b w:val="0"/>
          <w:i w:val="0"/>
          <w:sz w:val="20"/>
        </w:rPr>
        <w:t>(ख) निर्वाह खर्च बापतको रकम पठाउँदा निज विदेशमा रही अध्ययन गरिरहेको खुल्ने कागजातसहित बैंक</w:t>
      </w:r>
    </w:p>
    <w:p>
      <w:pPr>
        <w:spacing w:after="62" w:line="259" w:lineRule="auto"/>
      </w:pPr>
      <w:r>
        <w:rPr>
          <w:rFonts w:ascii="Noto Sans" w:hAnsi="Noto Sans" w:cs="Noto Sans Devanagari" w:eastAsia="Noto Sans Devanagari"/>
          <w:b w:val="0"/>
          <w:i w:val="0"/>
          <w:sz w:val="20"/>
        </w:rPr>
        <w:t>तथा वित्तीय संस्थामा निवेदन पेश गर्नु पर्नेछ ।</w:t>
      </w:r>
    </w:p>
    <w:p>
      <w:pPr>
        <w:spacing w:after="62" w:line="259" w:lineRule="auto"/>
        <w:ind w:left="115"/>
      </w:pPr>
      <w:r>
        <w:rPr>
          <w:rFonts w:ascii="Noto Sans" w:hAnsi="Noto Sans" w:cs="Noto Sans Devanagari" w:eastAsia="Noto Sans Devanagari"/>
          <w:b w:val="0"/>
          <w:i w:val="0"/>
          <w:sz w:val="20"/>
        </w:rPr>
        <w:t>(ग) प्रति विद्यार्थी बढीमा अमेरिकी डलर ५०० वा सो बराबरको अन्य परिवर्त्य विदेशी मुद्रा सम्म एकपटक</w:t>
      </w:r>
    </w:p>
    <w:p>
      <w:pPr>
        <w:spacing w:after="62" w:line="259" w:lineRule="auto"/>
      </w:pPr>
      <w:r>
        <w:rPr>
          <w:rFonts w:ascii="Noto Sans" w:hAnsi="Noto Sans" w:cs="Noto Sans Devanagari" w:eastAsia="Noto Sans Devanagari"/>
          <w:b w:val="0"/>
          <w:i w:val="0"/>
          <w:sz w:val="20"/>
        </w:rPr>
        <w:t>मात्र पठाउन सकिनेछ ।</w:t>
      </w:r>
    </w:p>
    <w:p>
      <w:pPr>
        <w:spacing w:after="62" w:line="259" w:lineRule="auto"/>
        <w:ind w:left="115"/>
      </w:pPr>
      <w:r>
        <w:rPr>
          <w:rFonts w:ascii="Noto Sans" w:hAnsi="Noto Sans" w:cs="Noto Sans Devanagari" w:eastAsia="Noto Sans Devanagari"/>
          <w:b w:val="0"/>
          <w:i w:val="0"/>
          <w:sz w:val="20"/>
        </w:rPr>
        <w:t>(घ) विद्यार्थीका अभिभावक/आफन्तले मात्र यसरी रकम पठाउन पाउनेछन् ।</w:t>
      </w:r>
    </w:p>
    <w:p>
      <w:pPr>
        <w:spacing w:after="62" w:line="259" w:lineRule="auto"/>
        <w:ind w:left="115"/>
      </w:pPr>
      <w:r>
        <w:rPr>
          <w:rFonts w:ascii="Noto Sans" w:hAnsi="Noto Sans" w:cs="Noto Sans Devanagari" w:eastAsia="Noto Sans Devanagari"/>
          <w:b w:val="0"/>
          <w:i w:val="0"/>
          <w:sz w:val="20"/>
        </w:rPr>
        <w:t>(ङ) सटही सुविधा माग गर्ने व्यक्तिले अन्य बैंक तथा वित्तीय संस्थाबाट यस प्रकारको सटही सुविधा नलिएको</w:t>
      </w:r>
    </w:p>
    <w:p>
      <w:pPr>
        <w:spacing w:after="62" w:line="259" w:lineRule="auto"/>
      </w:pPr>
      <w:r>
        <w:rPr>
          <w:rFonts w:ascii="Noto Sans" w:hAnsi="Noto Sans" w:cs="Noto Sans Devanagari" w:eastAsia="Noto Sans Devanagari"/>
          <w:b w:val="0"/>
          <w:i w:val="0"/>
          <w:sz w:val="20"/>
        </w:rPr>
        <w:t>स्वघोषणा पेश गर्नु पर्नेछ ।</w:t>
      </w:r>
    </w:p>
    <w:p>
      <w:pPr>
        <w:spacing w:after="62" w:line="259" w:lineRule="auto"/>
        <w:ind w:left="115"/>
      </w:pPr>
      <w:r>
        <w:rPr>
          <w:rFonts w:ascii="Noto Sans" w:hAnsi="Noto Sans" w:cs="Noto Sans Devanagari" w:eastAsia="Noto Sans Devanagari"/>
          <w:b w:val="0"/>
          <w:i w:val="0"/>
          <w:sz w:val="20"/>
        </w:rPr>
        <w:t>(च) यसरी प्रदान गरिने सटही सुविधा सम्बन्धी विवरण महिना समाप्त भएको सात दिनभित्र यस विभागमा</w:t>
      </w:r>
    </w:p>
    <w:p>
      <w:pPr>
        <w:spacing w:after="62" w:line="259" w:lineRule="auto"/>
      </w:pPr>
      <w:r>
        <w:rPr>
          <w:rFonts w:ascii="Noto Sans" w:hAnsi="Noto Sans" w:cs="Noto Sans Devanagari" w:eastAsia="Noto Sans Devanagari"/>
          <w:b w:val="0"/>
          <w:i w:val="0"/>
          <w:sz w:val="20"/>
        </w:rPr>
        <w:t>रिपोर्टिङ गर्नु पर्नेछ ।</w:t>
      </w:r>
    </w:p>
    <w:p>
      <w:pPr>
        <w:spacing w:after="62" w:line="259" w:lineRule="auto"/>
        <w:ind w:left="115"/>
      </w:pPr>
      <w:r>
        <w:rPr>
          <w:rFonts w:ascii="Noto Sans" w:hAnsi="Noto Sans" w:cs="Noto Sans Devanagari" w:eastAsia="Noto Sans Devanagari"/>
          <w:b w:val="0"/>
          <w:i w:val="0"/>
          <w:sz w:val="20"/>
        </w:rPr>
        <w:t>(छ) यस्तो रकम दुरुपयोग भएको पाइएमा सम्बन्धित अभिभावक/आफन्त स्वयम् जिम्मेवार हुनु</w:t>
      </w:r>
    </w:p>
    <w:p>
      <w:pPr>
        <w:spacing w:after="62" w:line="259" w:lineRule="auto"/>
      </w:pPr>
      <w:r>
        <w:rPr>
          <w:rFonts w:ascii="Noto Sans" w:hAnsi="Noto Sans" w:cs="Noto Sans Devanagari" w:eastAsia="Noto Sans Devanagari"/>
          <w:b w:val="0"/>
          <w:i w:val="0"/>
          <w:sz w:val="20"/>
        </w:rPr>
        <w:t>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4. Living-Expense Exchange without NOC</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4. Exchange facility for living expenses may be provided to Nepali students residing abroad even without a No Objection Letter/Certificate (NOC) of the Ministry of Education, Government of Nepal, subject to the following conditions:</w:t>
      </w:r>
    </w:p>
    <w:p>
      <w:pPr>
        <w:spacing w:after="70" w:line="259" w:lineRule="auto"/>
      </w:pPr>
      <w:r>
        <w:rPr>
          <w:rFonts w:ascii="Noto Sans" w:hAnsi="Noto Sans" w:cs="Noto Sans Devanagari" w:eastAsia="Noto Sans Devanagari"/>
          <w:b w:val="0"/>
          <w:i w:val="0"/>
          <w:color w:val="222222"/>
          <w:sz w:val="18"/>
        </w:rPr>
        <w:t>Conditions</w:t>
      </w:r>
    </w:p>
    <w:p>
      <w:pPr>
        <w:spacing w:after="70" w:line="259" w:lineRule="auto"/>
        <w:ind w:left="115"/>
      </w:pPr>
      <w:r>
        <w:rPr>
          <w:rFonts w:ascii="Noto Sans" w:hAnsi="Noto Sans" w:cs="Noto Sans Devanagari" w:eastAsia="Noto Sans Devanagari"/>
          <w:b w:val="0"/>
          <w:i w:val="0"/>
          <w:color w:val="222222"/>
          <w:sz w:val="18"/>
        </w:rPr>
        <w:t>(a) The beneficiary of the amount so remitted shall be a Nepali student currently abroad.</w:t>
      </w:r>
    </w:p>
    <w:p>
      <w:pPr>
        <w:spacing w:after="70" w:line="259" w:lineRule="auto"/>
        <w:ind w:left="115"/>
      </w:pPr>
      <w:r>
        <w:rPr>
          <w:rFonts w:ascii="Noto Sans" w:hAnsi="Noto Sans" w:cs="Noto Sans Devanagari" w:eastAsia="Noto Sans Devanagari"/>
          <w:b w:val="0"/>
          <w:i w:val="0"/>
          <w:color w:val="222222"/>
          <w:sz w:val="18"/>
        </w:rPr>
        <w:t>(b) When remitting the amount for living expenses, an application shall be submitted to the bank or financial institution together with documents showing that the person is abroad and studying.</w:t>
      </w:r>
    </w:p>
    <w:p>
      <w:pPr>
        <w:spacing w:after="70" w:line="259" w:lineRule="auto"/>
        <w:ind w:left="115"/>
      </w:pPr>
      <w:r>
        <w:rPr>
          <w:rFonts w:ascii="Noto Sans" w:hAnsi="Noto Sans" w:cs="Noto Sans Devanagari" w:eastAsia="Noto Sans Devanagari"/>
          <w:b w:val="0"/>
          <w:i w:val="0"/>
          <w:color w:val="222222"/>
          <w:sz w:val="18"/>
        </w:rPr>
        <w:t>(c) A maximum of USD 500 or equivalent other convertible foreign currency may be remitted only once per student.</w:t>
      </w:r>
    </w:p>
    <w:p>
      <w:pPr>
        <w:spacing w:after="70" w:line="259" w:lineRule="auto"/>
        <w:ind w:left="115"/>
      </w:pPr>
      <w:r>
        <w:rPr>
          <w:rFonts w:ascii="Noto Sans" w:hAnsi="Noto Sans" w:cs="Noto Sans Devanagari" w:eastAsia="Noto Sans Devanagari"/>
          <w:b w:val="0"/>
          <w:i w:val="0"/>
          <w:color w:val="222222"/>
          <w:sz w:val="18"/>
        </w:rPr>
        <w:t>(d) Only the student's parent/relative may remit the amount in this manner.</w:t>
      </w:r>
    </w:p>
    <w:p>
      <w:pPr>
        <w:spacing w:after="70" w:line="259" w:lineRule="auto"/>
        <w:ind w:left="115"/>
      </w:pPr>
      <w:r>
        <w:rPr>
          <w:rFonts w:ascii="Noto Sans" w:hAnsi="Noto Sans" w:cs="Noto Sans Devanagari" w:eastAsia="Noto Sans Devanagari"/>
          <w:b w:val="0"/>
          <w:i w:val="0"/>
          <w:color w:val="222222"/>
          <w:sz w:val="18"/>
        </w:rPr>
        <w:t>(e) The person requesting exchange facility shall submit a self-declaration that he/she has not obtained such exchange facility from another bank or financial institution.</w:t>
      </w:r>
    </w:p>
    <w:p>
      <w:pPr>
        <w:spacing w:after="70" w:line="259" w:lineRule="auto"/>
        <w:ind w:left="115"/>
      </w:pPr>
      <w:r>
        <w:rPr>
          <w:rFonts w:ascii="Noto Sans" w:hAnsi="Noto Sans" w:cs="Noto Sans Devanagari" w:eastAsia="Noto Sans Devanagari"/>
          <w:b w:val="0"/>
          <w:i w:val="0"/>
          <w:color w:val="222222"/>
          <w:sz w:val="18"/>
        </w:rPr>
        <w:t>(f) Details of exchange facility provided in this manner shall be reported to this Department within seven days after the end of the month.</w:t>
      </w:r>
    </w:p>
    <w:p>
      <w:pPr>
        <w:spacing w:after="70" w:line="259" w:lineRule="auto"/>
        <w:ind w:left="115"/>
      </w:pPr>
      <w:r>
        <w:rPr>
          <w:rFonts w:ascii="Noto Sans" w:hAnsi="Noto Sans" w:cs="Noto Sans Devanagari" w:eastAsia="Noto Sans Devanagari"/>
          <w:b w:val="0"/>
          <w:i w:val="0"/>
          <w:color w:val="222222"/>
          <w:sz w:val="18"/>
        </w:rPr>
        <w:t>(g) If such amount is found to have been misused, the concerned parent/relative shall himself/herself be responsible.</w:t>
      </w:r>
    </w:p>
    <w:p>
      <w:pPr>
        <w:keepNext/>
        <w:spacing w:before="200" w:after="80"/>
        <w:pBdr>
          <w:bottom w:val="single" w:sz="12" w:space="2" w:color="17365D"/>
        </w:pBdr>
      </w:pPr>
      <w:r>
        <w:rPr>
          <w:rFonts w:ascii="Noto Sans" w:hAnsi="Noto Sans" w:cs="Noto Sans Devanagari" w:eastAsia="Noto Sans Devanagari"/>
          <w:b/>
          <w:i w:val="0"/>
          <w:color w:val="17365D"/>
          <w:sz w:val="25"/>
        </w:rPr>
        <w:t>५. शिक्षा सेवा शुल्क फिर्ता सम्बन्धी प्रक्रियागत मापदण्ड लागू</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५. विविध कारणले वैदेशिक अध्ययनमा जान नपाएका विद्यार्थीले दाखिला गरेको शिक्षा सेवा शुल्क बापतको रकम</w:t>
      </w:r>
    </w:p>
    <w:p>
      <w:pPr>
        <w:spacing w:after="62" w:line="259" w:lineRule="auto"/>
      </w:pPr>
      <w:r>
        <w:rPr>
          <w:rFonts w:ascii="Noto Sans" w:hAnsi="Noto Sans" w:cs="Noto Sans Devanagari" w:eastAsia="Noto Sans Devanagari"/>
          <w:b w:val="0"/>
          <w:i w:val="0"/>
          <w:sz w:val="20"/>
        </w:rPr>
        <w:t>सरल र छिटो प्रक्रियाद्वारा फिर्ता दिने प्रयोजनको लागि आन्तरिक राजस्व विभागले मिति २०७८/०४/२१ मा</w:t>
      </w:r>
    </w:p>
    <w:p>
      <w:pPr>
        <w:spacing w:after="62" w:line="259" w:lineRule="auto"/>
      </w:pPr>
      <w:r>
        <w:rPr>
          <w:rFonts w:ascii="Noto Sans" w:hAnsi="Noto Sans" w:cs="Noto Sans Devanagari" w:eastAsia="Noto Sans Devanagari"/>
          <w:b w:val="0"/>
          <w:i w:val="0"/>
          <w:sz w:val="20"/>
        </w:rPr>
        <w:t>यसैसाथ संलग्न “शिक्षा सेवा शुल्क फिर्ता सम्बन्धी प्रक्रियागत मापदण्ड, २०७८” स्वीकृत गरेको हुँदा सोही</w:t>
      </w:r>
    </w:p>
    <w:p>
      <w:pPr>
        <w:spacing w:after="62" w:line="259" w:lineRule="auto"/>
      </w:pPr>
      <w:r>
        <w:rPr>
          <w:rFonts w:ascii="Noto Sans" w:hAnsi="Noto Sans" w:cs="Noto Sans Devanagari" w:eastAsia="Noto Sans Devanagari"/>
          <w:b w:val="0"/>
          <w:i w:val="0"/>
          <w:sz w:val="20"/>
        </w:rPr>
        <w:t>बमोजिम गर्नु गराउनु हुन यो परिपत्र जारी गरिएको छ ।</w:t>
      </w:r>
    </w:p>
    <w:p>
      <w:pPr>
        <w:keepNext/>
        <w:spacing w:before="200" w:after="80"/>
        <w:pBdr>
          <w:bottom w:val="single" w:sz="12" w:space="2" w:color="2F5597"/>
        </w:pBdr>
      </w:pPr>
      <w:r>
        <w:rPr>
          <w:rFonts w:ascii="Noto Sans" w:hAnsi="Noto Sans" w:cs="Noto Sans Devanagari" w:eastAsia="Noto Sans Devanagari"/>
          <w:b/>
          <w:i w:val="0"/>
          <w:color w:val="2F5597"/>
          <w:sz w:val="24"/>
        </w:rPr>
        <w:t>5. Application of Procedural Standards for Education Service Fee Refund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5. As the Inland Revenue Department approved on 2078/04/21 the attached “Procedural Standards Relating to Refund of Education Service Fee, 2078” for the purpose of refunding, through a simple and expeditious process, the amount deposited as education service fee by students who could not go abroad for study for various reasons, this Circular is issued for compliance in accordance therewith.</w:t>
      </w:r>
    </w:p>
    <w:p>
      <w:pPr>
        <w:keepNext/>
        <w:spacing w:before="200" w:after="80"/>
        <w:pBdr>
          <w:bottom w:val="single" w:sz="12" w:space="2" w:color="17365D"/>
        </w:pBdr>
      </w:pPr>
      <w:r>
        <w:rPr>
          <w:rFonts w:ascii="Noto Sans" w:hAnsi="Noto Sans" w:cs="Noto Sans Devanagari" w:eastAsia="Noto Sans Devanagari"/>
          <w:b/>
          <w:i w:val="0"/>
          <w:color w:val="17365D"/>
          <w:sz w:val="25"/>
        </w:rPr>
        <w:t>६. विविध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६. विविध व्यवस्था ः</w:t>
      </w:r>
    </w:p>
    <w:p>
      <w:pPr>
        <w:spacing w:after="62" w:line="259" w:lineRule="auto"/>
        <w:ind w:left="115"/>
      </w:pPr>
      <w:r>
        <w:rPr>
          <w:rFonts w:ascii="Noto Sans" w:hAnsi="Noto Sans" w:cs="Noto Sans Devanagari" w:eastAsia="Noto Sans Devanagari"/>
          <w:b w:val="0"/>
          <w:i w:val="0"/>
          <w:sz w:val="20"/>
        </w:rPr>
        <w:t>(क) विदेशमा अध्ययन गर्नर् जाने विद्यार्थीलाई भाषा परीक्षा तथा मानकीकृत परीक्षण शुल्क बापत विदेशी</w:t>
      </w:r>
    </w:p>
    <w:p>
      <w:pPr>
        <w:spacing w:after="62" w:line="259" w:lineRule="auto"/>
      </w:pPr>
      <w:r>
        <w:rPr>
          <w:rFonts w:ascii="Noto Sans" w:hAnsi="Noto Sans" w:cs="Noto Sans Devanagari" w:eastAsia="Noto Sans Devanagari"/>
          <w:b w:val="0"/>
          <w:i w:val="0"/>
          <w:sz w:val="20"/>
        </w:rPr>
        <w:t>मुद्राको सटही सुविधा उपलब्ध गराउँदा परीक्षा शुल्क बापतको रकममा आयकर ऐन, २०५८ को दफा</w:t>
      </w:r>
    </w:p>
    <w:p>
      <w:pPr>
        <w:spacing w:after="62" w:line="259" w:lineRule="auto"/>
        <w:ind w:left="115"/>
      </w:pPr>
      <w:r>
        <w:rPr>
          <w:rFonts w:ascii="Noto Sans" w:hAnsi="Noto Sans" w:cs="Noto Sans Devanagari" w:eastAsia="Noto Sans Devanagari"/>
          <w:b w:val="0"/>
          <w:i w:val="0"/>
          <w:sz w:val="20"/>
        </w:rPr>
        <w:t>९५क. ले तोकेबमोजिमको अग्रिम कर असुल गर्नु पर्नेछ ।</w:t>
      </w:r>
    </w:p>
    <w:p>
      <w:pPr>
        <w:spacing w:after="62" w:line="259" w:lineRule="auto"/>
        <w:ind w:left="115"/>
      </w:pPr>
      <w:r>
        <w:rPr>
          <w:rFonts w:ascii="Noto Sans" w:hAnsi="Noto Sans" w:cs="Noto Sans Devanagari" w:eastAsia="Noto Sans Devanagari"/>
          <w:b w:val="0"/>
          <w:i w:val="0"/>
          <w:sz w:val="20"/>
        </w:rPr>
        <w:t>(ख) यो परिपत्र जारी हुनु पूर्व नेपाल सरकार, शिक्षा मन्त्रालयले यस बैंकलाई सम्बोधन गरी लेखेको सिफारिस</w:t>
      </w:r>
    </w:p>
    <w:p>
      <w:pPr>
        <w:spacing w:after="62" w:line="259" w:lineRule="auto"/>
      </w:pPr>
      <w:r>
        <w:rPr>
          <w:rFonts w:ascii="Noto Sans" w:hAnsi="Noto Sans" w:cs="Noto Sans Devanagari" w:eastAsia="Noto Sans Devanagari"/>
          <w:b w:val="0"/>
          <w:i w:val="0"/>
          <w:sz w:val="20"/>
        </w:rPr>
        <w:t>पत्रको आधारमा विदेशमा अध्ययनरत विद्यार्थीलाई आवश्यक पर्ने निर्वाह बापतको रकमको सटही सुविधा</w:t>
      </w:r>
    </w:p>
    <w:p>
      <w:pPr>
        <w:spacing w:after="62" w:line="259" w:lineRule="auto"/>
      </w:pPr>
      <w:r>
        <w:rPr>
          <w:rFonts w:ascii="Noto Sans" w:hAnsi="Noto Sans" w:cs="Noto Sans Devanagari" w:eastAsia="Noto Sans Devanagari"/>
          <w:b w:val="0"/>
          <w:i w:val="0"/>
          <w:sz w:val="20"/>
        </w:rPr>
        <w:t>उपलब्ध गराइदिन भनि विद्यार्थी वा निजका अभिभावक/आफन्तले अनुरोध गरेमा यस बैंकबाट उपलब्ध</w:t>
      </w:r>
    </w:p>
    <w:p>
      <w:pPr>
        <w:spacing w:after="62" w:line="259" w:lineRule="auto"/>
      </w:pPr>
      <w:r>
        <w:rPr>
          <w:rFonts w:ascii="Noto Sans" w:hAnsi="Noto Sans" w:cs="Noto Sans Devanagari" w:eastAsia="Noto Sans Devanagari"/>
          <w:b w:val="0"/>
          <w:i w:val="0"/>
          <w:sz w:val="20"/>
        </w:rPr>
        <w:t>गराईने प्रमाणित कागजात तथा विवरणको आधारमा यसै परिपत्रको अधीनमा रही त्यस्तो सटही सुविधा</w:t>
      </w:r>
    </w:p>
    <w:p>
      <w:pPr>
        <w:spacing w:after="62" w:line="259" w:lineRule="auto"/>
      </w:pPr>
      <w:r>
        <w:rPr>
          <w:rFonts w:ascii="Noto Sans" w:hAnsi="Noto Sans" w:cs="Noto Sans Devanagari" w:eastAsia="Noto Sans Devanagari"/>
          <w:b w:val="0"/>
          <w:i w:val="0"/>
          <w:sz w:val="20"/>
        </w:rPr>
        <w:t>उपलब्ध गराउनु पर्नेछ ।</w:t>
      </w:r>
    </w:p>
    <w:p>
      <w:pPr>
        <w:spacing w:after="62" w:line="259" w:lineRule="auto"/>
        <w:ind w:left="115"/>
      </w:pPr>
      <w:r>
        <w:rPr>
          <w:rFonts w:ascii="Noto Sans" w:hAnsi="Noto Sans" w:cs="Noto Sans Devanagari" w:eastAsia="Noto Sans Devanagari"/>
          <w:b w:val="0"/>
          <w:i w:val="0"/>
          <w:sz w:val="20"/>
        </w:rPr>
        <w:t>(ग) माथि उल्लिखित व्यवस्था अनुसार प्रत्येक पटक सटही सुविधा प्रदान गरेको स्पष्ट देखिने गरी प्रत्येक</w:t>
      </w:r>
    </w:p>
    <w:p>
      <w:pPr>
        <w:spacing w:after="62" w:line="259" w:lineRule="auto"/>
      </w:pPr>
      <w:r>
        <w:rPr>
          <w:rFonts w:ascii="Noto Sans" w:hAnsi="Noto Sans" w:cs="Noto Sans Devanagari" w:eastAsia="Noto Sans Devanagari"/>
          <w:b w:val="0"/>
          <w:i w:val="0"/>
          <w:sz w:val="20"/>
        </w:rPr>
        <w:t>विद्यार्थीको छुट्टाछुट्टै अभिलेख (विद्युतीय वा अन्य उफयुत माध्यमबाट) राख्नु पर्नेछ ।</w:t>
      </w:r>
    </w:p>
    <w:p>
      <w:pPr>
        <w:spacing w:after="62" w:line="259" w:lineRule="auto"/>
        <w:ind w:left="115"/>
      </w:pPr>
      <w:r>
        <w:rPr>
          <w:rFonts w:ascii="Noto Sans" w:hAnsi="Noto Sans" w:cs="Noto Sans Devanagari" w:eastAsia="Noto Sans Devanagari"/>
          <w:b w:val="0"/>
          <w:i w:val="0"/>
          <w:sz w:val="20"/>
        </w:rPr>
        <w:t>(घ) कुनै एक बैंक/वित्तीय संस्थाबाट सटही सुविधा लिईरहेका विद्यार्थी वा निजका अभिभावक/आफन्तले</w:t>
      </w:r>
    </w:p>
    <w:p>
      <w:pPr>
        <w:spacing w:after="62" w:line="259" w:lineRule="auto"/>
      </w:pPr>
      <w:r>
        <w:rPr>
          <w:rFonts w:ascii="Noto Sans" w:hAnsi="Noto Sans" w:cs="Noto Sans Devanagari" w:eastAsia="Noto Sans Devanagari"/>
          <w:b w:val="0"/>
          <w:i w:val="0"/>
          <w:sz w:val="20"/>
        </w:rPr>
        <w:t>लिखित अनुरोध गरी अन्य बैंक/वित्तीय संस्थाबाट सटही सुविधा लिन चाहेमा आफ्नो अभिलेखमा भएका</w:t>
      </w:r>
    </w:p>
    <w:p>
      <w:pPr>
        <w:spacing w:after="62" w:line="259" w:lineRule="auto"/>
      </w:pPr>
      <w:r>
        <w:rPr>
          <w:rFonts w:ascii="Noto Sans" w:hAnsi="Noto Sans" w:cs="Noto Sans Devanagari" w:eastAsia="Noto Sans Devanagari"/>
          <w:b w:val="0"/>
          <w:i w:val="0"/>
          <w:sz w:val="20"/>
        </w:rPr>
        <w:t>कागजात तथा उपलब्ध गराएको सटही सुविधा सम्बन्धी सम्पूर्ण विवरण प्रमाणित गरी सम्बन्धित पक्षलाई</w:t>
      </w:r>
    </w:p>
    <w:p>
      <w:pPr>
        <w:spacing w:after="62" w:line="259" w:lineRule="auto"/>
      </w:pPr>
      <w:r>
        <w:rPr>
          <w:rFonts w:ascii="Noto Sans" w:hAnsi="Noto Sans" w:cs="Noto Sans Devanagari" w:eastAsia="Noto Sans Devanagari"/>
          <w:b w:val="0"/>
          <w:i w:val="0"/>
          <w:sz w:val="20"/>
        </w:rPr>
        <w:t>उपलब्ध गराउनु पर्नेछ ।</w:t>
      </w:r>
    </w:p>
    <w:p>
      <w:pPr>
        <w:spacing w:after="62" w:line="259" w:lineRule="auto"/>
        <w:ind w:left="115"/>
      </w:pPr>
      <w:r>
        <w:rPr>
          <w:rFonts w:ascii="Noto Sans" w:hAnsi="Noto Sans" w:cs="Noto Sans Devanagari" w:eastAsia="Noto Sans Devanagari"/>
          <w:b w:val="0"/>
          <w:i w:val="0"/>
          <w:sz w:val="20"/>
        </w:rPr>
        <w:t>(ङ) यसरी प्रदान गरेको सटही सुविधाको विवरण नेपाल राष्ट्र बैंक, आर्थिक अनुसन्धान विभाग, शोधनान्तर</w:t>
      </w:r>
    </w:p>
    <w:p>
      <w:pPr>
        <w:spacing w:after="62" w:line="259" w:lineRule="auto"/>
      </w:pPr>
      <w:r>
        <w:rPr>
          <w:rFonts w:ascii="Noto Sans" w:hAnsi="Noto Sans" w:cs="Noto Sans Devanagari" w:eastAsia="Noto Sans Devanagari"/>
          <w:b w:val="0"/>
          <w:i w:val="0"/>
          <w:sz w:val="20"/>
        </w:rPr>
        <w:t>शाखामा अनुसूची २ फा.नं.ने.शो २ (क) कोड नं. १२०५०० शिक्षा शीर्षकमा उल्लेख गरी अनिवार्य रूपले</w:t>
      </w:r>
    </w:p>
    <w:p>
      <w:pPr>
        <w:spacing w:after="62" w:line="259" w:lineRule="auto"/>
      </w:pPr>
      <w:r>
        <w:rPr>
          <w:rFonts w:ascii="Noto Sans" w:hAnsi="Noto Sans" w:cs="Noto Sans Devanagari" w:eastAsia="Noto Sans Devanagari"/>
          <w:b w:val="0"/>
          <w:i w:val="0"/>
          <w:sz w:val="20"/>
        </w:rPr>
        <w:t>मासिक रूपमा पठाउनु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6. Miscellaneous Provisions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6. Miscellaneous Provisions</w:t>
      </w:r>
    </w:p>
    <w:p>
      <w:pPr>
        <w:spacing w:after="70" w:line="259" w:lineRule="auto"/>
        <w:ind w:left="115"/>
      </w:pPr>
      <w:r>
        <w:rPr>
          <w:rFonts w:ascii="Noto Sans" w:hAnsi="Noto Sans" w:cs="Noto Sans Devanagari" w:eastAsia="Noto Sans Devanagari"/>
          <w:b w:val="0"/>
          <w:i w:val="0"/>
          <w:color w:val="222222"/>
          <w:sz w:val="18"/>
        </w:rPr>
        <w:t>(a) When providing foreign currency exchange facility to a student going abroad for study for language examinations and standardised testing fees, advance tax as prescribed by Section 95A of the Income Tax Act, 2058 shall be collected on the examination fee amount.</w:t>
      </w:r>
    </w:p>
    <w:p>
      <w:pPr>
        <w:spacing w:after="70" w:line="259" w:lineRule="auto"/>
        <w:ind w:left="115"/>
      </w:pPr>
      <w:r>
        <w:rPr>
          <w:rFonts w:ascii="Noto Sans" w:hAnsi="Noto Sans" w:cs="Noto Sans Devanagari" w:eastAsia="Noto Sans Devanagari"/>
          <w:b w:val="0"/>
          <w:i w:val="0"/>
          <w:color w:val="222222"/>
          <w:sz w:val="18"/>
        </w:rPr>
        <w:t>(b) Where, before issuance of this Circular, a student or his/her parent/relative requests exchange facility for living expenses required by a student studying abroad on the basis of a recommendation letter addressed to this Bank by the Ministry of Education, Government of Nepal, such exchange facility shall be provided, subject to this Circular, on the basis of certified documents and details made available by this Bank.</w:t>
      </w:r>
    </w:p>
    <w:p>
      <w:pPr>
        <w:spacing w:after="70" w:line="259" w:lineRule="auto"/>
        <w:ind w:left="115"/>
      </w:pPr>
      <w:r>
        <w:rPr>
          <w:rFonts w:ascii="Noto Sans" w:hAnsi="Noto Sans" w:cs="Noto Sans Devanagari" w:eastAsia="Noto Sans Devanagari"/>
          <w:b w:val="0"/>
          <w:i w:val="0"/>
          <w:color w:val="222222"/>
          <w:sz w:val="18"/>
        </w:rPr>
        <w:t>(c) A separate record for each student, electronic or by another suitable medium, shall be maintained so as to clearly show each instance of exchange facility provided under the provisions above.</w:t>
      </w:r>
    </w:p>
    <w:p>
      <w:pPr>
        <w:spacing w:after="70" w:line="259" w:lineRule="auto"/>
        <w:ind w:left="115"/>
      </w:pPr>
      <w:r>
        <w:rPr>
          <w:rFonts w:ascii="Noto Sans" w:hAnsi="Noto Sans" w:cs="Noto Sans Devanagari" w:eastAsia="Noto Sans Devanagari"/>
          <w:b w:val="0"/>
          <w:i w:val="0"/>
          <w:color w:val="222222"/>
          <w:sz w:val="18"/>
        </w:rPr>
        <w:t>(d) Where a student or his/her parent/relative who has been obtaining exchange facility from one bank/financial institution wishes to obtain exchange facility from another bank/financial institution upon written request, the bank/financial institution shall certify and provide to the concerned party all documents in its records and all details relating to exchange facility already provided.</w:t>
      </w:r>
    </w:p>
    <w:p>
      <w:pPr>
        <w:spacing w:after="70" w:line="259" w:lineRule="auto"/>
        <w:ind w:left="115"/>
      </w:pPr>
      <w:r>
        <w:rPr>
          <w:rFonts w:ascii="Noto Sans" w:hAnsi="Noto Sans" w:cs="Noto Sans Devanagari" w:eastAsia="Noto Sans Devanagari"/>
          <w:b w:val="0"/>
          <w:i w:val="0"/>
          <w:color w:val="222222"/>
          <w:sz w:val="18"/>
        </w:rPr>
        <w:t>(e) Details of exchange facility so provided shall mandatorily be submitted monthly to Nepal Rastra Bank, Economic Research Department, Balance of Payments Division, under Schedule 2, Form No. N.Sho. 2(a), Code No. 120500, Education heading.</w:t>
      </w:r>
    </w:p>
    <w:p>
      <w:pPr>
        <w:keepNext/>
        <w:spacing w:before="200" w:after="80"/>
        <w:pBdr>
          <w:bottom w:val="single" w:sz="12" w:space="2" w:color="17365D"/>
        </w:pBdr>
      </w:pPr>
      <w:r>
        <w:rPr>
          <w:rFonts w:ascii="Noto Sans" w:hAnsi="Noto Sans" w:cs="Noto Sans Devanagari" w:eastAsia="Noto Sans Devanagari"/>
          <w:b/>
          <w:i w:val="0"/>
          <w:color w:val="17365D"/>
          <w:sz w:val="25"/>
        </w:rPr>
        <w:t>७. वैदेशिक अध्ययन स्वीकृति पोर्टल प्रयोग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७. यस एकीकृत इ.प्रा. परिपत्र ः ८/२०८२ मा अन्यत्र जुनसुकै कुरा लेखिएको भएतापनि नेपाल सरकार, शिक्षा,</w:t>
      </w:r>
    </w:p>
    <w:p>
      <w:pPr>
        <w:spacing w:after="62" w:line="259" w:lineRule="auto"/>
      </w:pPr>
      <w:r>
        <w:rPr>
          <w:rFonts w:ascii="Noto Sans" w:hAnsi="Noto Sans" w:cs="Noto Sans Devanagari" w:eastAsia="Noto Sans Devanagari"/>
          <w:b w:val="0"/>
          <w:i w:val="0"/>
          <w:sz w:val="20"/>
        </w:rPr>
        <w:t>विज्ञान तथा प्रविधि मन्त्रालयले स्वीकृत गरेको “वैदेशिक अध्ययन स्वीकृति सम्बन्धी निर्देशिका, २०७९” बमोजिम</w:t>
      </w:r>
    </w:p>
    <w:p>
      <w:pPr>
        <w:spacing w:after="62" w:line="259" w:lineRule="auto"/>
      </w:pPr>
      <w:r>
        <w:rPr>
          <w:rFonts w:ascii="Noto Sans" w:hAnsi="Noto Sans" w:cs="Noto Sans Devanagari" w:eastAsia="Noto Sans Devanagari"/>
          <w:b w:val="0"/>
          <w:i w:val="0"/>
          <w:sz w:val="20"/>
        </w:rPr>
        <w:t>उक्त मन्त्रालयले व्यवस्था गरेको पोर्टल प्रयोगमा आएपश्चात् बैंक तथा वित्तीय संस्थाले सोही पोर्टलमा उपलब्ध</w:t>
      </w:r>
    </w:p>
    <w:p>
      <w:pPr>
        <w:spacing w:after="62" w:line="259" w:lineRule="auto"/>
      </w:pPr>
      <w:r>
        <w:rPr>
          <w:rFonts w:ascii="Noto Sans" w:hAnsi="Noto Sans" w:cs="Noto Sans Devanagari" w:eastAsia="Noto Sans Devanagari"/>
          <w:b w:val="0"/>
          <w:i w:val="0"/>
          <w:sz w:val="20"/>
        </w:rPr>
        <w:t>वैदेशिक अध्ययनको स्वीकृति (No Objection Letter) सम्बन्धी विवरण यकिन गरी सटही सुविधा उपलब्ध</w:t>
      </w:r>
    </w:p>
    <w:p>
      <w:pPr>
        <w:spacing w:after="62" w:line="259" w:lineRule="auto"/>
      </w:pPr>
      <w:r>
        <w:rPr>
          <w:rFonts w:ascii="Noto Sans" w:hAnsi="Noto Sans" w:cs="Noto Sans Devanagari" w:eastAsia="Noto Sans Devanagari"/>
          <w:b w:val="0"/>
          <w:i w:val="0"/>
          <w:sz w:val="20"/>
        </w:rPr>
        <w:t>गराउनु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7. Use of Foreign Study Approval Portal</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7. Notwithstanding anything stated elsewhere in this Unified F.E. Circular No. 8/2082, after the portal arranged by the Ministry of Education, Science and Technology, Government of Nepal, pursuant to the “Foreign Study Approval Guidelines, 2079” approved by that Ministry comes into use, banks and financial institutions shall verify the foreign study approval (No Objection Letter) details available in that portal and provide exchange facility accordingly.</w:t>
      </w:r>
    </w:p>
    <w:p>
      <w:pPr>
        <w:keepNext/>
        <w:spacing w:before="200" w:after="80"/>
        <w:pBdr>
          <w:bottom w:val="single" w:sz="12" w:space="2" w:color="17365D"/>
        </w:pBdr>
      </w:pPr>
      <w:r>
        <w:rPr>
          <w:rFonts w:ascii="Noto Sans" w:hAnsi="Noto Sans" w:cs="Noto Sans Devanagari" w:eastAsia="Noto Sans Devanagari"/>
          <w:b/>
          <w:i w:val="0"/>
          <w:color w:val="17365D"/>
          <w:sz w:val="25"/>
        </w:rPr>
        <w:t>शिक्षा सेवा शुल्क फिर्ता सम्बन्धी प्रक्रियागत मापदण्ड, २०७८</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शिक्षा सेवा शुल्क फिर्ता सम्बन्धी प्रक्रियागत मापदण्ड, २०७८” स्वीकृत गरेको हुँदा सोही</w:t>
      </w:r>
    </w:p>
    <w:p>
      <w:pPr>
        <w:spacing w:after="62" w:line="259" w:lineRule="auto"/>
      </w:pPr>
      <w:r>
        <w:rPr>
          <w:rFonts w:ascii="Noto Sans" w:hAnsi="Noto Sans" w:cs="Noto Sans Devanagari" w:eastAsia="Noto Sans Devanagari"/>
          <w:b w:val="0"/>
          <w:i w:val="0"/>
          <w:sz w:val="20"/>
        </w:rPr>
        <w:t>बमोजिम गर्नु गराउनु हुन यो परिपत्र जारी गरिएको छ ।</w:t>
      </w:r>
    </w:p>
    <w:p>
      <w:pPr>
        <w:spacing w:after="62" w:line="259" w:lineRule="auto"/>
        <w:ind w:left="115"/>
      </w:pPr>
      <w:r>
        <w:rPr>
          <w:rFonts w:ascii="Noto Sans" w:hAnsi="Noto Sans" w:cs="Noto Sans Devanagari" w:eastAsia="Noto Sans Devanagari"/>
          <w:b w:val="0"/>
          <w:i w:val="0"/>
          <w:sz w:val="20"/>
        </w:rPr>
        <w:t>६. विविध व्यवस्था ः</w:t>
      </w:r>
    </w:p>
    <w:p>
      <w:pPr>
        <w:spacing w:after="62" w:line="259" w:lineRule="auto"/>
        <w:ind w:left="115"/>
      </w:pPr>
      <w:r>
        <w:rPr>
          <w:rFonts w:ascii="Noto Sans" w:hAnsi="Noto Sans" w:cs="Noto Sans Devanagari" w:eastAsia="Noto Sans Devanagari"/>
          <w:b w:val="0"/>
          <w:i w:val="0"/>
          <w:sz w:val="20"/>
        </w:rPr>
        <w:t>(क) विदेशमा अध्ययन गर्नर् जाने विद्यार्थीलाई भाषा परीक्षा तथा मानकीकृत परीक्षण शुल्क बापत विदेशी</w:t>
      </w:r>
    </w:p>
    <w:p>
      <w:pPr>
        <w:spacing w:after="62" w:line="259" w:lineRule="auto"/>
      </w:pPr>
      <w:r>
        <w:rPr>
          <w:rFonts w:ascii="Noto Sans" w:hAnsi="Noto Sans" w:cs="Noto Sans Devanagari" w:eastAsia="Noto Sans Devanagari"/>
          <w:b w:val="0"/>
          <w:i w:val="0"/>
          <w:sz w:val="20"/>
        </w:rPr>
        <w:t>मुद्राको सटही सुविधा उपलब्ध गराउँदा परीक्षा शुल्क बापतको रकममा आयकर ऐन, २०५८ को दफा</w:t>
      </w:r>
    </w:p>
    <w:p>
      <w:pPr>
        <w:spacing w:after="62" w:line="259" w:lineRule="auto"/>
        <w:ind w:left="115"/>
      </w:pPr>
      <w:r>
        <w:rPr>
          <w:rFonts w:ascii="Noto Sans" w:hAnsi="Noto Sans" w:cs="Noto Sans Devanagari" w:eastAsia="Noto Sans Devanagari"/>
          <w:b w:val="0"/>
          <w:i w:val="0"/>
          <w:sz w:val="20"/>
        </w:rPr>
        <w:t>९५क. ले तोकेबमोजिमको अग्रिम कर असुल गर्नु पर्नेछ ।</w:t>
      </w:r>
    </w:p>
    <w:p>
      <w:pPr>
        <w:spacing w:after="62" w:line="259" w:lineRule="auto"/>
        <w:ind w:left="115"/>
      </w:pPr>
      <w:r>
        <w:rPr>
          <w:rFonts w:ascii="Noto Sans" w:hAnsi="Noto Sans" w:cs="Noto Sans Devanagari" w:eastAsia="Noto Sans Devanagari"/>
          <w:b w:val="0"/>
          <w:i w:val="0"/>
          <w:sz w:val="20"/>
        </w:rPr>
        <w:t>(ख) यो परिपत्र जारी हुनु पूर्व नेपाल सरकार, शिक्षा मन्त्रालयले यस बैंकलाई सम्बोधन गरी लेखेको सिफारिस</w:t>
      </w:r>
    </w:p>
    <w:p>
      <w:pPr>
        <w:spacing w:after="62" w:line="259" w:lineRule="auto"/>
      </w:pPr>
      <w:r>
        <w:rPr>
          <w:rFonts w:ascii="Noto Sans" w:hAnsi="Noto Sans" w:cs="Noto Sans Devanagari" w:eastAsia="Noto Sans Devanagari"/>
          <w:b w:val="0"/>
          <w:i w:val="0"/>
          <w:sz w:val="20"/>
        </w:rPr>
        <w:t>पत्रको आधारमा विदेशमा अध्ययनरत विद्यार्थीलाई आवश्यक पर्ने निर्वाह बापतको रकमको सटही सुविधा</w:t>
      </w:r>
    </w:p>
    <w:p>
      <w:pPr>
        <w:spacing w:after="62" w:line="259" w:lineRule="auto"/>
      </w:pPr>
      <w:r>
        <w:rPr>
          <w:rFonts w:ascii="Noto Sans" w:hAnsi="Noto Sans" w:cs="Noto Sans Devanagari" w:eastAsia="Noto Sans Devanagari"/>
          <w:b w:val="0"/>
          <w:i w:val="0"/>
          <w:sz w:val="20"/>
        </w:rPr>
        <w:t>उपलब्ध गराइदिन भनि विद्यार्थी वा निजका अभिभावक/आफन्तले अनुरोध गरेमा यस बैंकबाट उपलब्ध</w:t>
      </w:r>
    </w:p>
    <w:p>
      <w:pPr>
        <w:spacing w:after="62" w:line="259" w:lineRule="auto"/>
      </w:pPr>
      <w:r>
        <w:rPr>
          <w:rFonts w:ascii="Noto Sans" w:hAnsi="Noto Sans" w:cs="Noto Sans Devanagari" w:eastAsia="Noto Sans Devanagari"/>
          <w:b w:val="0"/>
          <w:i w:val="0"/>
          <w:sz w:val="20"/>
        </w:rPr>
        <w:t>गराईने प्रमाणित कागजात तथा विवरणको आधारमा यसै परिपत्रको अधीनमा रही त्यस्तो सटही सुविधा</w:t>
      </w:r>
    </w:p>
    <w:p>
      <w:pPr>
        <w:spacing w:after="62" w:line="259" w:lineRule="auto"/>
      </w:pPr>
      <w:r>
        <w:rPr>
          <w:rFonts w:ascii="Noto Sans" w:hAnsi="Noto Sans" w:cs="Noto Sans Devanagari" w:eastAsia="Noto Sans Devanagari"/>
          <w:b w:val="0"/>
          <w:i w:val="0"/>
          <w:sz w:val="20"/>
        </w:rPr>
        <w:t>उपलब्ध गराउनु पर्नेछ ।</w:t>
      </w:r>
    </w:p>
    <w:p>
      <w:pPr>
        <w:spacing w:after="62" w:line="259" w:lineRule="auto"/>
        <w:ind w:left="115"/>
      </w:pPr>
      <w:r>
        <w:rPr>
          <w:rFonts w:ascii="Noto Sans" w:hAnsi="Noto Sans" w:cs="Noto Sans Devanagari" w:eastAsia="Noto Sans Devanagari"/>
          <w:b w:val="0"/>
          <w:i w:val="0"/>
          <w:sz w:val="20"/>
        </w:rPr>
        <w:t>(ग) माथि उल्लिखित व्यवस्था अनुसार प्रत्येक पटक सटही सुविधा प्रदान गरेको स्पष्ट देखिने गरी प्रत्येक</w:t>
      </w:r>
    </w:p>
    <w:p>
      <w:pPr>
        <w:spacing w:after="62" w:line="259" w:lineRule="auto"/>
      </w:pPr>
      <w:r>
        <w:rPr>
          <w:rFonts w:ascii="Noto Sans" w:hAnsi="Noto Sans" w:cs="Noto Sans Devanagari" w:eastAsia="Noto Sans Devanagari"/>
          <w:b w:val="0"/>
          <w:i w:val="0"/>
          <w:sz w:val="20"/>
        </w:rPr>
        <w:t>विद्यार्थीको छुट्टाछुट्टै अभिलेख (विद्युतीय वा अन्य उफयुत माध्यमबाट) राख्नु पर्नेछ ।</w:t>
      </w:r>
    </w:p>
    <w:p>
      <w:pPr>
        <w:spacing w:after="62" w:line="259" w:lineRule="auto"/>
        <w:ind w:left="115"/>
      </w:pPr>
      <w:r>
        <w:rPr>
          <w:rFonts w:ascii="Noto Sans" w:hAnsi="Noto Sans" w:cs="Noto Sans Devanagari" w:eastAsia="Noto Sans Devanagari"/>
          <w:b w:val="0"/>
          <w:i w:val="0"/>
          <w:sz w:val="20"/>
        </w:rPr>
        <w:t>(घ) कुनै एक बैंक/वित्तीय संस्थाबाट सटही सुविधा लिईरहेका विद्यार्थी वा निजका अभिभावक/आफन्तले</w:t>
      </w:r>
    </w:p>
    <w:p>
      <w:pPr>
        <w:spacing w:after="62" w:line="259" w:lineRule="auto"/>
      </w:pPr>
      <w:r>
        <w:rPr>
          <w:rFonts w:ascii="Noto Sans" w:hAnsi="Noto Sans" w:cs="Noto Sans Devanagari" w:eastAsia="Noto Sans Devanagari"/>
          <w:b w:val="0"/>
          <w:i w:val="0"/>
          <w:sz w:val="20"/>
        </w:rPr>
        <w:t>लिखित अनुरोध गरी अन्य बैंक/वित्तीय संस्थाबाट सटही सुविधा लिन चाहेमा आफ्नो अभिलेखमा भएका</w:t>
      </w:r>
    </w:p>
    <w:p>
      <w:pPr>
        <w:spacing w:after="62" w:line="259" w:lineRule="auto"/>
      </w:pPr>
      <w:r>
        <w:rPr>
          <w:rFonts w:ascii="Noto Sans" w:hAnsi="Noto Sans" w:cs="Noto Sans Devanagari" w:eastAsia="Noto Sans Devanagari"/>
          <w:b w:val="0"/>
          <w:i w:val="0"/>
          <w:sz w:val="20"/>
        </w:rPr>
        <w:t>कागजात तथा उपलब्ध गराएको सटही सुविधा सम्बन्धी सम्पूर्ण विवरण प्रमाणित गरी सम्बन्धित पक्षलाई</w:t>
      </w:r>
    </w:p>
    <w:p>
      <w:pPr>
        <w:spacing w:after="62" w:line="259" w:lineRule="auto"/>
      </w:pPr>
      <w:r>
        <w:rPr>
          <w:rFonts w:ascii="Noto Sans" w:hAnsi="Noto Sans" w:cs="Noto Sans Devanagari" w:eastAsia="Noto Sans Devanagari"/>
          <w:b w:val="0"/>
          <w:i w:val="0"/>
          <w:sz w:val="20"/>
        </w:rPr>
        <w:t>उपलब्ध गराउनु पर्नेछ ।</w:t>
      </w:r>
    </w:p>
    <w:p>
      <w:pPr>
        <w:spacing w:after="62" w:line="259" w:lineRule="auto"/>
        <w:ind w:left="115"/>
      </w:pPr>
      <w:r>
        <w:rPr>
          <w:rFonts w:ascii="Noto Sans" w:hAnsi="Noto Sans" w:cs="Noto Sans Devanagari" w:eastAsia="Noto Sans Devanagari"/>
          <w:b w:val="0"/>
          <w:i w:val="0"/>
          <w:sz w:val="20"/>
        </w:rPr>
        <w:t>(ङ) यसरी प्रदान गरेको सटही सुविधाको विवरण नेपाल राष्ट्र बैंक, आर्थिक अनुसन्धान विभाग, शोधनान्तर</w:t>
      </w:r>
    </w:p>
    <w:p>
      <w:pPr>
        <w:spacing w:after="62" w:line="259" w:lineRule="auto"/>
      </w:pPr>
      <w:r>
        <w:rPr>
          <w:rFonts w:ascii="Noto Sans" w:hAnsi="Noto Sans" w:cs="Noto Sans Devanagari" w:eastAsia="Noto Sans Devanagari"/>
          <w:b w:val="0"/>
          <w:i w:val="0"/>
          <w:sz w:val="20"/>
        </w:rPr>
        <w:t>शाखामा अनुसूची २ फा.नं.ने.शो २ (क) कोड नं. १२०५०० शिक्षा शीर्षकमा उल्लेख गरी अनिवार्य रूपले</w:t>
      </w:r>
    </w:p>
    <w:p>
      <w:pPr>
        <w:spacing w:after="62" w:line="259" w:lineRule="auto"/>
      </w:pPr>
      <w:r>
        <w:rPr>
          <w:rFonts w:ascii="Noto Sans" w:hAnsi="Noto Sans" w:cs="Noto Sans Devanagari" w:eastAsia="Noto Sans Devanagari"/>
          <w:b w:val="0"/>
          <w:i w:val="0"/>
          <w:sz w:val="20"/>
        </w:rPr>
        <w:t>मासिक रूपमा पठाउनु पर्नेछ ।</w:t>
      </w:r>
    </w:p>
    <w:p>
      <w:pPr>
        <w:spacing w:after="62" w:line="259" w:lineRule="auto"/>
        <w:ind w:left="115"/>
      </w:pPr>
      <w:r>
        <w:rPr>
          <w:rFonts w:ascii="Noto Sans" w:hAnsi="Noto Sans" w:cs="Noto Sans Devanagari" w:eastAsia="Noto Sans Devanagari"/>
          <w:b w:val="0"/>
          <w:i w:val="0"/>
          <w:sz w:val="20"/>
        </w:rPr>
        <w:t>७. यस एकीकृत इ.प्रा. परिपत्र ः ८/२०८२ मा अन्यत्र जुनसुकै कुरा लेखिएको भएतापनि नेपाल सरकार, शिक्षा,</w:t>
      </w:r>
    </w:p>
    <w:p>
      <w:pPr>
        <w:spacing w:after="62" w:line="259" w:lineRule="auto"/>
      </w:pPr>
      <w:r>
        <w:rPr>
          <w:rFonts w:ascii="Noto Sans" w:hAnsi="Noto Sans" w:cs="Noto Sans Devanagari" w:eastAsia="Noto Sans Devanagari"/>
          <w:b w:val="0"/>
          <w:i w:val="0"/>
          <w:sz w:val="20"/>
        </w:rPr>
        <w:t>विज्ञान तथा प्रविधि मन्त्रालयले स्वीकृत गरेको “वैदेशिक अध्ययन स्वीकृति सम्बन्धी निर्देशिका, २०७९” बमोजिम</w:t>
      </w:r>
    </w:p>
    <w:p>
      <w:pPr>
        <w:spacing w:after="62" w:line="259" w:lineRule="auto"/>
      </w:pPr>
      <w:r>
        <w:rPr>
          <w:rFonts w:ascii="Noto Sans" w:hAnsi="Noto Sans" w:cs="Noto Sans Devanagari" w:eastAsia="Noto Sans Devanagari"/>
          <w:b w:val="0"/>
          <w:i w:val="0"/>
          <w:sz w:val="20"/>
        </w:rPr>
        <w:t>उक्त मन्त्रालयले व्यवस्था गरेको पोर्टल प्रयोगमा आएपश्चात् बैंक तथा वित्तीय संस्थाले सोही पोर्टलमा उपलब्ध</w:t>
      </w:r>
    </w:p>
    <w:p>
      <w:pPr>
        <w:spacing w:after="62" w:line="259" w:lineRule="auto"/>
      </w:pPr>
      <w:r>
        <w:rPr>
          <w:rFonts w:ascii="Noto Sans" w:hAnsi="Noto Sans" w:cs="Noto Sans Devanagari" w:eastAsia="Noto Sans Devanagari"/>
          <w:b w:val="0"/>
          <w:i w:val="0"/>
          <w:sz w:val="20"/>
        </w:rPr>
        <w:t>वैदेशिक अध्ययनको स्वीकृति (No Objection Letter) सम्बन्धी विवरण यकिन गरी सटही सुविधा उपलब्ध</w:t>
      </w:r>
    </w:p>
    <w:p>
      <w:pPr>
        <w:spacing w:after="62" w:line="259" w:lineRule="auto"/>
      </w:pPr>
      <w:r>
        <w:rPr>
          <w:rFonts w:ascii="Noto Sans" w:hAnsi="Noto Sans" w:cs="Noto Sans Devanagari" w:eastAsia="Noto Sans Devanagari"/>
          <w:b w:val="0"/>
          <w:i w:val="0"/>
          <w:sz w:val="20"/>
        </w:rPr>
        <w:t>गराउनु पर्नेछ ।</w:t>
      </w:r>
    </w:p>
    <w:p>
      <w:pPr>
        <w:spacing w:after="62" w:line="259" w:lineRule="auto"/>
      </w:pPr>
      <w:r>
        <w:rPr>
          <w:rFonts w:ascii="Noto Sans" w:hAnsi="Noto Sans" w:cs="Noto Sans Devanagari" w:eastAsia="Noto Sans Devanagari"/>
          <w:b w:val="0"/>
          <w:i w:val="0"/>
          <w:sz w:val="20"/>
        </w:rPr>
        <w:t>शिक्षा सेवा शुल्क फिर्ता सम्बन्धी प्रक्रियागत मापदण्ड, २०७८</w:t>
      </w:r>
    </w:p>
    <w:p>
      <w:pPr>
        <w:spacing w:after="62" w:line="259" w:lineRule="auto"/>
      </w:pPr>
      <w:r>
        <w:rPr>
          <w:rFonts w:ascii="Noto Sans" w:hAnsi="Noto Sans" w:cs="Noto Sans Devanagari" w:eastAsia="Noto Sans Devanagari"/>
          <w:b w:val="0"/>
          <w:i w:val="0"/>
          <w:sz w:val="20"/>
        </w:rPr>
        <w:t>विभागबाट स्वीकृत मितिः २०७८/०४/२१</w:t>
      </w:r>
    </w:p>
    <w:p>
      <w:pPr>
        <w:spacing w:after="62" w:line="259" w:lineRule="auto"/>
      </w:pPr>
      <w:r>
        <w:rPr>
          <w:rFonts w:ascii="Noto Sans" w:hAnsi="Noto Sans" w:cs="Noto Sans Devanagari" w:eastAsia="Noto Sans Devanagari"/>
          <w:b w:val="0"/>
          <w:i w:val="0"/>
          <w:sz w:val="20"/>
        </w:rPr>
        <w:t>विविध कारणले वैदेशिक अध्ययनमा जान नपाएका विद्यार्थीले दाखिला गरेको शिक्षा सेवा शुल्क बापतको रकम सरल र छिटो प्रक्रियाद्वारा फिर्ता</w:t>
      </w:r>
    </w:p>
    <w:p>
      <w:pPr>
        <w:spacing w:after="62" w:line="259" w:lineRule="auto"/>
      </w:pPr>
      <w:r>
        <w:rPr>
          <w:rFonts w:ascii="Noto Sans" w:hAnsi="Noto Sans" w:cs="Noto Sans Devanagari" w:eastAsia="Noto Sans Devanagari"/>
          <w:b w:val="0"/>
          <w:i w:val="0"/>
          <w:sz w:val="20"/>
        </w:rPr>
        <w:t>दिने प्रयोजनको लागि आर्थिक अध्यादेश, २०७८ को दफा ८ को उपदफा (४) ले दिएको अधिकार प्रयोग गरी विभागले यो प्रक्रियागत मापदण्ड</w:t>
      </w:r>
    </w:p>
    <w:p>
      <w:pPr>
        <w:spacing w:after="62" w:line="259" w:lineRule="auto"/>
      </w:pPr>
      <w:r>
        <w:rPr>
          <w:rFonts w:ascii="Noto Sans" w:hAnsi="Noto Sans" w:cs="Noto Sans Devanagari" w:eastAsia="Noto Sans Devanagari"/>
          <w:b w:val="0"/>
          <w:i w:val="0"/>
          <w:sz w:val="20"/>
        </w:rPr>
        <w:t>बनाएको छ ।</w:t>
      </w:r>
    </w:p>
    <w:p>
      <w:pPr>
        <w:keepNext/>
        <w:spacing w:before="200" w:after="80"/>
        <w:pBdr>
          <w:bottom w:val="single" w:sz="12" w:space="2" w:color="2F5597"/>
        </w:pBdr>
      </w:pPr>
      <w:r>
        <w:rPr>
          <w:rFonts w:ascii="Noto Sans" w:hAnsi="Noto Sans" w:cs="Noto Sans Devanagari" w:eastAsia="Noto Sans Devanagari"/>
          <w:b/>
          <w:i w:val="0"/>
          <w:color w:val="2F5597"/>
          <w:sz w:val="24"/>
        </w:rPr>
        <w:t>Procedural Standards Relating to Refund of Education Service Fee, 2078</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Procedural Standards Relating to Refund of Education Service Fee, 2078</w:t>
      </w:r>
    </w:p>
    <w:p>
      <w:pPr>
        <w:spacing w:after="70" w:line="259" w:lineRule="auto"/>
      </w:pPr>
      <w:r>
        <w:rPr>
          <w:rFonts w:ascii="Noto Sans" w:hAnsi="Noto Sans" w:cs="Noto Sans Devanagari" w:eastAsia="Noto Sans Devanagari"/>
          <w:b w:val="0"/>
          <w:i w:val="0"/>
          <w:color w:val="222222"/>
          <w:sz w:val="18"/>
        </w:rPr>
        <w:t>Date Approved by the Department: 2078/04/21</w:t>
      </w:r>
    </w:p>
    <w:p>
      <w:pPr>
        <w:spacing w:after="70" w:line="259" w:lineRule="auto"/>
      </w:pPr>
      <w:r>
        <w:rPr>
          <w:rFonts w:ascii="Noto Sans" w:hAnsi="Noto Sans" w:cs="Noto Sans Devanagari" w:eastAsia="Noto Sans Devanagari"/>
          <w:b w:val="0"/>
          <w:i w:val="0"/>
          <w:color w:val="222222"/>
          <w:sz w:val="18"/>
        </w:rPr>
        <w:t>For the purpose of refunding, through a simple and expeditious process, the amount deposited as education service fee by students who could not go abroad for study for various reasons, the Department, in exercise of the power conferred by Section 8(4) of the Financial Ordinance, 2078, has made these Procedural Standards.</w:t>
      </w:r>
    </w:p>
    <w:p>
      <w:pPr>
        <w:keepNext/>
        <w:spacing w:before="200" w:after="80"/>
        <w:pBdr>
          <w:bottom w:val="single" w:sz="12" w:space="2" w:color="17365D"/>
        </w:pBdr>
      </w:pPr>
      <w:r>
        <w:rPr>
          <w:rFonts w:ascii="Noto Sans" w:hAnsi="Noto Sans" w:cs="Noto Sans Devanagari" w:eastAsia="Noto Sans Devanagari"/>
          <w:b/>
          <w:i w:val="0"/>
          <w:color w:val="17365D"/>
          <w:sz w:val="25"/>
        </w:rPr>
        <w:t>१. संक्षिप्त नाम र प्रारम्भ</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 संक्षिप्त नाम र प्रारम्भः</w:t>
      </w:r>
    </w:p>
    <w:p>
      <w:pPr>
        <w:spacing w:after="62" w:line="259" w:lineRule="auto"/>
      </w:pPr>
      <w:r>
        <w:rPr>
          <w:rFonts w:ascii="Noto Sans" w:hAnsi="Noto Sans" w:cs="Noto Sans Devanagari" w:eastAsia="Noto Sans Devanagari"/>
          <w:b w:val="0"/>
          <w:i w:val="0"/>
          <w:sz w:val="20"/>
        </w:rPr>
        <w:t>(१) यो मापदण्डको नाम “शिक्षा सेवा शुल्क फिर्ता सम्बन्धी प्रक्रियागत मापदण्ड, २०७८” रहेको छ ।</w:t>
      </w:r>
    </w:p>
    <w:p>
      <w:pPr>
        <w:spacing w:after="62" w:line="259" w:lineRule="auto"/>
      </w:pPr>
      <w:r>
        <w:rPr>
          <w:rFonts w:ascii="Noto Sans" w:hAnsi="Noto Sans" w:cs="Noto Sans Devanagari" w:eastAsia="Noto Sans Devanagari"/>
          <w:b w:val="0"/>
          <w:i w:val="0"/>
          <w:sz w:val="20"/>
        </w:rPr>
        <w:t>(२) यो मापदण्ड तुरुन्त प्रारम्भ हुनेछ ।</w:t>
      </w:r>
    </w:p>
    <w:p>
      <w:pPr>
        <w:spacing w:after="62" w:line="259" w:lineRule="auto"/>
      </w:pPr>
      <w:r>
        <w:rPr>
          <w:rFonts w:ascii="Noto Sans" w:hAnsi="Noto Sans" w:cs="Noto Sans Devanagari" w:eastAsia="Noto Sans Devanagari"/>
          <w:b w:val="0"/>
          <w:i w:val="0"/>
          <w:sz w:val="20"/>
        </w:rPr>
        <w:t>(३) यो मापदण्ड अनुसार मिति २०७८।०२।१५ गते पश्चात दाखिला भएको शिक्षा सेवा शुल्क मात्र फिर्ता दिइनेछ ।</w:t>
      </w:r>
    </w:p>
    <w:p>
      <w:pPr>
        <w:keepNext/>
        <w:spacing w:before="200" w:after="80"/>
        <w:pBdr>
          <w:bottom w:val="single" w:sz="12" w:space="2" w:color="2F5597"/>
        </w:pBdr>
      </w:pPr>
      <w:r>
        <w:rPr>
          <w:rFonts w:ascii="Noto Sans" w:hAnsi="Noto Sans" w:cs="Noto Sans Devanagari" w:eastAsia="Noto Sans Devanagari"/>
          <w:b/>
          <w:i w:val="0"/>
          <w:color w:val="2F5597"/>
          <w:sz w:val="24"/>
        </w:rPr>
        <w:t>1. Short Title and Commencement</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 Short Title and Commencement</w:t>
      </w:r>
    </w:p>
    <w:p>
      <w:pPr>
        <w:spacing w:after="70" w:line="259" w:lineRule="auto"/>
      </w:pPr>
      <w:r>
        <w:rPr>
          <w:rFonts w:ascii="Noto Sans" w:hAnsi="Noto Sans" w:cs="Noto Sans Devanagari" w:eastAsia="Noto Sans Devanagari"/>
          <w:b w:val="0"/>
          <w:i w:val="0"/>
          <w:color w:val="222222"/>
          <w:sz w:val="18"/>
        </w:rPr>
        <w:t>(1) These Standards shall be called the “Procedural Standards Relating to Refund of Education Service Fee, 2078”.</w:t>
      </w:r>
    </w:p>
    <w:p>
      <w:pPr>
        <w:spacing w:after="70" w:line="259" w:lineRule="auto"/>
      </w:pPr>
      <w:r>
        <w:rPr>
          <w:rFonts w:ascii="Noto Sans" w:hAnsi="Noto Sans" w:cs="Noto Sans Devanagari" w:eastAsia="Noto Sans Devanagari"/>
          <w:b w:val="0"/>
          <w:i w:val="0"/>
          <w:color w:val="222222"/>
          <w:sz w:val="18"/>
        </w:rPr>
        <w:t>(2) These Standards shall commence immediately.</w:t>
      </w:r>
    </w:p>
    <w:p>
      <w:pPr>
        <w:spacing w:after="70" w:line="259" w:lineRule="auto"/>
      </w:pPr>
      <w:r>
        <w:rPr>
          <w:rFonts w:ascii="Noto Sans" w:hAnsi="Noto Sans" w:cs="Noto Sans Devanagari" w:eastAsia="Noto Sans Devanagari"/>
          <w:b w:val="0"/>
          <w:i w:val="0"/>
          <w:color w:val="222222"/>
          <w:sz w:val="18"/>
        </w:rPr>
        <w:t>(3) Under these Standards, only education service fee deposited after 2078/02/15 shall be refunded.</w:t>
      </w:r>
    </w:p>
    <w:p>
      <w:pPr>
        <w:keepNext/>
        <w:spacing w:before="200" w:after="80"/>
        <w:pBdr>
          <w:bottom w:val="single" w:sz="12" w:space="2" w:color="17365D"/>
        </w:pBdr>
      </w:pPr>
      <w:r>
        <w:rPr>
          <w:rFonts w:ascii="Noto Sans" w:hAnsi="Noto Sans" w:cs="Noto Sans Devanagari" w:eastAsia="Noto Sans Devanagari"/>
          <w:b/>
          <w:i w:val="0"/>
          <w:color w:val="17365D"/>
          <w:sz w:val="25"/>
        </w:rPr>
        <w:t>२. परिभाषा</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२. परिभाषा ः विषय वा प्रसंगले अर्को अर्थ नलागेमा यस मापदण्डमा ‚ –</w:t>
      </w:r>
    </w:p>
    <w:p>
      <w:pPr>
        <w:spacing w:after="62" w:line="259" w:lineRule="auto"/>
        <w:ind w:left="115"/>
      </w:pPr>
      <w:r>
        <w:rPr>
          <w:rFonts w:ascii="Noto Sans" w:hAnsi="Noto Sans" w:cs="Noto Sans Devanagari" w:eastAsia="Noto Sans Devanagari"/>
          <w:b w:val="0"/>
          <w:i w:val="0"/>
          <w:sz w:val="20"/>
        </w:rPr>
        <w:t>(क) “कार्यालय” भन्नाले ठूला करदाता कार्यालय, मध्यम स्तरीय करदाता कार्यालय, आन्तरिक राजस्व कार्यालय वा करदाता सेवा कार्यालय</w:t>
      </w:r>
    </w:p>
    <w:p>
      <w:pPr>
        <w:spacing w:after="62" w:line="259" w:lineRule="auto"/>
      </w:pPr>
      <w:r>
        <w:rPr>
          <w:rFonts w:ascii="Noto Sans" w:hAnsi="Noto Sans" w:cs="Noto Sans Devanagari" w:eastAsia="Noto Sans Devanagari"/>
          <w:b w:val="0"/>
          <w:i w:val="0"/>
          <w:sz w:val="20"/>
        </w:rPr>
        <w:t>सम्झनु पर्छ ।</w:t>
      </w:r>
    </w:p>
    <w:p>
      <w:pPr>
        <w:spacing w:after="62" w:line="259" w:lineRule="auto"/>
        <w:ind w:left="115"/>
      </w:pPr>
      <w:r>
        <w:rPr>
          <w:rFonts w:ascii="Noto Sans" w:hAnsi="Noto Sans" w:cs="Noto Sans Devanagari" w:eastAsia="Noto Sans Devanagari"/>
          <w:b w:val="0"/>
          <w:i w:val="0"/>
          <w:sz w:val="20"/>
        </w:rPr>
        <w:t>(ख) “बैङ्क” भन्नाले नेपाल राष्ट्र बैङ्क, बैंकिङ विभाग लगायत सम्पूर्ण प्रदेशस्थित कार्यालयहरु तथा नेपाल राष्ट्र बैंङ्कबाट इजातपत्रप्राप्त बैङ्क तथा</w:t>
      </w:r>
    </w:p>
    <w:p>
      <w:pPr>
        <w:spacing w:after="62" w:line="259" w:lineRule="auto"/>
      </w:pPr>
      <w:r>
        <w:rPr>
          <w:rFonts w:ascii="Noto Sans" w:hAnsi="Noto Sans" w:cs="Noto Sans Devanagari" w:eastAsia="Noto Sans Devanagari"/>
          <w:b w:val="0"/>
          <w:i w:val="0"/>
          <w:sz w:val="20"/>
        </w:rPr>
        <w:t>वित्तीय संस्था सम्झनु पर्छ ।</w:t>
      </w:r>
    </w:p>
    <w:p>
      <w:pPr>
        <w:spacing w:after="62" w:line="259" w:lineRule="auto"/>
        <w:ind w:left="115"/>
      </w:pPr>
      <w:r>
        <w:rPr>
          <w:rFonts w:ascii="Noto Sans" w:hAnsi="Noto Sans" w:cs="Noto Sans Devanagari" w:eastAsia="Noto Sans Devanagari"/>
          <w:b w:val="0"/>
          <w:i w:val="0"/>
          <w:sz w:val="20"/>
        </w:rPr>
        <w:t>(ग) “विभाग” भन्नाले आन्तरिक राजस्व विभाग सम्झनु पर्छ ।</w:t>
      </w:r>
    </w:p>
    <w:p>
      <w:pPr>
        <w:spacing w:after="62" w:line="259" w:lineRule="auto"/>
        <w:ind w:left="115"/>
      </w:pPr>
      <w:r>
        <w:rPr>
          <w:rFonts w:ascii="Noto Sans" w:hAnsi="Noto Sans" w:cs="Noto Sans Devanagari" w:eastAsia="Noto Sans Devanagari"/>
          <w:b w:val="0"/>
          <w:i w:val="0"/>
          <w:sz w:val="20"/>
        </w:rPr>
        <w:t>(घ) “शिक्षा सेवा शुल्क” भन्नाले विदेशमा गई अध्ययन गर्नको लागि विदेशी मुद्रा सटही सुविधा लिई विदेशस्थित कलेज वा विश्वविद्यालयमा</w:t>
      </w:r>
    </w:p>
    <w:p>
      <w:pPr>
        <w:spacing w:after="62" w:line="259" w:lineRule="auto"/>
      </w:pPr>
      <w:r>
        <w:rPr>
          <w:rFonts w:ascii="Noto Sans" w:hAnsi="Noto Sans" w:cs="Noto Sans Devanagari" w:eastAsia="Noto Sans Devanagari"/>
          <w:b w:val="0"/>
          <w:i w:val="0"/>
          <w:sz w:val="20"/>
        </w:rPr>
        <w:t>शिक्षण शुल्क वापत बुझाउने प्रयोजनको लागि विदेशी मुद्रा सटही गर्दा सम्बन्धित बैङ्कले प्रचलित कानून बमोजिम अध्ययन गर्न जाने</w:t>
      </w:r>
    </w:p>
    <w:p>
      <w:pPr>
        <w:spacing w:after="62" w:line="259" w:lineRule="auto"/>
      </w:pPr>
      <w:r>
        <w:rPr>
          <w:rFonts w:ascii="Noto Sans" w:hAnsi="Noto Sans" w:cs="Noto Sans Devanagari" w:eastAsia="Noto Sans Devanagari"/>
          <w:b w:val="0"/>
          <w:i w:val="0"/>
          <w:sz w:val="20"/>
        </w:rPr>
        <w:t>विद्यार्थीबाट असुल गरी नेपाल सरकारले तोकेको खातामा जम्मा गरेको रकम सम्झनु पर्छ ।</w:t>
      </w:r>
    </w:p>
    <w:p>
      <w:pPr>
        <w:keepNext/>
        <w:spacing w:before="200" w:after="80"/>
        <w:pBdr>
          <w:bottom w:val="single" w:sz="12" w:space="2" w:color="2F5597"/>
        </w:pBdr>
      </w:pPr>
      <w:r>
        <w:rPr>
          <w:rFonts w:ascii="Noto Sans" w:hAnsi="Noto Sans" w:cs="Noto Sans Devanagari" w:eastAsia="Noto Sans Devanagari"/>
          <w:b/>
          <w:i w:val="0"/>
          <w:color w:val="2F5597"/>
          <w:sz w:val="24"/>
        </w:rPr>
        <w:t>2. Definitions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2. Definitions</w:t>
      </w:r>
    </w:p>
    <w:p>
      <w:pPr>
        <w:spacing w:after="70" w:line="259" w:lineRule="auto"/>
      </w:pPr>
      <w:r>
        <w:rPr>
          <w:rFonts w:ascii="Noto Sans" w:hAnsi="Noto Sans" w:cs="Noto Sans Devanagari" w:eastAsia="Noto Sans Devanagari"/>
          <w:b w:val="0"/>
          <w:i w:val="0"/>
          <w:color w:val="222222"/>
          <w:sz w:val="18"/>
        </w:rPr>
        <w:t>Unless the subject or context otherwise requires, in these Standards:</w:t>
      </w:r>
    </w:p>
    <w:p>
      <w:pPr>
        <w:spacing w:after="70" w:line="259" w:lineRule="auto"/>
        <w:ind w:left="115"/>
      </w:pPr>
      <w:r>
        <w:rPr>
          <w:rFonts w:ascii="Noto Sans" w:hAnsi="Noto Sans" w:cs="Noto Sans Devanagari" w:eastAsia="Noto Sans Devanagari"/>
          <w:b w:val="0"/>
          <w:i w:val="0"/>
          <w:color w:val="222222"/>
          <w:sz w:val="18"/>
        </w:rPr>
        <w:t>(a) “Office” means the Large Taxpayer Office, Medium Level Taxpayer Office, Inland Revenue Office or Taxpayer Service Office.</w:t>
      </w:r>
    </w:p>
    <w:p>
      <w:pPr>
        <w:spacing w:after="70" w:line="259" w:lineRule="auto"/>
        <w:ind w:left="115"/>
      </w:pPr>
      <w:r>
        <w:rPr>
          <w:rFonts w:ascii="Noto Sans" w:hAnsi="Noto Sans" w:cs="Noto Sans Devanagari" w:eastAsia="Noto Sans Devanagari"/>
          <w:b w:val="0"/>
          <w:i w:val="0"/>
          <w:color w:val="222222"/>
          <w:sz w:val="18"/>
        </w:rPr>
        <w:t>(b) “Bank” means Nepal Rastra Bank, including the Banking Department and all Provincial Offices, and banks and financial institutions licensed by Nepal Rastra Bank.</w:t>
      </w:r>
    </w:p>
    <w:p>
      <w:pPr>
        <w:spacing w:after="70" w:line="259" w:lineRule="auto"/>
        <w:ind w:left="115"/>
      </w:pPr>
      <w:r>
        <w:rPr>
          <w:rFonts w:ascii="Noto Sans" w:hAnsi="Noto Sans" w:cs="Noto Sans Devanagari" w:eastAsia="Noto Sans Devanagari"/>
          <w:b w:val="0"/>
          <w:i w:val="0"/>
          <w:color w:val="222222"/>
          <w:sz w:val="18"/>
        </w:rPr>
        <w:t>(c) “Department” means the Inland Revenue Department.</w:t>
      </w:r>
    </w:p>
    <w:p>
      <w:pPr>
        <w:spacing w:after="70" w:line="259" w:lineRule="auto"/>
        <w:ind w:left="115"/>
      </w:pPr>
      <w:r>
        <w:rPr>
          <w:rFonts w:ascii="Noto Sans" w:hAnsi="Noto Sans" w:cs="Noto Sans Devanagari" w:eastAsia="Noto Sans Devanagari"/>
          <w:b w:val="0"/>
          <w:i w:val="0"/>
          <w:color w:val="222222"/>
          <w:sz w:val="18"/>
        </w:rPr>
        <w:t>(d) “Education Service Fee” means the amount collected from a student going abroad for study by the concerned bank under prevailing law when foreign currency is exchanged for the purpose of paying tuition fee to a college or university abroad after obtaining foreign exchange facility, and deposited in the account specified by the Government of Nepal.</w:t>
      </w:r>
    </w:p>
    <w:p>
      <w:pPr>
        <w:keepNext/>
        <w:spacing w:before="200" w:after="80"/>
        <w:pBdr>
          <w:bottom w:val="single" w:sz="12" w:space="2" w:color="17365D"/>
        </w:pBdr>
      </w:pPr>
      <w:r>
        <w:rPr>
          <w:rFonts w:ascii="Noto Sans" w:hAnsi="Noto Sans" w:cs="Noto Sans Devanagari" w:eastAsia="Noto Sans Devanagari"/>
          <w:b/>
          <w:i w:val="0"/>
          <w:color w:val="17365D"/>
          <w:sz w:val="25"/>
        </w:rPr>
        <w:t>३. शिक्षा सेवा शुल्क फिर्ता हुन सक्ने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३. शिक्षा सेवा शुल्क फिर्ता हुन सक्नेः</w:t>
      </w:r>
    </w:p>
    <w:p>
      <w:pPr>
        <w:spacing w:after="62" w:line="259" w:lineRule="auto"/>
      </w:pPr>
      <w:r>
        <w:rPr>
          <w:rFonts w:ascii="Noto Sans" w:hAnsi="Noto Sans" w:cs="Noto Sans Devanagari" w:eastAsia="Noto Sans Devanagari"/>
          <w:b w:val="0"/>
          <w:i w:val="0"/>
          <w:sz w:val="20"/>
        </w:rPr>
        <w:t>(१) विदेशस्थित कलेज वा विश्वविद्यालयमा अध्ययन गर्ने सिलसिलामा शिक्षण शुल्क बापत विदेशी मुद्राको सटही सुविधा लिई शिक्षा सेवा</w:t>
      </w:r>
    </w:p>
    <w:p>
      <w:pPr>
        <w:spacing w:after="62" w:line="259" w:lineRule="auto"/>
      </w:pPr>
      <w:r>
        <w:rPr>
          <w:rFonts w:ascii="Noto Sans" w:hAnsi="Noto Sans" w:cs="Noto Sans Devanagari" w:eastAsia="Noto Sans Devanagari"/>
          <w:b w:val="0"/>
          <w:i w:val="0"/>
          <w:sz w:val="20"/>
        </w:rPr>
        <w:t>शुल्क बुझाएका तर विदेशमा विभिन्न कारणले अध्ययन गर्न जान नपाई विदेशी मुद्रा फिर्ता गरेका विद्यार्थीले विदेशी मुद्रा फिर्ता भएको</w:t>
      </w:r>
    </w:p>
    <w:p>
      <w:pPr>
        <w:spacing w:after="62" w:line="259" w:lineRule="auto"/>
      </w:pPr>
      <w:r>
        <w:rPr>
          <w:rFonts w:ascii="Noto Sans" w:hAnsi="Noto Sans" w:cs="Noto Sans Devanagari" w:eastAsia="Noto Sans Devanagari"/>
          <w:b w:val="0"/>
          <w:i w:val="0"/>
          <w:sz w:val="20"/>
        </w:rPr>
        <w:t>मितिले तीन वर्षभित्र शिक्षा सेवा शुल्क फिर्ता माग गरेमा यस मापदण्ड बमोजिमको प्रक्रिया पुरा गरी त्यस्तो सेवा शुल्क सम्बन्धित</w:t>
      </w:r>
    </w:p>
    <w:p>
      <w:pPr>
        <w:spacing w:after="62" w:line="259" w:lineRule="auto"/>
      </w:pPr>
      <w:r>
        <w:rPr>
          <w:rFonts w:ascii="Noto Sans" w:hAnsi="Noto Sans" w:cs="Noto Sans Devanagari" w:eastAsia="Noto Sans Devanagari"/>
          <w:b w:val="0"/>
          <w:i w:val="0"/>
          <w:sz w:val="20"/>
        </w:rPr>
        <w:t>विद्यार्थीलाई फिर्ता दिइनेछ ।</w:t>
      </w:r>
    </w:p>
    <w:p>
      <w:pPr>
        <w:spacing w:after="62" w:line="259" w:lineRule="auto"/>
      </w:pPr>
      <w:r>
        <w:rPr>
          <w:rFonts w:ascii="Noto Sans" w:hAnsi="Noto Sans" w:cs="Noto Sans Devanagari" w:eastAsia="Noto Sans Devanagari"/>
          <w:b w:val="0"/>
          <w:i w:val="0"/>
          <w:sz w:val="20"/>
        </w:rPr>
        <w:t>(२) उपदफा (१) बमोजिम शिक्षा सेवा शुल्क फिर्ताका लागि जुन व्यक्तिको बैङ्क खाताबाट रकम विदेश पठाएको हो सोही व्यक्ति वा निजको</w:t>
      </w:r>
    </w:p>
    <w:p>
      <w:pPr>
        <w:spacing w:after="62" w:line="259" w:lineRule="auto"/>
      </w:pPr>
      <w:r>
        <w:rPr>
          <w:rFonts w:ascii="Noto Sans" w:hAnsi="Noto Sans" w:cs="Noto Sans Devanagari" w:eastAsia="Noto Sans Devanagari"/>
          <w:b w:val="0"/>
          <w:i w:val="0"/>
          <w:sz w:val="20"/>
        </w:rPr>
        <w:t>अभिभावकको नामको खातामा विदेशी मुद्रामा रकम फिर्ता प्राप्त गरेको हुनु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3. Education Service Fee May Be Refunded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3. Education Service Fee May Be Refunded</w:t>
      </w:r>
    </w:p>
    <w:p>
      <w:pPr>
        <w:spacing w:after="70" w:line="259" w:lineRule="auto"/>
      </w:pPr>
      <w:r>
        <w:rPr>
          <w:rFonts w:ascii="Noto Sans" w:hAnsi="Noto Sans" w:cs="Noto Sans Devanagari" w:eastAsia="Noto Sans Devanagari"/>
          <w:b w:val="0"/>
          <w:i w:val="0"/>
          <w:color w:val="222222"/>
          <w:sz w:val="18"/>
        </w:rPr>
        <w:t>(1) A student who, in connection with study at a college or university abroad, obtained foreign currency exchange facility for tuition fee and paid education service fee, but could not go abroad for study for various reasons and refunded the foreign currency, shall, if he/she claims refund of the education service fee within three years from the date of refund of the foreign currency, be refunded such service fee upon completion of the procedure under these Standards.</w:t>
      </w:r>
    </w:p>
    <w:p>
      <w:pPr>
        <w:spacing w:after="70" w:line="259" w:lineRule="auto"/>
      </w:pPr>
      <w:r>
        <w:rPr>
          <w:rFonts w:ascii="Noto Sans" w:hAnsi="Noto Sans" w:cs="Noto Sans Devanagari" w:eastAsia="Noto Sans Devanagari"/>
          <w:b w:val="0"/>
          <w:i w:val="0"/>
          <w:color w:val="222222"/>
          <w:sz w:val="18"/>
        </w:rPr>
        <w:t>(2) For refund of education service fee under sub-clause (1), the foreign currency amount shall have been refunded to the account of the same person from whose bank account the amount was remitted abroad, or to an account in the name of his/her parent.</w:t>
      </w:r>
    </w:p>
    <w:p>
      <w:pPr>
        <w:keepNext/>
        <w:spacing w:before="200" w:after="80"/>
        <w:pBdr>
          <w:bottom w:val="single" w:sz="12" w:space="2" w:color="17365D"/>
        </w:pBdr>
      </w:pPr>
      <w:r>
        <w:rPr>
          <w:rFonts w:ascii="Noto Sans" w:hAnsi="Noto Sans" w:cs="Noto Sans Devanagari" w:eastAsia="Noto Sans Devanagari"/>
          <w:b/>
          <w:i w:val="0"/>
          <w:color w:val="17365D"/>
          <w:sz w:val="25"/>
        </w:rPr>
        <w:t>४. शिक्षा सेवा शुल्क फिर्ता माग गर्ने प्रक्रिया</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४. शिक्षा सेवा शुल्क फिर्ता माग गर्ने प्रक्रिया ः</w:t>
      </w:r>
    </w:p>
    <w:p>
      <w:pPr>
        <w:spacing w:after="62" w:line="259" w:lineRule="auto"/>
      </w:pPr>
      <w:r>
        <w:rPr>
          <w:rFonts w:ascii="Noto Sans" w:hAnsi="Noto Sans" w:cs="Noto Sans Devanagari" w:eastAsia="Noto Sans Devanagari"/>
          <w:b w:val="0"/>
          <w:i w:val="0"/>
          <w:sz w:val="20"/>
        </w:rPr>
        <w:t>(१) शिक्षा सेवा शुल्क फिर्ता दाबी गर्ने विद्यार्थीले आफूले जुन बैङ्कमा शिक्षा सेवा शुल्क दाखिल गरेको हो सोही बैङ्कमा अनुसूची–१ मा</w:t>
      </w:r>
    </w:p>
    <w:p>
      <w:pPr>
        <w:spacing w:after="62" w:line="259" w:lineRule="auto"/>
      </w:pPr>
      <w:r>
        <w:rPr>
          <w:rFonts w:ascii="Noto Sans" w:hAnsi="Noto Sans" w:cs="Noto Sans Devanagari" w:eastAsia="Noto Sans Devanagari"/>
          <w:b w:val="0"/>
          <w:i w:val="0"/>
          <w:sz w:val="20"/>
        </w:rPr>
        <w:t>तोकिएको ढाँचामा निवेदन दिनु पर्नेछ ।</w:t>
      </w:r>
    </w:p>
    <w:p>
      <w:pPr>
        <w:spacing w:after="62" w:line="259" w:lineRule="auto"/>
      </w:pPr>
      <w:r>
        <w:rPr>
          <w:rFonts w:ascii="Noto Sans" w:hAnsi="Noto Sans" w:cs="Noto Sans Devanagari" w:eastAsia="Noto Sans Devanagari"/>
          <w:b w:val="0"/>
          <w:i w:val="0"/>
          <w:sz w:val="20"/>
        </w:rPr>
        <w:t>(२) उपदफा (१) बमोजिमको शिक्षा सेवा शुल्क फिर्ताको निवेदन साथ देहाय अनुसारका कागजात संलग्न गर्नुपर्नेछः–</w:t>
      </w:r>
    </w:p>
    <w:p>
      <w:pPr>
        <w:spacing w:after="62" w:line="259" w:lineRule="auto"/>
        <w:ind w:left="115"/>
      </w:pPr>
      <w:r>
        <w:rPr>
          <w:rFonts w:ascii="Noto Sans" w:hAnsi="Noto Sans" w:cs="Noto Sans Devanagari" w:eastAsia="Noto Sans Devanagari"/>
          <w:b w:val="0"/>
          <w:i w:val="0"/>
          <w:sz w:val="20"/>
        </w:rPr>
        <w:t>(क) निवेदकको नागरिकता/पासपोर्टको प्रतिलिपी (निवेदक अभिभावक भएमा निजको नागरिकताको प्रतिलिपी मात्र पेश गर्नु पर्नेछ ।</w:t>
      </w:r>
    </w:p>
    <w:p>
      <w:pPr>
        <w:spacing w:after="62" w:line="259" w:lineRule="auto"/>
        <w:ind w:left="115"/>
      </w:pPr>
      <w:r>
        <w:rPr>
          <w:rFonts w:ascii="Noto Sans" w:hAnsi="Noto Sans" w:cs="Noto Sans Devanagari" w:eastAsia="Noto Sans Devanagari"/>
          <w:b w:val="0"/>
          <w:i w:val="0"/>
          <w:sz w:val="20"/>
        </w:rPr>
        <w:t>(ख) शिक्षण शुल्कबापत विदेशी मुद्रा सटही सुविधा कारोबार भएको बैङ्क स्टेट्मेण्ट ।</w:t>
      </w:r>
    </w:p>
    <w:p>
      <w:pPr>
        <w:spacing w:after="62" w:line="259" w:lineRule="auto"/>
        <w:ind w:left="115"/>
      </w:pPr>
      <w:r>
        <w:rPr>
          <w:rFonts w:ascii="Noto Sans" w:hAnsi="Noto Sans" w:cs="Noto Sans Devanagari" w:eastAsia="Noto Sans Devanagari"/>
          <w:b w:val="0"/>
          <w:i w:val="0"/>
          <w:sz w:val="20"/>
        </w:rPr>
        <w:t>(ग) बैङ्कबाट विदेशस्थित शैक्षिक संस्थामा शिक्षण शुल्क तिरेको प्रमाणित गर्ने कागजात/भौचरको प्रतिलिपी ।</w:t>
      </w:r>
    </w:p>
    <w:p>
      <w:pPr>
        <w:spacing w:after="62" w:line="259" w:lineRule="auto"/>
        <w:ind w:left="115"/>
      </w:pPr>
      <w:r>
        <w:rPr>
          <w:rFonts w:ascii="Noto Sans" w:hAnsi="Noto Sans" w:cs="Noto Sans Devanagari" w:eastAsia="Noto Sans Devanagari"/>
          <w:b w:val="0"/>
          <w:i w:val="0"/>
          <w:sz w:val="20"/>
        </w:rPr>
        <w:t>(घ) विदेशी शैक्षिक संस्थामा रकम दाखिल गरी भर्ना भएको कागजातको प्रतिलिपी ।</w:t>
      </w:r>
    </w:p>
    <w:p>
      <w:pPr>
        <w:spacing w:after="62" w:line="259" w:lineRule="auto"/>
        <w:ind w:left="115"/>
      </w:pPr>
      <w:r>
        <w:rPr>
          <w:rFonts w:ascii="Noto Sans" w:hAnsi="Noto Sans" w:cs="Noto Sans Devanagari" w:eastAsia="Noto Sans Devanagari"/>
          <w:b w:val="0"/>
          <w:i w:val="0"/>
          <w:sz w:val="20"/>
        </w:rPr>
        <w:t>(ङ) शिक्षा मन्त्रालयबाट जारी भएको अध्ययन अनुमति पत्रको प्रतिलिपी ।</w:t>
      </w:r>
    </w:p>
    <w:p>
      <w:pPr>
        <w:spacing w:after="62" w:line="259" w:lineRule="auto"/>
        <w:ind w:left="115"/>
      </w:pPr>
      <w:r>
        <w:rPr>
          <w:rFonts w:ascii="Noto Sans" w:hAnsi="Noto Sans" w:cs="Noto Sans Devanagari" w:eastAsia="Noto Sans Devanagari"/>
          <w:b w:val="0"/>
          <w:i w:val="0"/>
          <w:sz w:val="20"/>
        </w:rPr>
        <w:t>(च) शिक्षण शुल्क बुझाएको विदेशस्थित कलेज/विश्वविद्यालयमा अध्ययन गर्न जान नपाएको व्यहोरा प्रमाणित गर्ने कागजात (जस्तै</w:t>
      </w:r>
    </w:p>
    <w:p>
      <w:pPr>
        <w:spacing w:after="62" w:line="259" w:lineRule="auto"/>
      </w:pPr>
      <w:r>
        <w:rPr>
          <w:rFonts w:ascii="Noto Sans" w:hAnsi="Noto Sans" w:cs="Noto Sans Devanagari" w:eastAsia="Noto Sans Devanagari"/>
          <w:b w:val="0"/>
          <w:i w:val="0"/>
          <w:sz w:val="20"/>
        </w:rPr>
        <w:t>सम्बन्धित राजदुतावास वा अध्यागमनबाट भिसा अस्वीकृत भएको कागजातको प्रतिलिपी वा प्रवेशाज्ञा आवेदन फिर्ता लिएको कागजात</w:t>
      </w:r>
    </w:p>
    <w:p>
      <w:pPr>
        <w:spacing w:after="62" w:line="259" w:lineRule="auto"/>
      </w:pPr>
      <w:r>
        <w:rPr>
          <w:rFonts w:ascii="Noto Sans" w:hAnsi="Noto Sans" w:cs="Noto Sans Devanagari" w:eastAsia="Noto Sans Devanagari"/>
          <w:b w:val="0"/>
          <w:i w:val="0"/>
          <w:sz w:val="20"/>
        </w:rPr>
        <w:t>वा विदेशी शिक्षण संस्थाबाट शिक्षण शुल्क फिर्ता गरेको कागजात) ।</w:t>
      </w:r>
    </w:p>
    <w:p>
      <w:pPr>
        <w:keepNext/>
        <w:spacing w:before="200" w:after="80"/>
        <w:pBdr>
          <w:bottom w:val="single" w:sz="12" w:space="2" w:color="2F5597"/>
        </w:pBdr>
      </w:pPr>
      <w:r>
        <w:rPr>
          <w:rFonts w:ascii="Noto Sans" w:hAnsi="Noto Sans" w:cs="Noto Sans Devanagari" w:eastAsia="Noto Sans Devanagari"/>
          <w:b/>
          <w:i w:val="0"/>
          <w:color w:val="2F5597"/>
          <w:sz w:val="24"/>
        </w:rPr>
        <w:t>4. Procedure for Claiming Refund of Education Service Fee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4. Procedure for Claiming Refund of Education Service Fee</w:t>
      </w:r>
    </w:p>
    <w:p>
      <w:pPr>
        <w:spacing w:after="70" w:line="259" w:lineRule="auto"/>
      </w:pPr>
      <w:r>
        <w:rPr>
          <w:rFonts w:ascii="Noto Sans" w:hAnsi="Noto Sans" w:cs="Noto Sans Devanagari" w:eastAsia="Noto Sans Devanagari"/>
          <w:b w:val="0"/>
          <w:i w:val="0"/>
          <w:color w:val="222222"/>
          <w:sz w:val="18"/>
        </w:rPr>
        <w:t>(1) A student claiming refund of education service fee shall submit an application in the format prescribed in Schedule 1 to the same bank in which he/she deposited the education service fee.</w:t>
      </w:r>
    </w:p>
    <w:p>
      <w:pPr>
        <w:spacing w:after="70" w:line="259" w:lineRule="auto"/>
      </w:pPr>
      <w:r>
        <w:rPr>
          <w:rFonts w:ascii="Noto Sans" w:hAnsi="Noto Sans" w:cs="Noto Sans Devanagari" w:eastAsia="Noto Sans Devanagari"/>
          <w:b w:val="0"/>
          <w:i w:val="0"/>
          <w:color w:val="222222"/>
          <w:sz w:val="18"/>
        </w:rPr>
        <w:t>(2) The following documents shall be attached to an application for refund of education service fee under sub-clause (1):</w:t>
      </w:r>
    </w:p>
    <w:p>
      <w:pPr>
        <w:spacing w:after="70" w:line="259" w:lineRule="auto"/>
        <w:ind w:left="115"/>
      </w:pPr>
      <w:r>
        <w:rPr>
          <w:rFonts w:ascii="Noto Sans" w:hAnsi="Noto Sans" w:cs="Noto Sans Devanagari" w:eastAsia="Noto Sans Devanagari"/>
          <w:b w:val="0"/>
          <w:i w:val="0"/>
          <w:color w:val="222222"/>
          <w:sz w:val="18"/>
        </w:rPr>
        <w:t>(a) copy of the applicant's citizenship certificate/passport; where the applicant is a parent, only a copy of that parent's citizenship certificate shall be submitted;</w:t>
      </w:r>
    </w:p>
    <w:p>
      <w:pPr>
        <w:spacing w:after="70" w:line="259" w:lineRule="auto"/>
        <w:ind w:left="115"/>
      </w:pPr>
      <w:r>
        <w:rPr>
          <w:rFonts w:ascii="Noto Sans" w:hAnsi="Noto Sans" w:cs="Noto Sans Devanagari" w:eastAsia="Noto Sans Devanagari"/>
          <w:b w:val="0"/>
          <w:i w:val="0"/>
          <w:color w:val="222222"/>
          <w:sz w:val="18"/>
        </w:rPr>
        <w:t>(b) bank statement showing the foreign currency exchange transaction for tuition fee;</w:t>
      </w:r>
    </w:p>
    <w:p>
      <w:pPr>
        <w:spacing w:after="70" w:line="259" w:lineRule="auto"/>
        <w:ind w:left="115"/>
      </w:pPr>
      <w:r>
        <w:rPr>
          <w:rFonts w:ascii="Noto Sans" w:hAnsi="Noto Sans" w:cs="Noto Sans Devanagari" w:eastAsia="Noto Sans Devanagari"/>
          <w:b w:val="0"/>
          <w:i w:val="0"/>
          <w:color w:val="222222"/>
          <w:sz w:val="18"/>
        </w:rPr>
        <w:t>(c) copy of the document/voucher evidencing payment of tuition fee by the bank to the educational institution abroad;</w:t>
      </w:r>
    </w:p>
    <w:p>
      <w:pPr>
        <w:spacing w:after="70" w:line="259" w:lineRule="auto"/>
        <w:ind w:left="115"/>
      </w:pPr>
      <w:r>
        <w:rPr>
          <w:rFonts w:ascii="Noto Sans" w:hAnsi="Noto Sans" w:cs="Noto Sans Devanagari" w:eastAsia="Noto Sans Devanagari"/>
          <w:b w:val="0"/>
          <w:i w:val="0"/>
          <w:color w:val="222222"/>
          <w:sz w:val="18"/>
        </w:rPr>
        <w:t>(d) copy of the document showing deposit of the amount and admission to the foreign educational institution;</w:t>
      </w:r>
    </w:p>
    <w:p>
      <w:pPr>
        <w:spacing w:after="70" w:line="259" w:lineRule="auto"/>
        <w:ind w:left="115"/>
      </w:pPr>
      <w:r>
        <w:rPr>
          <w:rFonts w:ascii="Noto Sans" w:hAnsi="Noto Sans" w:cs="Noto Sans Devanagari" w:eastAsia="Noto Sans Devanagari"/>
          <w:b w:val="0"/>
          <w:i w:val="0"/>
          <w:color w:val="222222"/>
          <w:sz w:val="18"/>
        </w:rPr>
        <w:t>(e) copy of the study permission letter issued by the Ministry of Education;</w:t>
      </w:r>
    </w:p>
    <w:p>
      <w:pPr>
        <w:spacing w:after="70" w:line="259" w:lineRule="auto"/>
        <w:ind w:left="115"/>
      </w:pPr>
      <w:r>
        <w:rPr>
          <w:rFonts w:ascii="Noto Sans" w:hAnsi="Noto Sans" w:cs="Noto Sans Devanagari" w:eastAsia="Noto Sans Devanagari"/>
          <w:b w:val="0"/>
          <w:i w:val="0"/>
          <w:color w:val="222222"/>
          <w:sz w:val="18"/>
        </w:rPr>
        <w:t>(f) document evidencing that the student could not go to study at the college/university abroad to which tuition fee was paid, such as a copy of visa rejection by the concerned embassy or immigration authority, a document showing withdrawal of the visa application, or a document showing refund of tuition fee by the foreign educational institution.</w:t>
      </w:r>
    </w:p>
    <w:p>
      <w:pPr>
        <w:keepNext/>
        <w:spacing w:before="200" w:after="80"/>
        <w:pBdr>
          <w:bottom w:val="single" w:sz="12" w:space="2" w:color="17365D"/>
        </w:pBdr>
      </w:pPr>
      <w:r>
        <w:rPr>
          <w:rFonts w:ascii="Noto Sans" w:hAnsi="Noto Sans" w:cs="Noto Sans Devanagari" w:eastAsia="Noto Sans Devanagari"/>
          <w:b/>
          <w:i w:val="0"/>
          <w:color w:val="17365D"/>
          <w:sz w:val="25"/>
        </w:rPr>
        <w:t>५. शिक्षा सेवा शुल्क फिर्ता सम्बन्धमा बैङ्कको जिम्मेवारी</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५. शिक्षा सेवा शुल्क फिर्ता सम्बन्धमा बैङ्कको जिम्मेवारीः</w:t>
      </w:r>
    </w:p>
    <w:p>
      <w:pPr>
        <w:spacing w:after="62" w:line="259" w:lineRule="auto"/>
      </w:pPr>
      <w:r>
        <w:rPr>
          <w:rFonts w:ascii="Noto Sans" w:hAnsi="Noto Sans" w:cs="Noto Sans Devanagari" w:eastAsia="Noto Sans Devanagari"/>
          <w:b w:val="0"/>
          <w:i w:val="0"/>
          <w:sz w:val="20"/>
        </w:rPr>
        <w:t>(१) विदेशी मुद्राको सटही सुविधा उपलब्ध गराउने बैङ्कले शिक्षा सेवा शुल्क बापत असुल गरेको रकम राजस्व खातामा जम्मा गर्दाका बखतमा</w:t>
      </w:r>
    </w:p>
    <w:p>
      <w:pPr>
        <w:spacing w:after="62" w:line="259" w:lineRule="auto"/>
      </w:pPr>
      <w:r>
        <w:rPr>
          <w:rFonts w:ascii="Noto Sans" w:hAnsi="Noto Sans" w:cs="Noto Sans Devanagari" w:eastAsia="Noto Sans Devanagari"/>
          <w:b w:val="0"/>
          <w:i w:val="0"/>
          <w:sz w:val="20"/>
        </w:rPr>
        <w:t>त्यसरी असुल भएको शिक्षा सेवा शुल्कको विद्यार्थीगत विवरण विद्युतीय माध्यमबाट सम्बन्धित कार्यालयमा पेश गर्नु पर्नेछ ।</w:t>
      </w:r>
    </w:p>
    <w:p>
      <w:pPr>
        <w:spacing w:after="62" w:line="259" w:lineRule="auto"/>
      </w:pPr>
      <w:r>
        <w:rPr>
          <w:rFonts w:ascii="Noto Sans" w:hAnsi="Noto Sans" w:cs="Noto Sans Devanagari" w:eastAsia="Noto Sans Devanagari"/>
          <w:b w:val="0"/>
          <w:i w:val="0"/>
          <w:sz w:val="20"/>
        </w:rPr>
        <w:t>(२) दफा ४ को उपदफा (१) बमोजिम शिक्षा सेवा शुल्क फिर्ताको निवेदन बैङ्कमा प्राप्त भए पछि निवेदन साथ संलग्न कागजातहरु भिडान गरी</w:t>
      </w:r>
    </w:p>
    <w:p>
      <w:pPr>
        <w:spacing w:after="62" w:line="259" w:lineRule="auto"/>
      </w:pPr>
      <w:r>
        <w:rPr>
          <w:rFonts w:ascii="Noto Sans" w:hAnsi="Noto Sans" w:cs="Noto Sans Devanagari" w:eastAsia="Noto Sans Devanagari"/>
          <w:b w:val="0"/>
          <w:i w:val="0"/>
          <w:sz w:val="20"/>
        </w:rPr>
        <w:t>शिक्षा सेवा शुल्क फिर्ता दिनु पर्ने निवेदनहरुको यकिन गरी आर्थिक वर्षको श्रावण देखि हरेक चौमासिक पूरा भएको तीन गतेभित्र फिर्ताको लागि</w:t>
      </w:r>
    </w:p>
    <w:p>
      <w:pPr>
        <w:spacing w:after="62" w:line="259" w:lineRule="auto"/>
      </w:pPr>
      <w:r>
        <w:rPr>
          <w:rFonts w:ascii="Noto Sans" w:hAnsi="Noto Sans" w:cs="Noto Sans Devanagari" w:eastAsia="Noto Sans Devanagari"/>
          <w:b w:val="0"/>
          <w:i w:val="0"/>
          <w:sz w:val="20"/>
        </w:rPr>
        <w:t>सिफारिस सहित शिक्षा सेवा शुल्क फिर्ता माग गर्ने व्यक्तिको अनुसूची–२ बमोजिमको विवरण ‚ प्राप्त हुन आएका निवेदनहरु र सो साथ संलग्न</w:t>
      </w:r>
    </w:p>
    <w:p>
      <w:pPr>
        <w:spacing w:after="62" w:line="259" w:lineRule="auto"/>
      </w:pPr>
      <w:r>
        <w:rPr>
          <w:rFonts w:ascii="Noto Sans" w:hAnsi="Noto Sans" w:cs="Noto Sans Devanagari" w:eastAsia="Noto Sans Devanagari"/>
          <w:b w:val="0"/>
          <w:i w:val="0"/>
          <w:sz w:val="20"/>
        </w:rPr>
        <w:t>कागजातहरु सम्बन्धित कार्यालयमा पठाउनु पर्नेछ ।</w:t>
      </w:r>
    </w:p>
    <w:p>
      <w:pPr>
        <w:spacing w:after="62" w:line="259" w:lineRule="auto"/>
      </w:pPr>
      <w:r>
        <w:rPr>
          <w:rFonts w:ascii="Noto Sans" w:hAnsi="Noto Sans" w:cs="Noto Sans Devanagari" w:eastAsia="Noto Sans Devanagari"/>
          <w:b w:val="0"/>
          <w:i w:val="0"/>
          <w:sz w:val="20"/>
        </w:rPr>
        <w:t>(३) उपदफा (२) बमोजिम शिक्षा सेवा शुल्क फिर्ताको सिफारिस गर्दा जुन व्यक्तिको बैङ्क खाताबाट रकम विदेश पठाएको हो सोही व्यक्तिको</w:t>
      </w:r>
    </w:p>
    <w:p>
      <w:pPr>
        <w:spacing w:after="62" w:line="259" w:lineRule="auto"/>
      </w:pPr>
      <w:r>
        <w:rPr>
          <w:rFonts w:ascii="Noto Sans" w:hAnsi="Noto Sans" w:cs="Noto Sans Devanagari" w:eastAsia="Noto Sans Devanagari"/>
          <w:b w:val="0"/>
          <w:i w:val="0"/>
          <w:sz w:val="20"/>
        </w:rPr>
        <w:t>नाममा सोही खातामा विदेशी मुद्रामा रकम फिर्ता प्राप्त भए/नभएको एकिन बैङ्कले नै गर्नु पर्नेछ ।</w:t>
      </w:r>
    </w:p>
    <w:p>
      <w:pPr>
        <w:spacing w:after="62" w:line="259" w:lineRule="auto"/>
      </w:pPr>
      <w:r>
        <w:rPr>
          <w:rFonts w:ascii="Noto Sans" w:hAnsi="Noto Sans" w:cs="Noto Sans Devanagari" w:eastAsia="Noto Sans Devanagari"/>
          <w:b w:val="0"/>
          <w:i w:val="0"/>
          <w:sz w:val="20"/>
        </w:rPr>
        <w:t>(४) फिर्ता गर्नुपर्ने शिक्षा सेवा शुल्क बापतको रकम सम्बन्धित कार्यालयले बैङ्कको खातामा दाखिल (ट्रान्सफर) गरेपछि बैङ्कले तत्काल सम्बन्धित</w:t>
      </w:r>
    </w:p>
    <w:p>
      <w:pPr>
        <w:spacing w:after="62" w:line="259" w:lineRule="auto"/>
      </w:pPr>
      <w:r>
        <w:rPr>
          <w:rFonts w:ascii="Noto Sans" w:hAnsi="Noto Sans" w:cs="Noto Sans Devanagari" w:eastAsia="Noto Sans Devanagari"/>
          <w:b w:val="0"/>
          <w:i w:val="0"/>
          <w:sz w:val="20"/>
        </w:rPr>
        <w:t>विद्यार्थाको खातामा रकम जम्मा गर्नु पर्नेछ ।</w:t>
      </w:r>
    </w:p>
    <w:p>
      <w:pPr>
        <w:spacing w:after="62" w:line="259" w:lineRule="auto"/>
      </w:pPr>
      <w:r>
        <w:rPr>
          <w:rFonts w:ascii="Noto Sans" w:hAnsi="Noto Sans" w:cs="Noto Sans Devanagari" w:eastAsia="Noto Sans Devanagari"/>
          <w:b w:val="0"/>
          <w:i w:val="0"/>
          <w:sz w:val="20"/>
        </w:rPr>
        <w:t>(५) उपदफा (४) बमोजिम सम्बन्धित विद्यार्थीको खातामा रकम जम्मा भएको फाँटबारी बैङ्कले तीन दिनभित्र सम्बन्धित कार्यालयमा पठाउनु पर्नेछ</w:t>
      </w:r>
    </w:p>
    <w:p>
      <w:pPr>
        <w:spacing w:after="62" w:line="259" w:lineRule="auto"/>
      </w:pPr>
      <w:r>
        <w:rPr>
          <w:rFonts w:ascii="Noto Sans" w:hAnsi="Noto Sans" w:cs="Noto Sans Devanagari" w:eastAsia="Noto Sans Devanagari"/>
          <w:b w:val="0"/>
          <w:i w:val="0"/>
          <w:sz w:val="20"/>
        </w:rPr>
        <w:t>।</w:t>
      </w:r>
    </w:p>
    <w:p>
      <w:pPr>
        <w:keepNext/>
        <w:spacing w:before="200" w:after="80"/>
        <w:pBdr>
          <w:bottom w:val="single" w:sz="12" w:space="2" w:color="2F5597"/>
        </w:pBdr>
      </w:pPr>
      <w:r>
        <w:rPr>
          <w:rFonts w:ascii="Noto Sans" w:hAnsi="Noto Sans" w:cs="Noto Sans Devanagari" w:eastAsia="Noto Sans Devanagari"/>
          <w:b/>
          <w:i w:val="0"/>
          <w:color w:val="2F5597"/>
          <w:sz w:val="24"/>
        </w:rPr>
        <w:t>5. Responsibility of the Bank Regarding Refund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5. Responsibility of the Bank Regarding Refund of Education Service Fee</w:t>
      </w:r>
    </w:p>
    <w:p>
      <w:pPr>
        <w:spacing w:after="70" w:line="259" w:lineRule="auto"/>
      </w:pPr>
      <w:r>
        <w:rPr>
          <w:rFonts w:ascii="Noto Sans" w:hAnsi="Noto Sans" w:cs="Noto Sans Devanagari" w:eastAsia="Noto Sans Devanagari"/>
          <w:b w:val="0"/>
          <w:i w:val="0"/>
          <w:color w:val="222222"/>
          <w:sz w:val="18"/>
        </w:rPr>
        <w:t>(1) When the bank providing foreign currency exchange facility deposits the amount collected as education service fee into the revenue account, it shall submit electronically to the concerned Office student-wise details of the education service fee so collected.</w:t>
      </w:r>
    </w:p>
    <w:p>
      <w:pPr>
        <w:spacing w:after="70" w:line="259" w:lineRule="auto"/>
      </w:pPr>
      <w:r>
        <w:rPr>
          <w:rFonts w:ascii="Noto Sans" w:hAnsi="Noto Sans" w:cs="Noto Sans Devanagari" w:eastAsia="Noto Sans Devanagari"/>
          <w:b w:val="0"/>
          <w:i w:val="0"/>
          <w:color w:val="222222"/>
          <w:sz w:val="18"/>
        </w:rPr>
        <w:t>(2) After an application for refund of education service fee under Clause 4(1) is received by the bank, the bank shall verify the documents attached to the application, identify the applications for which education service fee is refundable, and, beginning from Shrawan of the fiscal year, within the third day after completion of each four-month period, send to the concerned Office, together with its recommendation for refund, the details of persons claiming refund of education service fee in accordance with Schedule 2, the applications received and the documents attached thereto.</w:t>
      </w:r>
    </w:p>
    <w:p>
      <w:pPr>
        <w:spacing w:after="70" w:line="259" w:lineRule="auto"/>
      </w:pPr>
      <w:r>
        <w:rPr>
          <w:rFonts w:ascii="Noto Sans" w:hAnsi="Noto Sans" w:cs="Noto Sans Devanagari" w:eastAsia="Noto Sans Devanagari"/>
          <w:b w:val="0"/>
          <w:i w:val="0"/>
          <w:color w:val="222222"/>
          <w:sz w:val="18"/>
        </w:rPr>
        <w:t>(3) When recommending refund of education service fee pursuant to sub-clause (2), the bank itself shall ascertain whether the foreign currency amount has been refunded, in foreign currency, to the same account in the name of the same person from whose bank account the amount was remitted abroad.</w:t>
      </w:r>
    </w:p>
    <w:p>
      <w:pPr>
        <w:spacing w:after="70" w:line="259" w:lineRule="auto"/>
      </w:pPr>
      <w:r>
        <w:rPr>
          <w:rFonts w:ascii="Noto Sans" w:hAnsi="Noto Sans" w:cs="Noto Sans Devanagari" w:eastAsia="Noto Sans Devanagari"/>
          <w:b w:val="0"/>
          <w:i w:val="0"/>
          <w:color w:val="222222"/>
          <w:sz w:val="18"/>
        </w:rPr>
        <w:t>(4) After the concerned Office deposits/transfers to the bank's account the amount of education service fee to be refunded, the bank shall immediately credit the amount to the account of the concerned student.</w:t>
      </w:r>
    </w:p>
    <w:p>
      <w:pPr>
        <w:spacing w:after="70" w:line="259" w:lineRule="auto"/>
      </w:pPr>
      <w:r>
        <w:rPr>
          <w:rFonts w:ascii="Noto Sans" w:hAnsi="Noto Sans" w:cs="Noto Sans Devanagari" w:eastAsia="Noto Sans Devanagari"/>
          <w:b w:val="0"/>
          <w:i w:val="0"/>
          <w:color w:val="222222"/>
          <w:sz w:val="18"/>
        </w:rPr>
        <w:t>(5) The bank shall send to the concerned Office within three days a statement showing that the amount has been credited to the concerned student's account pursuant to sub-clause (4).</w:t>
      </w:r>
    </w:p>
    <w:p>
      <w:pPr>
        <w:keepNext/>
        <w:spacing w:before="200" w:after="80"/>
        <w:pBdr>
          <w:bottom w:val="single" w:sz="12" w:space="2" w:color="17365D"/>
        </w:pBdr>
      </w:pPr>
      <w:r>
        <w:rPr>
          <w:rFonts w:ascii="Noto Sans" w:hAnsi="Noto Sans" w:cs="Noto Sans Devanagari" w:eastAsia="Noto Sans Devanagari"/>
          <w:b/>
          <w:i w:val="0"/>
          <w:color w:val="17365D"/>
          <w:sz w:val="25"/>
        </w:rPr>
        <w:t>६. शिक्षा सेवा शुल्क फिर्ता सम्बन्धमा कार्यालयको जिम्मेवारी</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६. शिक्षा सेवा शुल्क फिर्ता सम्बन्धमा कार्यालयको जिम्मेवारीः</w:t>
      </w:r>
    </w:p>
    <w:p>
      <w:pPr>
        <w:spacing w:after="62" w:line="259" w:lineRule="auto"/>
      </w:pPr>
      <w:r>
        <w:rPr>
          <w:rFonts w:ascii="Noto Sans" w:hAnsi="Noto Sans" w:cs="Noto Sans Devanagari" w:eastAsia="Noto Sans Devanagari"/>
          <w:b w:val="0"/>
          <w:i w:val="0"/>
          <w:sz w:val="20"/>
        </w:rPr>
        <w:t>(१) दफा ५ को उपदफा (२) बमोजिम सम्बन्धित बैङ्कबाट शिक्षा सेवा शुल्क फिर्ताको सिफारिस भै आएपछि जुन व्यक्तिको नाममा शिक्षा सेवा</w:t>
      </w:r>
    </w:p>
    <w:p>
      <w:pPr>
        <w:spacing w:after="62" w:line="259" w:lineRule="auto"/>
      </w:pPr>
      <w:r>
        <w:rPr>
          <w:rFonts w:ascii="Noto Sans" w:hAnsi="Noto Sans" w:cs="Noto Sans Devanagari" w:eastAsia="Noto Sans Devanagari"/>
          <w:b w:val="0"/>
          <w:i w:val="0"/>
          <w:sz w:val="20"/>
        </w:rPr>
        <w:t>शुल्क दाखिला भएको हो सो व्यक्तिको नाममा फिर्ता दाबी भए/नभएको बैङ्कबाट प्राप्त कागजात भिडान गरी बैङ्कबाट कागजात प्राप्त भएको</w:t>
      </w:r>
    </w:p>
    <w:p>
      <w:pPr>
        <w:spacing w:after="62" w:line="259" w:lineRule="auto"/>
      </w:pPr>
      <w:r>
        <w:rPr>
          <w:rFonts w:ascii="Noto Sans" w:hAnsi="Noto Sans" w:cs="Noto Sans Devanagari" w:eastAsia="Noto Sans Devanagari"/>
          <w:b w:val="0"/>
          <w:i w:val="0"/>
          <w:sz w:val="20"/>
        </w:rPr>
        <w:t>मितिले सात दिनभित्र दाखिला भएको सबै शिक्षा सेवा शुल्क बैङ्कको खातामा रकम दाखिल (ट्रान्सफर) गरी फिर्ता पाउने व्यक्तिको विवरण संलग्न</w:t>
      </w:r>
    </w:p>
    <w:p>
      <w:pPr>
        <w:spacing w:after="62" w:line="259" w:lineRule="auto"/>
      </w:pPr>
      <w:r>
        <w:rPr>
          <w:rFonts w:ascii="Noto Sans" w:hAnsi="Noto Sans" w:cs="Noto Sans Devanagari" w:eastAsia="Noto Sans Devanagari"/>
          <w:b w:val="0"/>
          <w:i w:val="0"/>
          <w:sz w:val="20"/>
        </w:rPr>
        <w:t>गरी सम्बन्धित बैङ्कलाई उपलब्ध गराउनु पर्नेछ ।</w:t>
      </w:r>
    </w:p>
    <w:p>
      <w:pPr>
        <w:spacing w:after="62" w:line="259" w:lineRule="auto"/>
      </w:pPr>
      <w:r>
        <w:rPr>
          <w:rFonts w:ascii="Noto Sans" w:hAnsi="Noto Sans" w:cs="Noto Sans Devanagari" w:eastAsia="Noto Sans Devanagari"/>
          <w:b w:val="0"/>
          <w:i w:val="0"/>
          <w:sz w:val="20"/>
        </w:rPr>
        <w:t>(२) दफा ५ को उपदफा (५) बमोजिम बैङ्कबाट सम्बन्धित विद्यार्थीको खातामा रकम जम्मा भएको फाँटवारी तोकिएको समयमा प्राप्त नभएमा</w:t>
      </w:r>
    </w:p>
    <w:p>
      <w:pPr>
        <w:spacing w:after="62" w:line="259" w:lineRule="auto"/>
      </w:pPr>
      <w:r>
        <w:rPr>
          <w:rFonts w:ascii="Noto Sans" w:hAnsi="Noto Sans" w:cs="Noto Sans Devanagari" w:eastAsia="Noto Sans Devanagari"/>
          <w:b w:val="0"/>
          <w:i w:val="0"/>
          <w:sz w:val="20"/>
        </w:rPr>
        <w:t>कार्यालयले बैङ्कसँग सम्पर्क गरी फाँटवारी लिई लेखा दुरुस्त राख्नु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6. Responsibility of the Office Regarding Refund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6. Responsibility of the Office Regarding Refund of Education Service Fee</w:t>
      </w:r>
    </w:p>
    <w:p>
      <w:pPr>
        <w:spacing w:after="70" w:line="259" w:lineRule="auto"/>
      </w:pPr>
      <w:r>
        <w:rPr>
          <w:rFonts w:ascii="Noto Sans" w:hAnsi="Noto Sans" w:cs="Noto Sans Devanagari" w:eastAsia="Noto Sans Devanagari"/>
          <w:b w:val="0"/>
          <w:i w:val="0"/>
          <w:color w:val="222222"/>
          <w:sz w:val="18"/>
        </w:rPr>
        <w:t>(1) After a recommendation for refund of education service fee is received from the concerned bank pursuant to Clause 5(2), the Office shall verify the documents received from the bank to ascertain whether refund has been claimed in the name of the person in whose name the education service fee was deposited, and within seven days from the date the documents are received from the bank shall deposit/transfer to the bank's account all education service fee deposited, enclosing details of the persons entitled to refund, and make the same available to the concerned bank.</w:t>
      </w:r>
    </w:p>
    <w:p>
      <w:pPr>
        <w:spacing w:after="70" w:line="259" w:lineRule="auto"/>
      </w:pPr>
      <w:r>
        <w:rPr>
          <w:rFonts w:ascii="Noto Sans" w:hAnsi="Noto Sans" w:cs="Noto Sans Devanagari" w:eastAsia="Noto Sans Devanagari"/>
          <w:b w:val="0"/>
          <w:i w:val="0"/>
          <w:color w:val="222222"/>
          <w:sz w:val="18"/>
        </w:rPr>
        <w:t>(2) Where the statement showing credit of the amount to the concerned student's account is not received from the bank within the prescribed time pursuant to Clause 5(5), the Office shall contact the bank, obtain the statement and keep the accounts up to date.</w:t>
      </w:r>
    </w:p>
    <w:p>
      <w:pPr>
        <w:keepNext/>
        <w:spacing w:before="200" w:after="80"/>
        <w:pBdr>
          <w:bottom w:val="single" w:sz="12" w:space="2" w:color="17365D"/>
        </w:pBdr>
      </w:pPr>
      <w:r>
        <w:rPr>
          <w:rFonts w:ascii="Noto Sans" w:hAnsi="Noto Sans" w:cs="Noto Sans Devanagari" w:eastAsia="Noto Sans Devanagari"/>
          <w:b/>
          <w:i w:val="0"/>
          <w:color w:val="17365D"/>
          <w:sz w:val="25"/>
        </w:rPr>
        <w:t>७. शिक्षा सेवा शुल्क भुक्तानी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७. शिक्षा सेवा शुल्क भुक्तानीः फिर्ता दिनु पर्ने भनी एकिन भएको शिक्षा सेवा शुल्क वापत राजस्वमा जम्मा भएको रकम फिर्ता गर्न आन्तरिक</w:t>
      </w:r>
    </w:p>
    <w:p>
      <w:pPr>
        <w:spacing w:after="62" w:line="259" w:lineRule="auto"/>
      </w:pPr>
      <w:r>
        <w:rPr>
          <w:rFonts w:ascii="Noto Sans" w:hAnsi="Noto Sans" w:cs="Noto Sans Devanagari" w:eastAsia="Noto Sans Devanagari"/>
          <w:b w:val="0"/>
          <w:i w:val="0"/>
          <w:sz w:val="20"/>
        </w:rPr>
        <w:t>राजस्व विभागको बजेट उपशीर्षक नम्बर ३०५०४०११३(चालु), खर्च शीर्षक नम्बर २८२११(राजस्व फिर्ता) मा विनियोजन भएको/हुने रकमबाट</w:t>
      </w:r>
    </w:p>
    <w:p>
      <w:pPr>
        <w:spacing w:after="62" w:line="259" w:lineRule="auto"/>
      </w:pPr>
      <w:r>
        <w:rPr>
          <w:rFonts w:ascii="Noto Sans" w:hAnsi="Noto Sans" w:cs="Noto Sans Devanagari" w:eastAsia="Noto Sans Devanagari"/>
          <w:b w:val="0"/>
          <w:i w:val="0"/>
          <w:sz w:val="20"/>
        </w:rPr>
        <w:t>खर्च लेखि सम्बन्धित आन्तरिक राजस्व कार्यालयलाई निकासा उपलब्ध गराउने र निकासा प्राप्त रकम सम्बन्धित कार्यालयले कोष तथा लेखा</w:t>
      </w:r>
    </w:p>
    <w:p>
      <w:pPr>
        <w:spacing w:after="62" w:line="259" w:lineRule="auto"/>
      </w:pPr>
      <w:r>
        <w:rPr>
          <w:rFonts w:ascii="Noto Sans" w:hAnsi="Noto Sans" w:cs="Noto Sans Devanagari" w:eastAsia="Noto Sans Devanagari"/>
          <w:b w:val="0"/>
          <w:i w:val="0"/>
          <w:sz w:val="20"/>
        </w:rPr>
        <w:t>नियन्त्रक कार्यालयको विविध खातामा जम्मा गर्नुपर्नेछ । यसरी विविध खातामा जम्मा भएको रकम सम्बन्धित आन्तरिक राजस्व कार्यालयले</w:t>
      </w:r>
    </w:p>
    <w:p>
      <w:pPr>
        <w:spacing w:after="62" w:line="259" w:lineRule="auto"/>
      </w:pPr>
      <w:r>
        <w:rPr>
          <w:rFonts w:ascii="Noto Sans" w:hAnsi="Noto Sans" w:cs="Noto Sans Devanagari" w:eastAsia="Noto Sans Devanagari"/>
          <w:b w:val="0"/>
          <w:i w:val="0"/>
          <w:sz w:val="20"/>
        </w:rPr>
        <w:t>निकासा लिई यस मापदण्डमा उल्लेख भएका प्रक्रिया पूरा गरेर सम्बन्धित बैंकलाई शिक्षा सेवा शुल्क वापत फिर्ता गर्नुपर्ने राजस्व रकम उपलब्ध</w:t>
      </w:r>
    </w:p>
    <w:p>
      <w:pPr>
        <w:spacing w:after="62" w:line="259" w:lineRule="auto"/>
      </w:pPr>
      <w:r>
        <w:rPr>
          <w:rFonts w:ascii="Noto Sans" w:hAnsi="Noto Sans" w:cs="Noto Sans Devanagari" w:eastAsia="Noto Sans Devanagari"/>
          <w:b w:val="0"/>
          <w:i w:val="0"/>
          <w:sz w:val="20"/>
        </w:rPr>
        <w:t>गराउनु पर्नेछ । सम्बन्धित बैंकले यसरी प्राप्त भएको रकम यसै मापदण्ड बमोजिमको प्रक्रिया पूरा गरी सम्बन्धित विद्यार्थी वा अभिभावकको</w:t>
      </w:r>
    </w:p>
    <w:p>
      <w:pPr>
        <w:spacing w:after="62" w:line="259" w:lineRule="auto"/>
      </w:pPr>
      <w:r>
        <w:rPr>
          <w:rFonts w:ascii="Noto Sans" w:hAnsi="Noto Sans" w:cs="Noto Sans Devanagari" w:eastAsia="Noto Sans Devanagari"/>
          <w:b w:val="0"/>
          <w:i w:val="0"/>
          <w:sz w:val="20"/>
        </w:rPr>
        <w:t>खातामा जम्मा गरिदिनु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7. Payment of Education Service Fee Refund</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7. Payment of Education Service Fee Refund</w:t>
      </w:r>
    </w:p>
    <w:p>
      <w:pPr>
        <w:spacing w:after="70" w:line="259" w:lineRule="auto"/>
      </w:pPr>
      <w:r>
        <w:rPr>
          <w:rFonts w:ascii="Noto Sans" w:hAnsi="Noto Sans" w:cs="Noto Sans Devanagari" w:eastAsia="Noto Sans Devanagari"/>
          <w:b w:val="0"/>
          <w:i w:val="0"/>
          <w:color w:val="222222"/>
          <w:sz w:val="18"/>
        </w:rPr>
        <w:t>For refund of amounts deposited in revenue as education service fee that have been ascertained as refundable, expenditure shall be charged against the amount appropriated/to be appropriated under Inland Revenue Department Budget Sub-heading No. 305040113 (Recurrent), Expenditure Heading No. 28211 (Revenue Refund), and release shall be made available to the concerned Inland Revenue Office. The concerned Office shall deposit the amount released in the miscellaneous account of the Treasury and Accounts Controller Office. The concerned Inland Revenue Office shall draw the amount so deposited in the miscellaneous account and, after completing the procedures specified in these Standards, make available to the concerned bank the revenue amount to be refunded as education service fee. The concerned bank shall, after completing the procedure under these Standards, credit the amount so received to the account of the concerned student or parent.</w:t>
      </w:r>
    </w:p>
    <w:p>
      <w:pPr>
        <w:keepNext/>
        <w:spacing w:before="200" w:after="80"/>
        <w:pBdr>
          <w:bottom w:val="single" w:sz="12" w:space="2" w:color="17365D"/>
        </w:pBdr>
      </w:pPr>
      <w:r>
        <w:rPr>
          <w:rFonts w:ascii="Noto Sans" w:hAnsi="Noto Sans" w:cs="Noto Sans Devanagari" w:eastAsia="Noto Sans Devanagari"/>
          <w:b/>
          <w:i w:val="0"/>
          <w:color w:val="17365D"/>
          <w:sz w:val="25"/>
        </w:rPr>
        <w:t>८. बाधा अडकाउ फुकाउन सक्ने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८. बाधा अडकाउ फुकाउन सक्नेः यस मापदण्डको कार्यान्वयनमा कुनै द्विविधा उत्पन्न भएमा विभागले आवश्यक व्याख्या र निर्णय गरि त्यस्तो</w:t>
      </w:r>
    </w:p>
    <w:p>
      <w:pPr>
        <w:spacing w:after="62" w:line="259" w:lineRule="auto"/>
      </w:pPr>
      <w:r>
        <w:rPr>
          <w:rFonts w:ascii="Noto Sans" w:hAnsi="Noto Sans" w:cs="Noto Sans Devanagari" w:eastAsia="Noto Sans Devanagari"/>
          <w:b w:val="0"/>
          <w:i w:val="0"/>
          <w:sz w:val="20"/>
        </w:rPr>
        <w:t>बाधा अडकाउ फुकाउन सक्नेछ ।</w:t>
      </w:r>
    </w:p>
    <w:p>
      <w:pPr>
        <w:keepNext/>
        <w:spacing w:before="200" w:after="80"/>
        <w:pBdr>
          <w:bottom w:val="single" w:sz="12" w:space="2" w:color="2F5597"/>
        </w:pBdr>
      </w:pPr>
      <w:r>
        <w:rPr>
          <w:rFonts w:ascii="Noto Sans" w:hAnsi="Noto Sans" w:cs="Noto Sans Devanagari" w:eastAsia="Noto Sans Devanagari"/>
          <w:b/>
          <w:i w:val="0"/>
          <w:color w:val="2F5597"/>
          <w:sz w:val="24"/>
        </w:rPr>
        <w:t>8. Power to Remove Difficulties</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8. Power to Remove Difficulties</w:t>
      </w:r>
    </w:p>
    <w:p>
      <w:pPr>
        <w:spacing w:after="70" w:line="259" w:lineRule="auto"/>
      </w:pPr>
      <w:r>
        <w:rPr>
          <w:rFonts w:ascii="Noto Sans" w:hAnsi="Noto Sans" w:cs="Noto Sans Devanagari" w:eastAsia="Noto Sans Devanagari"/>
          <w:b w:val="0"/>
          <w:i w:val="0"/>
          <w:color w:val="222222"/>
          <w:sz w:val="18"/>
        </w:rPr>
        <w:t>If any ambiguity arises in implementation of these Standards, the Department may make the necessary interpretation and decision and remove such difficulty.</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अनुसूची–१ मा</w:t>
      </w:r>
    </w:p>
    <w:p>
      <w:pPr>
        <w:spacing w:after="62" w:line="259" w:lineRule="auto"/>
      </w:pPr>
      <w:r>
        <w:rPr>
          <w:rFonts w:ascii="Noto Sans" w:hAnsi="Noto Sans" w:cs="Noto Sans Devanagari" w:eastAsia="Noto Sans Devanagari"/>
          <w:b w:val="0"/>
          <w:i w:val="0"/>
          <w:sz w:val="20"/>
        </w:rPr>
        <w:t>तोकिएको ढाँचामा निवेदन दिनु पर्नेछ ।</w:t>
      </w:r>
    </w:p>
    <w:p>
      <w:pPr>
        <w:spacing w:after="62" w:line="259" w:lineRule="auto"/>
      </w:pPr>
      <w:r>
        <w:rPr>
          <w:rFonts w:ascii="Noto Sans" w:hAnsi="Noto Sans" w:cs="Noto Sans Devanagari" w:eastAsia="Noto Sans Devanagari"/>
          <w:b w:val="0"/>
          <w:i w:val="0"/>
          <w:sz w:val="20"/>
        </w:rPr>
        <w:t>(२) उपदफा (१) बमोजिमको शिक्षा सेवा शुल्क फिर्ताको निवेदन साथ देहाय अनुसारका कागजात संलग्न गर्नुपर्नेछः–</w:t>
      </w:r>
    </w:p>
    <w:p>
      <w:pPr>
        <w:spacing w:after="62" w:line="259" w:lineRule="auto"/>
        <w:ind w:left="115"/>
      </w:pPr>
      <w:r>
        <w:rPr>
          <w:rFonts w:ascii="Noto Sans" w:hAnsi="Noto Sans" w:cs="Noto Sans Devanagari" w:eastAsia="Noto Sans Devanagari"/>
          <w:b w:val="0"/>
          <w:i w:val="0"/>
          <w:sz w:val="20"/>
        </w:rPr>
        <w:t>(क) निवेदकको नागरिकता/पासपोर्टको प्रतिलिपी (निवेदक अभिभावक भएमा निजको नागरिकताको प्रतिलिपी मात्र पेश गर्नु पर्नेछ ।</w:t>
      </w:r>
    </w:p>
    <w:p>
      <w:pPr>
        <w:spacing w:after="62" w:line="259" w:lineRule="auto"/>
        <w:ind w:left="115"/>
      </w:pPr>
      <w:r>
        <w:rPr>
          <w:rFonts w:ascii="Noto Sans" w:hAnsi="Noto Sans" w:cs="Noto Sans Devanagari" w:eastAsia="Noto Sans Devanagari"/>
          <w:b w:val="0"/>
          <w:i w:val="0"/>
          <w:sz w:val="20"/>
        </w:rPr>
        <w:t>(ख) शिक्षण शुल्कबापत विदेशी मुद्रा सटही सुविधा कारोबार भएको बैङ्क स्टेट्मेण्ट ।</w:t>
      </w:r>
    </w:p>
    <w:p>
      <w:pPr>
        <w:spacing w:after="62" w:line="259" w:lineRule="auto"/>
        <w:ind w:left="115"/>
      </w:pPr>
      <w:r>
        <w:rPr>
          <w:rFonts w:ascii="Noto Sans" w:hAnsi="Noto Sans" w:cs="Noto Sans Devanagari" w:eastAsia="Noto Sans Devanagari"/>
          <w:b w:val="0"/>
          <w:i w:val="0"/>
          <w:sz w:val="20"/>
        </w:rPr>
        <w:t>(ग) बैङ्कबाट विदेशस्थित शैक्षिक संस्थामा शिक्षण शुल्क तिरेको प्रमाणित गर्ने कागजात/भौचरको प्रतिलिपी ।</w:t>
      </w:r>
    </w:p>
    <w:p>
      <w:pPr>
        <w:spacing w:after="62" w:line="259" w:lineRule="auto"/>
        <w:ind w:left="115"/>
      </w:pPr>
      <w:r>
        <w:rPr>
          <w:rFonts w:ascii="Noto Sans" w:hAnsi="Noto Sans" w:cs="Noto Sans Devanagari" w:eastAsia="Noto Sans Devanagari"/>
          <w:b w:val="0"/>
          <w:i w:val="0"/>
          <w:sz w:val="20"/>
        </w:rPr>
        <w:t>(घ) विदेशी शैक्षिक संस्थामा रकम दाखिल गरी भर्ना भएको कागजातको प्रतिलिपी ।</w:t>
      </w:r>
    </w:p>
    <w:p>
      <w:pPr>
        <w:spacing w:after="62" w:line="259" w:lineRule="auto"/>
        <w:ind w:left="115"/>
      </w:pPr>
      <w:r>
        <w:rPr>
          <w:rFonts w:ascii="Noto Sans" w:hAnsi="Noto Sans" w:cs="Noto Sans Devanagari" w:eastAsia="Noto Sans Devanagari"/>
          <w:b w:val="0"/>
          <w:i w:val="0"/>
          <w:sz w:val="20"/>
        </w:rPr>
        <w:t>(ङ) शिक्षा मन्त्रालयबाट जारी भएको अध्ययन अनुमति पत्रको प्रतिलिपी ।</w:t>
      </w:r>
    </w:p>
    <w:p>
      <w:pPr>
        <w:spacing w:after="62" w:line="259" w:lineRule="auto"/>
        <w:ind w:left="115"/>
      </w:pPr>
      <w:r>
        <w:rPr>
          <w:rFonts w:ascii="Noto Sans" w:hAnsi="Noto Sans" w:cs="Noto Sans Devanagari" w:eastAsia="Noto Sans Devanagari"/>
          <w:b w:val="0"/>
          <w:i w:val="0"/>
          <w:sz w:val="20"/>
        </w:rPr>
        <w:t>(च) शिक्षण शुल्क बुझाएको विदेशस्थित कलेज/विश्वविद्यालयमा अध्ययन गर्न जान नपाएको व्यहोरा प्रमाणित गर्ने कागजात (जस्तै</w:t>
      </w:r>
    </w:p>
    <w:p>
      <w:pPr>
        <w:spacing w:after="62" w:line="259" w:lineRule="auto"/>
      </w:pPr>
      <w:r>
        <w:rPr>
          <w:rFonts w:ascii="Noto Sans" w:hAnsi="Noto Sans" w:cs="Noto Sans Devanagari" w:eastAsia="Noto Sans Devanagari"/>
          <w:b w:val="0"/>
          <w:i w:val="0"/>
          <w:sz w:val="20"/>
        </w:rPr>
        <w:t>सम्बन्धित राजदुतावास वा अध्यागमनबाट भिसा अस्वीकृत भएको कागजातको प्रतिलिपी वा प्रवेशाज्ञा आवेदन फिर्ता लिएको कागजात</w:t>
      </w:r>
    </w:p>
    <w:p>
      <w:pPr>
        <w:spacing w:after="62" w:line="259" w:lineRule="auto"/>
      </w:pPr>
      <w:r>
        <w:rPr>
          <w:rFonts w:ascii="Noto Sans" w:hAnsi="Noto Sans" w:cs="Noto Sans Devanagari" w:eastAsia="Noto Sans Devanagari"/>
          <w:b w:val="0"/>
          <w:i w:val="0"/>
          <w:sz w:val="20"/>
        </w:rPr>
        <w:t>वा विदेशी शिक्षण संस्थाबाट शिक्षण शुल्क फिर्ता गरेको कागजात) ।</w:t>
      </w:r>
    </w:p>
    <w:p>
      <w:pPr>
        <w:spacing w:after="62" w:line="259" w:lineRule="auto"/>
        <w:ind w:left="115"/>
      </w:pPr>
      <w:r>
        <w:rPr>
          <w:rFonts w:ascii="Noto Sans" w:hAnsi="Noto Sans" w:cs="Noto Sans Devanagari" w:eastAsia="Noto Sans Devanagari"/>
          <w:b w:val="0"/>
          <w:i w:val="0"/>
          <w:sz w:val="20"/>
        </w:rPr>
        <w:t>५. शिक्षा सेवा शुल्क फिर्ता सम्बन्धमा बैङ्कको जिम्मेवारीः</w:t>
      </w:r>
    </w:p>
    <w:p>
      <w:pPr>
        <w:spacing w:after="62" w:line="259" w:lineRule="auto"/>
      </w:pPr>
      <w:r>
        <w:rPr>
          <w:rFonts w:ascii="Noto Sans" w:hAnsi="Noto Sans" w:cs="Noto Sans Devanagari" w:eastAsia="Noto Sans Devanagari"/>
          <w:b w:val="0"/>
          <w:i w:val="0"/>
          <w:sz w:val="20"/>
        </w:rPr>
        <w:t>(१) विदेशी मुद्राको सटही सुविधा उपलब्ध गराउने बैङ्कले शिक्षा सेवा शुल्क बापत असुल गरेको रकम राजस्व खातामा जम्मा गर्दाका बखतमा</w:t>
      </w:r>
    </w:p>
    <w:p>
      <w:pPr>
        <w:spacing w:after="62" w:line="259" w:lineRule="auto"/>
      </w:pPr>
      <w:r>
        <w:rPr>
          <w:rFonts w:ascii="Noto Sans" w:hAnsi="Noto Sans" w:cs="Noto Sans Devanagari" w:eastAsia="Noto Sans Devanagari"/>
          <w:b w:val="0"/>
          <w:i w:val="0"/>
          <w:sz w:val="20"/>
        </w:rPr>
        <w:t>त्यसरी असुल भएको शिक्षा सेवा शुल्कको विद्यार्थीगत विवरण विद्युतीय माध्यमबाट सम्बन्धित कार्यालयमा पेश गर्नु पर्नेछ ।</w:t>
      </w:r>
    </w:p>
    <w:p>
      <w:pPr>
        <w:spacing w:after="62" w:line="259" w:lineRule="auto"/>
      </w:pPr>
      <w:r>
        <w:rPr>
          <w:rFonts w:ascii="Noto Sans" w:hAnsi="Noto Sans" w:cs="Noto Sans Devanagari" w:eastAsia="Noto Sans Devanagari"/>
          <w:b w:val="0"/>
          <w:i w:val="0"/>
          <w:sz w:val="20"/>
        </w:rPr>
        <w:t>(२) दफा ४ को उपदफा (१) बमोजिम शिक्षा सेवा शुल्क फिर्ताको निवेदन बैङ्कमा प्राप्त भए पछि निवेदन साथ संलग्न कागजातहरु भिडान गरी</w:t>
      </w:r>
    </w:p>
    <w:p>
      <w:pPr>
        <w:spacing w:after="62" w:line="259" w:lineRule="auto"/>
      </w:pPr>
      <w:r>
        <w:rPr>
          <w:rFonts w:ascii="Noto Sans" w:hAnsi="Noto Sans" w:cs="Noto Sans Devanagari" w:eastAsia="Noto Sans Devanagari"/>
          <w:b w:val="0"/>
          <w:i w:val="0"/>
          <w:sz w:val="20"/>
        </w:rPr>
        <w:t>शिक्षा सेवा शुल्क फिर्ता दिनु पर्ने निवेदनहरुको यकिन गरी आर्थिक वर्षको श्रावण देखि हरेक चौमासिक पूरा भएको तीन गतेभित्र फिर्ताको लागि</w:t>
      </w:r>
    </w:p>
    <w:p>
      <w:pPr>
        <w:spacing w:after="62" w:line="259" w:lineRule="auto"/>
      </w:pPr>
      <w:r>
        <w:rPr>
          <w:rFonts w:ascii="Noto Sans" w:hAnsi="Noto Sans" w:cs="Noto Sans Devanagari" w:eastAsia="Noto Sans Devanagari"/>
          <w:b w:val="0"/>
          <w:i w:val="0"/>
          <w:sz w:val="20"/>
        </w:rPr>
        <w:t>सिफारिस सहित शिक्षा सेवा शुल्क फिर्ता माग गर्ने व्यक्तिको</w:t>
      </w:r>
    </w:p>
    <w:p>
      <w:pPr>
        <w:keepNext/>
        <w:spacing w:before="200" w:after="80"/>
        <w:pBdr>
          <w:bottom w:val="single" w:sz="12" w:space="2" w:color="2F5597"/>
        </w:pBdr>
      </w:pPr>
      <w:r>
        <w:rPr>
          <w:rFonts w:ascii="Noto Sans" w:hAnsi="Noto Sans" w:cs="Noto Sans Devanagari" w:eastAsia="Noto Sans Devanagari"/>
          <w:b/>
          <w:i w:val="0"/>
          <w:color w:val="2F5597"/>
          <w:sz w:val="24"/>
        </w:rPr>
        <w:t>Schedule 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1</w:t>
      </w:r>
    </w:p>
    <w:p>
      <w:pPr>
        <w:spacing w:after="70" w:line="259" w:lineRule="auto"/>
      </w:pPr>
      <w:r>
        <w:rPr>
          <w:rFonts w:ascii="Noto Sans" w:hAnsi="Noto Sans" w:cs="Noto Sans Devanagari" w:eastAsia="Noto Sans Devanagari"/>
          <w:b w:val="0"/>
          <w:i w:val="0"/>
          <w:color w:val="222222"/>
          <w:sz w:val="18"/>
        </w:rPr>
        <w:t>(Form of Application to Be Submitted by the Student to the Bank When Claiming Refund of Education Service Fee)</w:t>
      </w:r>
    </w:p>
    <w:p>
      <w:pPr>
        <w:spacing w:after="70" w:line="259" w:lineRule="auto"/>
      </w:pPr>
      <w:r>
        <w:rPr>
          <w:rFonts w:ascii="Noto Sans" w:hAnsi="Noto Sans" w:cs="Noto Sans Devanagari" w:eastAsia="Noto Sans Devanagari"/>
          <w:b w:val="0"/>
          <w:i w:val="0"/>
          <w:color w:val="222222"/>
          <w:sz w:val="18"/>
        </w:rPr>
        <w:t>Date:</w:t>
      </w:r>
    </w:p>
    <w:p>
      <w:pPr>
        <w:spacing w:after="70" w:line="259" w:lineRule="auto"/>
      </w:pPr>
      <w:r>
        <w:rPr>
          <w:rFonts w:ascii="Noto Sans" w:hAnsi="Noto Sans" w:cs="Noto Sans Devanagari" w:eastAsia="Noto Sans Devanagari"/>
          <w:b w:val="0"/>
          <w:i w:val="0"/>
          <w:color w:val="222222"/>
          <w:sz w:val="18"/>
        </w:rPr>
        <w:t>Subject: Refund of Education Service Fee.</w:t>
      </w:r>
    </w:p>
    <w:p>
      <w:pPr>
        <w:spacing w:after="70" w:line="259" w:lineRule="auto"/>
      </w:pPr>
      <w:r>
        <w:rPr>
          <w:rFonts w:ascii="Noto Sans" w:hAnsi="Noto Sans" w:cs="Noto Sans Devanagari" w:eastAsia="Noto Sans Devanagari"/>
          <w:b w:val="0"/>
          <w:i w:val="0"/>
          <w:color w:val="222222"/>
          <w:sz w:val="18"/>
        </w:rPr>
        <w:t>To: ............... Bank</w:t>
      </w:r>
    </w:p>
    <w:p>
      <w:pPr>
        <w:spacing w:after="70" w:line="259" w:lineRule="auto"/>
      </w:pPr>
      <w:r>
        <w:rPr>
          <w:rFonts w:ascii="Noto Sans" w:hAnsi="Noto Sans" w:cs="Noto Sans Devanagari" w:eastAsia="Noto Sans Devanagari"/>
          <w:b w:val="0"/>
          <w:i w:val="0"/>
          <w:color w:val="222222"/>
          <w:sz w:val="18"/>
        </w:rPr>
        <w:t>.............................</w:t>
      </w:r>
    </w:p>
    <w:p>
      <w:pPr>
        <w:spacing w:after="70" w:line="259" w:lineRule="auto"/>
      </w:pPr>
      <w:r>
        <w:rPr>
          <w:rFonts w:ascii="Noto Sans" w:hAnsi="Noto Sans" w:cs="Noto Sans Devanagari" w:eastAsia="Noto Sans Devanagari"/>
          <w:b w:val="0"/>
          <w:i w:val="0"/>
          <w:color w:val="222222"/>
          <w:sz w:val="18"/>
        </w:rPr>
        <w:t>As I obtained foreign exchange facility of .................. (name and amount of foreign currency) to go for study at .................. (name of college/university) situated in .................. (name of country) and paid education service fee, but could not go for study due to .................. reason, and foreign currency of .................. (name and amount of foreign currency) was refunded on .......... to my Account No. .............. maintained with this Bank, I hereby submit this application, enclosing the following documents, for refund of NPR .............. deposited with this Bank on ............ as education service fee.</w:t>
      </w:r>
    </w:p>
    <w:p>
      <w:pPr>
        <w:spacing w:after="70" w:line="259" w:lineRule="auto"/>
      </w:pPr>
      <w:r>
        <w:rPr>
          <w:rFonts w:ascii="Noto Sans" w:hAnsi="Noto Sans" w:cs="Noto Sans Devanagari" w:eastAsia="Noto Sans Devanagari"/>
          <w:b w:val="0"/>
          <w:i w:val="0"/>
          <w:color w:val="222222"/>
          <w:sz w:val="18"/>
        </w:rPr>
        <w:t>Applicant's Name: .....................</w:t>
      </w:r>
    </w:p>
    <w:p>
      <w:pPr>
        <w:spacing w:after="70" w:line="259" w:lineRule="auto"/>
      </w:pPr>
      <w:r>
        <w:rPr>
          <w:rFonts w:ascii="Noto Sans" w:hAnsi="Noto Sans" w:cs="Noto Sans Devanagari" w:eastAsia="Noto Sans Devanagari"/>
          <w:b w:val="0"/>
          <w:i w:val="0"/>
          <w:color w:val="222222"/>
          <w:sz w:val="18"/>
        </w:rPr>
        <w:t>Signature: ......................</w:t>
      </w:r>
    </w:p>
    <w:p>
      <w:pPr>
        <w:spacing w:after="70" w:line="259" w:lineRule="auto"/>
      </w:pPr>
      <w:r>
        <w:rPr>
          <w:rFonts w:ascii="Noto Sans" w:hAnsi="Noto Sans" w:cs="Noto Sans Devanagari" w:eastAsia="Noto Sans Devanagari"/>
          <w:b w:val="0"/>
          <w:i w:val="0"/>
          <w:color w:val="222222"/>
          <w:sz w:val="18"/>
        </w:rPr>
        <w:t>Address: .............................</w:t>
      </w:r>
    </w:p>
    <w:p>
      <w:pPr>
        <w:spacing w:after="70" w:line="259" w:lineRule="auto"/>
      </w:pPr>
      <w:r>
        <w:rPr>
          <w:rFonts w:ascii="Noto Sans" w:hAnsi="Noto Sans" w:cs="Noto Sans Devanagari" w:eastAsia="Noto Sans Devanagari"/>
          <w:b w:val="0"/>
          <w:i w:val="0"/>
          <w:color w:val="222222"/>
          <w:sz w:val="18"/>
        </w:rPr>
        <w:t>Mobile No.: ...........................</w:t>
      </w:r>
    </w:p>
    <w:p>
      <w:pPr>
        <w:spacing w:after="70" w:line="259" w:lineRule="auto"/>
      </w:pPr>
      <w:r>
        <w:rPr>
          <w:rFonts w:ascii="Noto Sans" w:hAnsi="Noto Sans" w:cs="Noto Sans Devanagari" w:eastAsia="Noto Sans Devanagari"/>
          <w:b w:val="0"/>
          <w:i w:val="0"/>
          <w:color w:val="222222"/>
          <w:sz w:val="18"/>
        </w:rPr>
        <w:t>Documents Attached:</w:t>
      </w:r>
    </w:p>
    <w:p>
      <w:pPr>
        <w:spacing w:after="70" w:line="259" w:lineRule="auto"/>
        <w:ind w:left="115"/>
      </w:pPr>
      <w:r>
        <w:rPr>
          <w:rFonts w:ascii="Noto Sans" w:hAnsi="Noto Sans" w:cs="Noto Sans Devanagari" w:eastAsia="Noto Sans Devanagari"/>
          <w:b w:val="0"/>
          <w:i w:val="0"/>
          <w:color w:val="222222"/>
          <w:sz w:val="18"/>
        </w:rPr>
        <w:t>1. Copy of applicant's citizenship certificate/passport; where the applicant is a parent, only a copy of his/her citizenship certificate shall be submitted.</w:t>
      </w:r>
    </w:p>
    <w:p>
      <w:pPr>
        <w:spacing w:after="70" w:line="259" w:lineRule="auto"/>
        <w:ind w:left="115"/>
      </w:pPr>
      <w:r>
        <w:rPr>
          <w:rFonts w:ascii="Noto Sans" w:hAnsi="Noto Sans" w:cs="Noto Sans Devanagari" w:eastAsia="Noto Sans Devanagari"/>
          <w:b w:val="0"/>
          <w:i w:val="0"/>
          <w:color w:val="222222"/>
          <w:sz w:val="18"/>
        </w:rPr>
        <w:t>2. Bank statement showing the foreign currency exchange facility transaction for tuition fee.</w:t>
      </w:r>
    </w:p>
    <w:p>
      <w:pPr>
        <w:spacing w:after="70" w:line="259" w:lineRule="auto"/>
        <w:ind w:left="115"/>
      </w:pPr>
      <w:r>
        <w:rPr>
          <w:rFonts w:ascii="Noto Sans" w:hAnsi="Noto Sans" w:cs="Noto Sans Devanagari" w:eastAsia="Noto Sans Devanagari"/>
          <w:b w:val="0"/>
          <w:i w:val="0"/>
          <w:color w:val="222222"/>
          <w:sz w:val="18"/>
        </w:rPr>
        <w:t>3. Copy of document/voucher evidencing payment of tuition fee by the bank to the educational institution abroad.</w:t>
      </w:r>
    </w:p>
    <w:p>
      <w:pPr>
        <w:spacing w:after="70" w:line="259" w:lineRule="auto"/>
        <w:ind w:left="115"/>
      </w:pPr>
      <w:r>
        <w:rPr>
          <w:rFonts w:ascii="Noto Sans" w:hAnsi="Noto Sans" w:cs="Noto Sans Devanagari" w:eastAsia="Noto Sans Devanagari"/>
          <w:b w:val="0"/>
          <w:i w:val="0"/>
          <w:color w:val="222222"/>
          <w:sz w:val="18"/>
        </w:rPr>
        <w:t>4. Copy of document showing deposit of the amount and admission to the foreign educational institution.</w:t>
      </w:r>
    </w:p>
    <w:p>
      <w:pPr>
        <w:spacing w:after="70" w:line="259" w:lineRule="auto"/>
        <w:ind w:left="115"/>
      </w:pPr>
      <w:r>
        <w:rPr>
          <w:rFonts w:ascii="Noto Sans" w:hAnsi="Noto Sans" w:cs="Noto Sans Devanagari" w:eastAsia="Noto Sans Devanagari"/>
          <w:b w:val="0"/>
          <w:i w:val="0"/>
          <w:color w:val="222222"/>
          <w:sz w:val="18"/>
        </w:rPr>
        <w:t>5. Copy of study permission letter issued by the Ministry of Education.</w:t>
      </w:r>
    </w:p>
    <w:p>
      <w:pPr>
        <w:spacing w:after="70" w:line="259" w:lineRule="auto"/>
        <w:ind w:left="115"/>
      </w:pPr>
      <w:r>
        <w:rPr>
          <w:rFonts w:ascii="Noto Sans" w:hAnsi="Noto Sans" w:cs="Noto Sans Devanagari" w:eastAsia="Noto Sans Devanagari"/>
          <w:b w:val="0"/>
          <w:i w:val="0"/>
          <w:color w:val="222222"/>
          <w:sz w:val="18"/>
        </w:rPr>
        <w:t>6. Document evidencing that the student could not go to study at the college/university abroad to which tuition fee was paid, such as a copy of visa rejection by the concerned embassy or immigration authority, a document showing withdrawal of the visa application, or a document showing refund of tuition fee by the foreign educational institution.</w:t>
      </w:r>
    </w:p>
    <w:p>
      <w:pPr>
        <w:spacing w:after="70" w:line="259" w:lineRule="auto"/>
      </w:pPr>
      <w:r>
        <w:rPr>
          <w:rFonts w:ascii="Noto Sans" w:hAnsi="Noto Sans" w:cs="Noto Sans Devanagari" w:eastAsia="Noto Sans Devanagari"/>
          <w:b w:val="0"/>
          <w:i w:val="0"/>
          <w:color w:val="222222"/>
          <w:sz w:val="18"/>
        </w:rPr>
        <w:t>Note: Where the student cannot be present in person, his/her parent may submit the application. In such case, an additional document proving the relationship shall be submitted.</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अनुसूची–२ बमोजिमको विवरण ‚ प्राप्त हुन आएका निवेदनहरु र सो साथ संलग्न</w:t>
      </w:r>
    </w:p>
    <w:p>
      <w:pPr>
        <w:spacing w:after="62" w:line="259" w:lineRule="auto"/>
      </w:pPr>
      <w:r>
        <w:rPr>
          <w:rFonts w:ascii="Noto Sans" w:hAnsi="Noto Sans" w:cs="Noto Sans Devanagari" w:eastAsia="Noto Sans Devanagari"/>
          <w:b w:val="0"/>
          <w:i w:val="0"/>
          <w:sz w:val="20"/>
        </w:rPr>
        <w:t>कागजातहरु सम्बन्धित कार्यालयमा पठाउनु पर्नेछ ।</w:t>
      </w:r>
    </w:p>
    <w:p>
      <w:pPr>
        <w:spacing w:after="62" w:line="259" w:lineRule="auto"/>
      </w:pPr>
      <w:r>
        <w:rPr>
          <w:rFonts w:ascii="Noto Sans" w:hAnsi="Noto Sans" w:cs="Noto Sans Devanagari" w:eastAsia="Noto Sans Devanagari"/>
          <w:b w:val="0"/>
          <w:i w:val="0"/>
          <w:sz w:val="20"/>
        </w:rPr>
        <w:t>(३) उपदफा (२) बमोजिम शिक्षा सेवा शुल्क फिर्ताको सिफारिस गर्दा जुन व्यक्तिको बैङ्क खाताबाट रकम विदेश पठाएको हो सोही व्यक्तिको</w:t>
      </w:r>
    </w:p>
    <w:p>
      <w:pPr>
        <w:spacing w:after="62" w:line="259" w:lineRule="auto"/>
      </w:pPr>
      <w:r>
        <w:rPr>
          <w:rFonts w:ascii="Noto Sans" w:hAnsi="Noto Sans" w:cs="Noto Sans Devanagari" w:eastAsia="Noto Sans Devanagari"/>
          <w:b w:val="0"/>
          <w:i w:val="0"/>
          <w:sz w:val="20"/>
        </w:rPr>
        <w:t>नाममा सोही खातामा विदेशी मुद्रामा रकम फिर्ता प्राप्त भए/नभएको एकिन बैङ्कले नै गर्नु पर्नेछ ।</w:t>
      </w:r>
    </w:p>
    <w:p>
      <w:pPr>
        <w:spacing w:after="62" w:line="259" w:lineRule="auto"/>
      </w:pPr>
      <w:r>
        <w:rPr>
          <w:rFonts w:ascii="Noto Sans" w:hAnsi="Noto Sans" w:cs="Noto Sans Devanagari" w:eastAsia="Noto Sans Devanagari"/>
          <w:b w:val="0"/>
          <w:i w:val="0"/>
          <w:sz w:val="20"/>
        </w:rPr>
        <w:t>(४) फिर्ता गर्नुपर्ने शिक्षा सेवा शुल्क बापतको रकम सम्बन्धित कार्यालयले बैङ्कको खातामा दाखिल (ट्रान्सफर) गरेपछि बैङ्कले तत्काल सम्बन्धित</w:t>
      </w:r>
    </w:p>
    <w:p>
      <w:pPr>
        <w:spacing w:after="62" w:line="259" w:lineRule="auto"/>
      </w:pPr>
      <w:r>
        <w:rPr>
          <w:rFonts w:ascii="Noto Sans" w:hAnsi="Noto Sans" w:cs="Noto Sans Devanagari" w:eastAsia="Noto Sans Devanagari"/>
          <w:b w:val="0"/>
          <w:i w:val="0"/>
          <w:sz w:val="20"/>
        </w:rPr>
        <w:t>विद्यार्थाको खातामा रकम जम्मा गर्नु पर्नेछ ।</w:t>
      </w:r>
    </w:p>
    <w:p>
      <w:pPr>
        <w:spacing w:after="62" w:line="259" w:lineRule="auto"/>
      </w:pPr>
      <w:r>
        <w:rPr>
          <w:rFonts w:ascii="Noto Sans" w:hAnsi="Noto Sans" w:cs="Noto Sans Devanagari" w:eastAsia="Noto Sans Devanagari"/>
          <w:b w:val="0"/>
          <w:i w:val="0"/>
          <w:sz w:val="20"/>
        </w:rPr>
        <w:t>(५) उपदफा (४) बमोजिम सम्बन्धित विद्यार्थीको खातामा रकम जम्मा भएको फाँटबारी बैङ्कले तीन दिनभित्र सम्बन्धित कार्यालयमा पठाउनु पर्नेछ</w:t>
      </w:r>
    </w:p>
    <w:p>
      <w:pPr>
        <w:spacing w:after="62" w:line="259" w:lineRule="auto"/>
      </w:pPr>
      <w:r>
        <w:rPr>
          <w:rFonts w:ascii="Noto Sans" w:hAnsi="Noto Sans" w:cs="Noto Sans Devanagari" w:eastAsia="Noto Sans Devanagari"/>
          <w:b w:val="0"/>
          <w:i w:val="0"/>
          <w:sz w:val="20"/>
        </w:rPr>
        <w:t>।</w:t>
      </w:r>
    </w:p>
    <w:p>
      <w:pPr>
        <w:spacing w:after="62" w:line="259" w:lineRule="auto"/>
        <w:ind w:left="115"/>
      </w:pPr>
      <w:r>
        <w:rPr>
          <w:rFonts w:ascii="Noto Sans" w:hAnsi="Noto Sans" w:cs="Noto Sans Devanagari" w:eastAsia="Noto Sans Devanagari"/>
          <w:b w:val="0"/>
          <w:i w:val="0"/>
          <w:sz w:val="20"/>
        </w:rPr>
        <w:t>६. शिक्षा सेवा शुल्क फिर्ता सम्बन्धमा कार्यालयको जिम्मेवारीः</w:t>
      </w:r>
    </w:p>
    <w:p>
      <w:pPr>
        <w:spacing w:after="62" w:line="259" w:lineRule="auto"/>
      </w:pPr>
      <w:r>
        <w:rPr>
          <w:rFonts w:ascii="Noto Sans" w:hAnsi="Noto Sans" w:cs="Noto Sans Devanagari" w:eastAsia="Noto Sans Devanagari"/>
          <w:b w:val="0"/>
          <w:i w:val="0"/>
          <w:sz w:val="20"/>
        </w:rPr>
        <w:t>(१) दफा ५ को उपदफा (२) बमोजिम सम्बन्धित बैङ्कबाट शिक्षा सेवा शुल्क फिर्ताको सिफारिस भै आएपछि जुन व्यक्तिको नाममा शिक्षा सेवा</w:t>
      </w:r>
    </w:p>
    <w:p>
      <w:pPr>
        <w:spacing w:after="62" w:line="259" w:lineRule="auto"/>
      </w:pPr>
      <w:r>
        <w:rPr>
          <w:rFonts w:ascii="Noto Sans" w:hAnsi="Noto Sans" w:cs="Noto Sans Devanagari" w:eastAsia="Noto Sans Devanagari"/>
          <w:b w:val="0"/>
          <w:i w:val="0"/>
          <w:sz w:val="20"/>
        </w:rPr>
        <w:t>शुल्क दाखिला भएको हो सो व्यक्तिको नाममा फिर्ता दाबी भए/नभएको बैङ्कबाट प्राप्त कागजात भिडान गरी बैङ्कबाट कागजात प्राप्त भएको</w:t>
      </w:r>
    </w:p>
    <w:p>
      <w:pPr>
        <w:spacing w:after="62" w:line="259" w:lineRule="auto"/>
      </w:pPr>
      <w:r>
        <w:rPr>
          <w:rFonts w:ascii="Noto Sans" w:hAnsi="Noto Sans" w:cs="Noto Sans Devanagari" w:eastAsia="Noto Sans Devanagari"/>
          <w:b w:val="0"/>
          <w:i w:val="0"/>
          <w:sz w:val="20"/>
        </w:rPr>
        <w:t>मितिले सात दिनभित्र दाखिला भएको सबै शिक्षा सेवा शुल्क बैङ्कको खातामा रकम दाखिल (ट्रान्सफर) गरी फिर्ता पाउने व्यक्तिको विवरण संलग्न</w:t>
      </w:r>
    </w:p>
    <w:p>
      <w:pPr>
        <w:spacing w:after="62" w:line="259" w:lineRule="auto"/>
      </w:pPr>
      <w:r>
        <w:rPr>
          <w:rFonts w:ascii="Noto Sans" w:hAnsi="Noto Sans" w:cs="Noto Sans Devanagari" w:eastAsia="Noto Sans Devanagari"/>
          <w:b w:val="0"/>
          <w:i w:val="0"/>
          <w:sz w:val="20"/>
        </w:rPr>
        <w:t>गरी सम्बन्धित बैङ्कलाई उपलब्ध गराउनु पर्नेछ ।</w:t>
      </w:r>
    </w:p>
    <w:p>
      <w:pPr>
        <w:spacing w:after="62" w:line="259" w:lineRule="auto"/>
      </w:pPr>
      <w:r>
        <w:rPr>
          <w:rFonts w:ascii="Noto Sans" w:hAnsi="Noto Sans" w:cs="Noto Sans Devanagari" w:eastAsia="Noto Sans Devanagari"/>
          <w:b w:val="0"/>
          <w:i w:val="0"/>
          <w:sz w:val="20"/>
        </w:rPr>
        <w:t>(२) दफा ५ को उपदफा (५) बमोजिम बैङ्कबाट सम्बन्धित विद्यार्थीको खातामा रकम जम्मा भएको फाँटवारी तोकिएको समयमा प्राप्त नभएमा</w:t>
      </w:r>
    </w:p>
    <w:p>
      <w:pPr>
        <w:spacing w:after="62" w:line="259" w:lineRule="auto"/>
      </w:pPr>
      <w:r>
        <w:rPr>
          <w:rFonts w:ascii="Noto Sans" w:hAnsi="Noto Sans" w:cs="Noto Sans Devanagari" w:eastAsia="Noto Sans Devanagari"/>
          <w:b w:val="0"/>
          <w:i w:val="0"/>
          <w:sz w:val="20"/>
        </w:rPr>
        <w:t>कार्यालयले बैङ्कसँग सम्पर्क गरी फाँटवारी लिई लेखा दुरुस्त राख्नु पर्नेछ ।</w:t>
      </w:r>
    </w:p>
    <w:p>
      <w:pPr>
        <w:spacing w:after="62" w:line="259" w:lineRule="auto"/>
        <w:ind w:left="115"/>
      </w:pPr>
      <w:r>
        <w:rPr>
          <w:rFonts w:ascii="Noto Sans" w:hAnsi="Noto Sans" w:cs="Noto Sans Devanagari" w:eastAsia="Noto Sans Devanagari"/>
          <w:b w:val="0"/>
          <w:i w:val="0"/>
          <w:sz w:val="20"/>
        </w:rPr>
        <w:t>७. शिक्षा सेवा शुल्क भुक्तानीः फिर्ता दिनु पर्ने भनी एकिन भएको शिक्षा सेवा शुल्क वापत राजस्वमा जम्मा भएको रकम फिर्ता गर्न आन्तरिक</w:t>
      </w:r>
    </w:p>
    <w:p>
      <w:pPr>
        <w:spacing w:after="62" w:line="259" w:lineRule="auto"/>
      </w:pPr>
      <w:r>
        <w:rPr>
          <w:rFonts w:ascii="Noto Sans" w:hAnsi="Noto Sans" w:cs="Noto Sans Devanagari" w:eastAsia="Noto Sans Devanagari"/>
          <w:b w:val="0"/>
          <w:i w:val="0"/>
          <w:sz w:val="20"/>
        </w:rPr>
        <w:t>राजस्व विभागको बजेट उपशीर्षक नम्बर ३०५०४०११३(चालु), खर्च शीर्षक नम्बर २८२११(राजस्व फिर्ता) मा विनियोजन भएको/हुने रकमबाट</w:t>
      </w:r>
    </w:p>
    <w:p>
      <w:pPr>
        <w:spacing w:after="62" w:line="259" w:lineRule="auto"/>
      </w:pPr>
      <w:r>
        <w:rPr>
          <w:rFonts w:ascii="Noto Sans" w:hAnsi="Noto Sans" w:cs="Noto Sans Devanagari" w:eastAsia="Noto Sans Devanagari"/>
          <w:b w:val="0"/>
          <w:i w:val="0"/>
          <w:sz w:val="20"/>
        </w:rPr>
        <w:t>खर्च लेखि सम्बन्धित आन्तरिक राजस्व कार्यालयलाई निकासा उपलब्ध गराउने र निकासा प्राप्त रकम सम्बन्धित कार्यालयले कोष तथा लेखा</w:t>
      </w:r>
    </w:p>
    <w:p>
      <w:pPr>
        <w:spacing w:after="62" w:line="259" w:lineRule="auto"/>
      </w:pPr>
      <w:r>
        <w:rPr>
          <w:rFonts w:ascii="Noto Sans" w:hAnsi="Noto Sans" w:cs="Noto Sans Devanagari" w:eastAsia="Noto Sans Devanagari"/>
          <w:b w:val="0"/>
          <w:i w:val="0"/>
          <w:sz w:val="20"/>
        </w:rPr>
        <w:t>नियन्त्रक कार्यालयको विविध खातामा जम्मा गर्नुपर्नेछ । यसरी विविध खातामा जम्मा भएको रकम सम्बन्धित आन्तरिक राजस्व कार्यालयले</w:t>
      </w:r>
    </w:p>
    <w:p>
      <w:pPr>
        <w:spacing w:after="62" w:line="259" w:lineRule="auto"/>
      </w:pPr>
      <w:r>
        <w:rPr>
          <w:rFonts w:ascii="Noto Sans" w:hAnsi="Noto Sans" w:cs="Noto Sans Devanagari" w:eastAsia="Noto Sans Devanagari"/>
          <w:b w:val="0"/>
          <w:i w:val="0"/>
          <w:sz w:val="20"/>
        </w:rPr>
        <w:t>निकासा लिई यस मापदण्डमा उल्लेख भएका प्रक्रिया पूरा गरेर सम्बन्धित बैंकलाई शिक्षा सेवा शुल्क वापत फिर्ता गर्नुपर्ने राजस्व रकम उपलब्ध</w:t>
      </w:r>
    </w:p>
    <w:p>
      <w:pPr>
        <w:spacing w:after="62" w:line="259" w:lineRule="auto"/>
      </w:pPr>
      <w:r>
        <w:rPr>
          <w:rFonts w:ascii="Noto Sans" w:hAnsi="Noto Sans" w:cs="Noto Sans Devanagari" w:eastAsia="Noto Sans Devanagari"/>
          <w:b w:val="0"/>
          <w:i w:val="0"/>
          <w:sz w:val="20"/>
        </w:rPr>
        <w:t>गराउनु पर्नेछ । सम्बन्धित बैंकले यसरी प्राप्त भएको रकम यसै मापदण्ड बमोजिमको प्रक्रिया पूरा गरी सम्बन्धित विद्यार्थी वा अभिभावकको</w:t>
      </w:r>
    </w:p>
    <w:p>
      <w:pPr>
        <w:spacing w:after="62" w:line="259" w:lineRule="auto"/>
      </w:pPr>
      <w:r>
        <w:rPr>
          <w:rFonts w:ascii="Noto Sans" w:hAnsi="Noto Sans" w:cs="Noto Sans Devanagari" w:eastAsia="Noto Sans Devanagari"/>
          <w:b w:val="0"/>
          <w:i w:val="0"/>
          <w:sz w:val="20"/>
        </w:rPr>
        <w:t>खातामा जम्मा गरिदिनु पर्नेछ ।</w:t>
      </w:r>
    </w:p>
    <w:p>
      <w:pPr>
        <w:spacing w:after="62" w:line="259" w:lineRule="auto"/>
        <w:ind w:left="115"/>
      </w:pPr>
      <w:r>
        <w:rPr>
          <w:rFonts w:ascii="Noto Sans" w:hAnsi="Noto Sans" w:cs="Noto Sans Devanagari" w:eastAsia="Noto Sans Devanagari"/>
          <w:b w:val="0"/>
          <w:i w:val="0"/>
          <w:sz w:val="20"/>
        </w:rPr>
        <w:t>८. बाधा अडकाउ फुकाउन सक्नेः यस मापदण्डको कार्यान्वयनमा कुनै द्विविधा उत्पन्न भएमा विभागले आवश्यक व्याख्या र निर्णय गरि त्यस्तो</w:t>
      </w:r>
    </w:p>
    <w:p>
      <w:pPr>
        <w:spacing w:after="62" w:line="259" w:lineRule="auto"/>
      </w:pPr>
      <w:r>
        <w:rPr>
          <w:rFonts w:ascii="Noto Sans" w:hAnsi="Noto Sans" w:cs="Noto Sans Devanagari" w:eastAsia="Noto Sans Devanagari"/>
          <w:b w:val="0"/>
          <w:i w:val="0"/>
          <w:sz w:val="20"/>
        </w:rPr>
        <w:t>बाधा अडकाउ फुकाउन सक्नेछ ।</w:t>
      </w:r>
    </w:p>
    <w:p>
      <w:pPr>
        <w:spacing w:after="62" w:line="259" w:lineRule="auto"/>
      </w:pPr>
      <w:r>
        <w:rPr>
          <w:rFonts w:ascii="Noto Sans" w:hAnsi="Noto Sans" w:cs="Noto Sans Devanagari" w:eastAsia="Noto Sans Devanagari"/>
          <w:b w:val="0"/>
          <w:i w:val="0"/>
          <w:sz w:val="20"/>
        </w:rPr>
        <w:t>अनुसूची–१</w:t>
      </w:r>
    </w:p>
    <w:p>
      <w:pPr>
        <w:spacing w:after="62" w:line="259" w:lineRule="auto"/>
      </w:pPr>
      <w:r>
        <w:rPr>
          <w:rFonts w:ascii="Noto Sans" w:hAnsi="Noto Sans" w:cs="Noto Sans Devanagari" w:eastAsia="Noto Sans Devanagari"/>
          <w:b w:val="0"/>
          <w:i w:val="0"/>
          <w:sz w:val="20"/>
        </w:rPr>
        <w:t>(शिक्षा सेवा शुल्क फिर्ता माग गर्दा विद्यार्थीले बैङ्कमा पेश गर्ने निवेदनको ढाँचा)</w:t>
      </w:r>
    </w:p>
    <w:p>
      <w:pPr>
        <w:spacing w:after="62" w:line="259" w:lineRule="auto"/>
      </w:pPr>
      <w:r>
        <w:rPr>
          <w:rFonts w:ascii="Noto Sans" w:hAnsi="Noto Sans" w:cs="Noto Sans Devanagari" w:eastAsia="Noto Sans Devanagari"/>
          <w:b w:val="0"/>
          <w:i w:val="0"/>
          <w:sz w:val="20"/>
        </w:rPr>
        <w:t>मितिः</w:t>
      </w:r>
    </w:p>
    <w:p>
      <w:pPr>
        <w:spacing w:after="62" w:line="259" w:lineRule="auto"/>
      </w:pPr>
      <w:r>
        <w:rPr>
          <w:rFonts w:ascii="Noto Sans" w:hAnsi="Noto Sans" w:cs="Noto Sans Devanagari" w:eastAsia="Noto Sans Devanagari"/>
          <w:b w:val="0"/>
          <w:i w:val="0"/>
          <w:sz w:val="20"/>
        </w:rPr>
        <w:t>विषयः शिक्षा सेवा शुल्क फिर्ता सम्बन्धमा ।</w:t>
      </w:r>
    </w:p>
    <w:p>
      <w:pPr>
        <w:spacing w:after="62" w:line="259" w:lineRule="auto"/>
      </w:pPr>
      <w:r>
        <w:rPr>
          <w:rFonts w:ascii="Noto Sans" w:hAnsi="Noto Sans" w:cs="Noto Sans Devanagari" w:eastAsia="Noto Sans Devanagari"/>
          <w:b w:val="0"/>
          <w:i w:val="0"/>
          <w:sz w:val="20"/>
        </w:rPr>
        <w:t>श्री...............बैङ्क,</w:t>
      </w:r>
    </w:p>
    <w:p>
      <w:pPr>
        <w:spacing w:after="62" w:line="259" w:lineRule="auto"/>
      </w:pPr>
      <w:r>
        <w:rPr>
          <w:rFonts w:ascii="Noto Sans" w:hAnsi="Noto Sans" w:cs="Noto Sans Devanagari" w:eastAsia="Noto Sans Devanagari"/>
          <w:b w:val="0"/>
          <w:i w:val="0"/>
          <w:sz w:val="20"/>
        </w:rPr>
        <w:t>............................।</w:t>
      </w:r>
    </w:p>
    <w:p>
      <w:pPr>
        <w:spacing w:after="62" w:line="259" w:lineRule="auto"/>
      </w:pPr>
      <w:r>
        <w:rPr>
          <w:rFonts w:ascii="Noto Sans" w:hAnsi="Noto Sans" w:cs="Noto Sans Devanagari" w:eastAsia="Noto Sans Devanagari"/>
          <w:b w:val="0"/>
          <w:i w:val="0"/>
          <w:sz w:val="20"/>
        </w:rPr>
        <w:t>..............(देशको नाम) स्थित ...................(कलेज/विश्वविद्यालयको नाम) मा अध्ययन गर्न जानको लागि विदेशी मुद्रा</w:t>
      </w:r>
    </w:p>
    <w:p>
      <w:pPr>
        <w:spacing w:after="62" w:line="259" w:lineRule="auto"/>
      </w:pPr>
      <w:r>
        <w:rPr>
          <w:rFonts w:ascii="Noto Sans" w:hAnsi="Noto Sans" w:cs="Noto Sans Devanagari" w:eastAsia="Noto Sans Devanagari"/>
          <w:b w:val="0"/>
          <w:i w:val="0"/>
          <w:sz w:val="20"/>
        </w:rPr>
        <w:t>..............(विदेशी मुद्राको नाम र रकम) को सटही सुविधा लिई शिक्षा सेवा शुल्क बुझाएकोमा..............कारणले अध्ययन गर्न जान नपाएको</w:t>
      </w:r>
    </w:p>
    <w:p>
      <w:pPr>
        <w:spacing w:after="62" w:line="259" w:lineRule="auto"/>
      </w:pPr>
      <w:r>
        <w:rPr>
          <w:rFonts w:ascii="Noto Sans" w:hAnsi="Noto Sans" w:cs="Noto Sans Devanagari" w:eastAsia="Noto Sans Devanagari"/>
          <w:b w:val="0"/>
          <w:i w:val="0"/>
          <w:sz w:val="20"/>
        </w:rPr>
        <w:t>र विदेशी मुद्रा ...................(विदेशी मुद्राको नाम र रकम) मेरो यसै बैङ्कमा रहेको खाता नं ..............मा मिति ...........फिर्ता भै आएको</w:t>
      </w:r>
    </w:p>
    <w:p>
      <w:pPr>
        <w:spacing w:after="62" w:line="259" w:lineRule="auto"/>
      </w:pPr>
      <w:r>
        <w:rPr>
          <w:rFonts w:ascii="Noto Sans" w:hAnsi="Noto Sans" w:cs="Noto Sans Devanagari" w:eastAsia="Noto Sans Devanagari"/>
          <w:b w:val="0"/>
          <w:i w:val="0"/>
          <w:sz w:val="20"/>
        </w:rPr>
        <w:t>हुँदा मिति ............मा यस बैङ्कमा दाखिला भएको शिक्षा सेवा शुल्क बापतको रकम रु ..............फिर्ताको लागि देहायका कागजात संलग्न</w:t>
      </w:r>
    </w:p>
    <w:p>
      <w:pPr>
        <w:spacing w:after="62" w:line="259" w:lineRule="auto"/>
      </w:pPr>
      <w:r>
        <w:rPr>
          <w:rFonts w:ascii="Noto Sans" w:hAnsi="Noto Sans" w:cs="Noto Sans Devanagari" w:eastAsia="Noto Sans Devanagari"/>
          <w:b w:val="0"/>
          <w:i w:val="0"/>
          <w:sz w:val="20"/>
        </w:rPr>
        <w:t>गरी निवेदन पेश गरेको छु ।</w:t>
      </w:r>
    </w:p>
    <w:p>
      <w:pPr>
        <w:spacing w:after="62" w:line="259" w:lineRule="auto"/>
      </w:pPr>
      <w:r>
        <w:rPr>
          <w:rFonts w:ascii="Noto Sans" w:hAnsi="Noto Sans" w:cs="Noto Sans Devanagari" w:eastAsia="Noto Sans Devanagari"/>
          <w:b w:val="0"/>
          <w:i w:val="0"/>
          <w:sz w:val="20"/>
        </w:rPr>
        <w:t>निवेदकको नामः.....................</w:t>
      </w:r>
    </w:p>
    <w:p>
      <w:pPr>
        <w:spacing w:after="62" w:line="259" w:lineRule="auto"/>
      </w:pPr>
      <w:r>
        <w:rPr>
          <w:rFonts w:ascii="Noto Sans" w:hAnsi="Noto Sans" w:cs="Noto Sans Devanagari" w:eastAsia="Noto Sans Devanagari"/>
          <w:b w:val="0"/>
          <w:i w:val="0"/>
          <w:sz w:val="20"/>
        </w:rPr>
        <w:t>हस्ताक्षरः......................</w:t>
      </w:r>
    </w:p>
    <w:p>
      <w:pPr>
        <w:spacing w:after="62" w:line="259" w:lineRule="auto"/>
      </w:pPr>
      <w:r>
        <w:rPr>
          <w:rFonts w:ascii="Noto Sans" w:hAnsi="Noto Sans" w:cs="Noto Sans Devanagari" w:eastAsia="Noto Sans Devanagari"/>
          <w:b w:val="0"/>
          <w:i w:val="0"/>
          <w:sz w:val="20"/>
        </w:rPr>
        <w:t>ठेगानाः.............................</w:t>
      </w:r>
    </w:p>
    <w:p>
      <w:pPr>
        <w:spacing w:after="62" w:line="259" w:lineRule="auto"/>
      </w:pPr>
      <w:r>
        <w:rPr>
          <w:rFonts w:ascii="Noto Sans" w:hAnsi="Noto Sans" w:cs="Noto Sans Devanagari" w:eastAsia="Noto Sans Devanagari"/>
          <w:b w:val="0"/>
          <w:i w:val="0"/>
          <w:sz w:val="20"/>
        </w:rPr>
        <w:t>मोबाइल नःं...........................</w:t>
      </w:r>
    </w:p>
    <w:p>
      <w:pPr>
        <w:spacing w:after="62" w:line="259" w:lineRule="auto"/>
      </w:pPr>
      <w:r>
        <w:rPr>
          <w:rFonts w:ascii="Noto Sans" w:hAnsi="Noto Sans" w:cs="Noto Sans Devanagari" w:eastAsia="Noto Sans Devanagari"/>
          <w:b w:val="0"/>
          <w:i w:val="0"/>
          <w:sz w:val="20"/>
        </w:rPr>
        <w:t>संलग्न कागजातहरुः</w:t>
      </w:r>
    </w:p>
    <w:p>
      <w:pPr>
        <w:spacing w:after="62" w:line="259" w:lineRule="auto"/>
        <w:ind w:left="115"/>
      </w:pPr>
      <w:r>
        <w:rPr>
          <w:rFonts w:ascii="Noto Sans" w:hAnsi="Noto Sans" w:cs="Noto Sans Devanagari" w:eastAsia="Noto Sans Devanagari"/>
          <w:b w:val="0"/>
          <w:i w:val="0"/>
          <w:sz w:val="20"/>
        </w:rPr>
        <w:t>१. निवेदकको नागरिकता/पासपोर्टको प्रतिलिपी (निवेदक अभिभावक भएमा निजको नागरिकताको प्रतिलिपी मात्र पेश गर्नु पर्नेछ)।</w:t>
      </w:r>
    </w:p>
    <w:p>
      <w:pPr>
        <w:spacing w:after="62" w:line="259" w:lineRule="auto"/>
        <w:ind w:left="115"/>
      </w:pPr>
      <w:r>
        <w:rPr>
          <w:rFonts w:ascii="Noto Sans" w:hAnsi="Noto Sans" w:cs="Noto Sans Devanagari" w:eastAsia="Noto Sans Devanagari"/>
          <w:b w:val="0"/>
          <w:i w:val="0"/>
          <w:sz w:val="20"/>
        </w:rPr>
        <w:t>२. शिक्षण शुल्क बापत विदेशी मुद्रा सटही सुविधा कारोबार भएको बैङ्क स्टेट्मेण्ट ।</w:t>
      </w:r>
    </w:p>
    <w:p>
      <w:pPr>
        <w:spacing w:after="62" w:line="259" w:lineRule="auto"/>
        <w:ind w:left="115"/>
      </w:pPr>
      <w:r>
        <w:rPr>
          <w:rFonts w:ascii="Noto Sans" w:hAnsi="Noto Sans" w:cs="Noto Sans Devanagari" w:eastAsia="Noto Sans Devanagari"/>
          <w:b w:val="0"/>
          <w:i w:val="0"/>
          <w:sz w:val="20"/>
        </w:rPr>
        <w:t>३. बैङ्कबाट विदेशस्थित शैक्षिक संस्थामा शिक्षण शुल्क तिरेको प्रमाणित गर्ने कागजात/भौचरको प्रतिलिपी ।</w:t>
      </w:r>
    </w:p>
    <w:p>
      <w:pPr>
        <w:spacing w:after="62" w:line="259" w:lineRule="auto"/>
        <w:ind w:left="115"/>
      </w:pPr>
      <w:r>
        <w:rPr>
          <w:rFonts w:ascii="Noto Sans" w:hAnsi="Noto Sans" w:cs="Noto Sans Devanagari" w:eastAsia="Noto Sans Devanagari"/>
          <w:b w:val="0"/>
          <w:i w:val="0"/>
          <w:sz w:val="20"/>
        </w:rPr>
        <w:t>४.विदेशी शैक्षिक संस्थामा रकम दाखिल गरी भर्ना भएको कागजातको प्रतिलिपी ।</w:t>
      </w:r>
    </w:p>
    <w:p>
      <w:pPr>
        <w:spacing w:after="62" w:line="259" w:lineRule="auto"/>
        <w:ind w:left="115"/>
      </w:pPr>
      <w:r>
        <w:rPr>
          <w:rFonts w:ascii="Noto Sans" w:hAnsi="Noto Sans" w:cs="Noto Sans Devanagari" w:eastAsia="Noto Sans Devanagari"/>
          <w:b w:val="0"/>
          <w:i w:val="0"/>
          <w:sz w:val="20"/>
        </w:rPr>
        <w:t>५. शिक्षा मन्त्रालयबाट जारी भएको अध्ययन अनुमति पत्रको प्रतिलिपी ।</w:t>
      </w:r>
    </w:p>
    <w:p>
      <w:pPr>
        <w:spacing w:after="62" w:line="259" w:lineRule="auto"/>
        <w:ind w:left="115"/>
      </w:pPr>
      <w:r>
        <w:rPr>
          <w:rFonts w:ascii="Noto Sans" w:hAnsi="Noto Sans" w:cs="Noto Sans Devanagari" w:eastAsia="Noto Sans Devanagari"/>
          <w:b w:val="0"/>
          <w:i w:val="0"/>
          <w:sz w:val="20"/>
        </w:rPr>
        <w:t>६. शिक्षण शुल्क बुझाएको विदेशस्थित कलेज/विश्वविद्यालयमा अध्ययन गर्न जान नपाएको व्यहोरा प्रमाणित गर्ने कागजात (जस्तै सम्बन्धित</w:t>
      </w:r>
    </w:p>
    <w:p>
      <w:pPr>
        <w:spacing w:after="62" w:line="259" w:lineRule="auto"/>
      </w:pPr>
      <w:r>
        <w:rPr>
          <w:rFonts w:ascii="Noto Sans" w:hAnsi="Noto Sans" w:cs="Noto Sans Devanagari" w:eastAsia="Noto Sans Devanagari"/>
          <w:b w:val="0"/>
          <w:i w:val="0"/>
          <w:sz w:val="20"/>
        </w:rPr>
        <w:t>राजदुतावास वा अध्यागमनबाट भिसा अस्वीकृत भएको कागजातको प्रतिलिपी वा प्रवेशाज्ञा आवेदन फिर्ता लिएको कागजात वा विदेशी</w:t>
      </w:r>
    </w:p>
    <w:p>
      <w:pPr>
        <w:spacing w:after="62" w:line="259" w:lineRule="auto"/>
      </w:pPr>
      <w:r>
        <w:rPr>
          <w:rFonts w:ascii="Noto Sans" w:hAnsi="Noto Sans" w:cs="Noto Sans Devanagari" w:eastAsia="Noto Sans Devanagari"/>
          <w:b w:val="0"/>
          <w:i w:val="0"/>
          <w:sz w:val="20"/>
        </w:rPr>
        <w:t>शिक्षण संस्थाबाट शिक्षण शुल्क फिर्ता गरेको कागजात )।</w:t>
      </w:r>
    </w:p>
    <w:p>
      <w:pPr>
        <w:spacing w:after="62" w:line="259" w:lineRule="auto"/>
      </w:pPr>
      <w:r>
        <w:rPr>
          <w:rFonts w:ascii="Noto Sans" w:hAnsi="Noto Sans" w:cs="Noto Sans Devanagari" w:eastAsia="Noto Sans Devanagari"/>
          <w:b w:val="0"/>
          <w:i w:val="0"/>
          <w:sz w:val="20"/>
        </w:rPr>
        <w:t>नोटः विद्यार्थी स्वयं उपस्थित हुन नसकेको हकमा निजको अभिभावकले निवेदन दिन सक्नेछन् । सो अवस्थामा नाता प्रमाणित गर्ने कागजात थप</w:t>
      </w:r>
    </w:p>
    <w:p>
      <w:pPr>
        <w:spacing w:after="62" w:line="259" w:lineRule="auto"/>
      </w:pPr>
      <w:r>
        <w:rPr>
          <w:rFonts w:ascii="Noto Sans" w:hAnsi="Noto Sans" w:cs="Noto Sans Devanagari" w:eastAsia="Noto Sans Devanagari"/>
          <w:b w:val="0"/>
          <w:i w:val="0"/>
          <w:sz w:val="20"/>
        </w:rPr>
        <w:t>पेश गर्नु पर्नेछ ।</w:t>
      </w:r>
    </w:p>
    <w:p>
      <w:pPr>
        <w:spacing w:after="62" w:line="259" w:lineRule="auto"/>
      </w:pPr>
      <w:r>
        <w:rPr>
          <w:rFonts w:ascii="Noto Sans" w:hAnsi="Noto Sans" w:cs="Noto Sans Devanagari" w:eastAsia="Noto Sans Devanagari"/>
          <w:b w:val="0"/>
          <w:i w:val="0"/>
          <w:sz w:val="20"/>
        </w:rPr>
        <w:t>अनुसूची–२</w:t>
      </w:r>
    </w:p>
    <w:p>
      <w:pPr>
        <w:spacing w:after="62" w:line="259" w:lineRule="auto"/>
      </w:pPr>
      <w:r>
        <w:rPr>
          <w:rFonts w:ascii="Noto Sans" w:hAnsi="Noto Sans" w:cs="Noto Sans Devanagari" w:eastAsia="Noto Sans Devanagari"/>
          <w:b w:val="0"/>
          <w:i w:val="0"/>
          <w:sz w:val="20"/>
        </w:rPr>
        <w:t>(शिक्षा सेवा शुल्क फिर्ता माग गर्ने व्यक्तिको विवरण)</w:t>
      </w:r>
    </w:p>
    <w:p>
      <w:pPr>
        <w:spacing w:after="62" w:line="259" w:lineRule="auto"/>
      </w:pPr>
      <w:r>
        <w:rPr>
          <w:rFonts w:ascii="Noto Sans" w:hAnsi="Noto Sans" w:cs="Noto Sans Devanagari" w:eastAsia="Noto Sans Devanagari"/>
          <w:b w:val="0"/>
          <w:i w:val="0"/>
          <w:sz w:val="20"/>
        </w:rPr>
        <w:t>सि.नं. शिक्षण सेवा अभिभावकको शिक्षण शुल्क रकम शिक्षा सेवा शुल्क बैङ्क खाता कैफियत</w:t>
      </w:r>
    </w:p>
    <w:p>
      <w:pPr>
        <w:spacing w:after="62" w:line="259" w:lineRule="auto"/>
      </w:pPr>
      <w:r>
        <w:rPr>
          <w:rFonts w:ascii="Noto Sans" w:hAnsi="Noto Sans" w:cs="Noto Sans Devanagari" w:eastAsia="Noto Sans Devanagari"/>
          <w:b w:val="0"/>
          <w:i w:val="0"/>
          <w:sz w:val="20"/>
        </w:rPr>
        <w:t>शुल्क दाखिला नाम नं.</w:t>
      </w:r>
    </w:p>
    <w:p>
      <w:pPr>
        <w:spacing w:after="62" w:line="259" w:lineRule="auto"/>
      </w:pPr>
      <w:r>
        <w:rPr>
          <w:rFonts w:ascii="Noto Sans" w:hAnsi="Noto Sans" w:cs="Noto Sans Devanagari" w:eastAsia="Noto Sans Devanagari"/>
          <w:b w:val="0"/>
          <w:i w:val="0"/>
          <w:sz w:val="20"/>
        </w:rPr>
        <w:t>गर्नेको नाम</w:t>
      </w:r>
    </w:p>
    <w:p>
      <w:pPr>
        <w:spacing w:after="62" w:line="259" w:lineRule="auto"/>
      </w:pPr>
      <w:r>
        <w:rPr>
          <w:rFonts w:ascii="Noto Sans" w:hAnsi="Noto Sans" w:cs="Noto Sans Devanagari" w:eastAsia="Noto Sans Devanagari"/>
          <w:b w:val="0"/>
          <w:i w:val="0"/>
          <w:sz w:val="20"/>
        </w:rPr>
        <w:t>सटही सुविधा फिर्ता प्राप्त कट्टी रकम मिति</w:t>
      </w:r>
    </w:p>
    <w:p>
      <w:pPr>
        <w:spacing w:after="62" w:line="259" w:lineRule="auto"/>
      </w:pPr>
      <w:r>
        <w:rPr>
          <w:rFonts w:ascii="Noto Sans" w:hAnsi="Noto Sans" w:cs="Noto Sans Devanagari" w:eastAsia="Noto Sans Devanagari"/>
          <w:b w:val="0"/>
          <w:i w:val="0"/>
          <w:sz w:val="20"/>
        </w:rPr>
        <w:t>प्रदान गरिएको भएको रकम</w:t>
      </w:r>
    </w:p>
    <w:p>
      <w:pPr>
        <w:spacing w:after="62" w:line="259" w:lineRule="auto"/>
      </w:pPr>
      <w:r>
        <w:rPr>
          <w:rFonts w:ascii="Noto Sans" w:hAnsi="Noto Sans" w:cs="Noto Sans Devanagari" w:eastAsia="Noto Sans Devanagari"/>
          <w:b w:val="0"/>
          <w:i w:val="0"/>
          <w:sz w:val="20"/>
        </w:rPr>
        <w:t>रकम</w:t>
      </w:r>
    </w:p>
    <w:p>
      <w:pPr>
        <w:spacing w:after="62" w:line="259" w:lineRule="auto"/>
      </w:pPr>
      <w:r>
        <w:rPr>
          <w:rFonts w:ascii="Noto Sans" w:hAnsi="Noto Sans" w:cs="Noto Sans Devanagari" w:eastAsia="Noto Sans Devanagari"/>
          <w:b w:val="0"/>
          <w:i w:val="0"/>
          <w:sz w:val="20"/>
        </w:rPr>
        <w:t>प्रमाणित गर्नेको नामः .......................</w:t>
      </w:r>
    </w:p>
    <w:p>
      <w:pPr>
        <w:spacing w:after="62" w:line="259" w:lineRule="auto"/>
      </w:pPr>
      <w:r>
        <w:rPr>
          <w:rFonts w:ascii="Noto Sans" w:hAnsi="Noto Sans" w:cs="Noto Sans Devanagari" w:eastAsia="Noto Sans Devanagari"/>
          <w:b w:val="0"/>
          <w:i w:val="0"/>
          <w:sz w:val="20"/>
        </w:rPr>
        <w:t>हस्ताक्षरः.......................</w:t>
      </w:r>
    </w:p>
    <w:p>
      <w:pPr>
        <w:spacing w:after="62" w:line="259" w:lineRule="auto"/>
      </w:pPr>
      <w:r>
        <w:rPr>
          <w:rFonts w:ascii="Noto Sans" w:hAnsi="Noto Sans" w:cs="Noto Sans Devanagari" w:eastAsia="Noto Sans Devanagari"/>
          <w:b w:val="0"/>
          <w:i w:val="0"/>
          <w:sz w:val="20"/>
        </w:rPr>
        <w:t>पदः .......................</w:t>
      </w:r>
    </w:p>
    <w:p>
      <w:pPr>
        <w:spacing w:after="62" w:line="259" w:lineRule="auto"/>
      </w:pPr>
      <w:r>
        <w:rPr>
          <w:rFonts w:ascii="Noto Sans" w:hAnsi="Noto Sans" w:cs="Noto Sans Devanagari" w:eastAsia="Noto Sans Devanagari"/>
          <w:b w:val="0"/>
          <w:i w:val="0"/>
          <w:sz w:val="20"/>
        </w:rPr>
        <w:t>बैङ्कको नामः .......................</w:t>
      </w:r>
    </w:p>
    <w:p>
      <w:pPr>
        <w:keepNext/>
        <w:spacing w:before="200" w:after="80"/>
        <w:pBdr>
          <w:bottom w:val="single" w:sz="12" w:space="2" w:color="2F5597"/>
        </w:pBdr>
      </w:pPr>
      <w:r>
        <w:rPr>
          <w:rFonts w:ascii="Noto Sans" w:hAnsi="Noto Sans" w:cs="Noto Sans Devanagari" w:eastAsia="Noto Sans Devanagari"/>
          <w:b/>
          <w:i w:val="0"/>
          <w:color w:val="2F5597"/>
          <w:sz w:val="24"/>
        </w:rPr>
        <w:t>Schedule 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2</w:t>
      </w:r>
    </w:p>
    <w:p>
      <w:pPr>
        <w:spacing w:after="70" w:line="259" w:lineRule="auto"/>
      </w:pPr>
      <w:r>
        <w:rPr>
          <w:rFonts w:ascii="Noto Sans" w:hAnsi="Noto Sans" w:cs="Noto Sans Devanagari" w:eastAsia="Noto Sans Devanagari"/>
          <w:b w:val="0"/>
          <w:i w:val="0"/>
          <w:color w:val="222222"/>
          <w:sz w:val="18"/>
        </w:rPr>
        <w:t>(Details of Persons Claiming Refund of Education Service Fee)</w:t>
      </w:r>
    </w:p>
    <w:p>
      <w:pPr>
        <w:spacing w:after="70" w:line="259" w:lineRule="auto"/>
      </w:pPr>
      <w:r>
        <w:rPr>
          <w:rFonts w:ascii="Noto Sans" w:hAnsi="Noto Sans" w:cs="Noto Sans Devanagari" w:eastAsia="Noto Sans Devanagari"/>
          <w:b w:val="0"/>
          <w:i w:val="0"/>
          <w:color w:val="222222"/>
          <w:sz w:val="18"/>
        </w:rPr>
        <w:t>S.N. | Name of Person Who Deposited Education Service Fee | Name of Parent | Tuition Fee Amount | Education Service Fee | Bank Account No. | Remarks</w:t>
      </w:r>
    </w:p>
    <w:p>
      <w:pPr>
        <w:spacing w:after="70" w:line="259" w:lineRule="auto"/>
      </w:pPr>
      <w:r>
        <w:rPr>
          <w:rFonts w:ascii="Noto Sans" w:hAnsi="Noto Sans" w:cs="Noto Sans Devanagari" w:eastAsia="Noto Sans Devanagari"/>
          <w:b w:val="0"/>
          <w:i w:val="0"/>
          <w:color w:val="222222"/>
          <w:sz w:val="18"/>
        </w:rPr>
        <w:t>Sub-columns under Education Service Fee: Exchange Facility Provided | Amount Refunded | Amount Deducted | Date</w:t>
      </w:r>
    </w:p>
    <w:p>
      <w:pPr>
        <w:spacing w:after="70" w:line="259" w:lineRule="auto"/>
      </w:pPr>
      <w:r>
        <w:rPr>
          <w:rFonts w:ascii="Noto Sans" w:hAnsi="Noto Sans" w:cs="Noto Sans Devanagari" w:eastAsia="Noto Sans Devanagari"/>
          <w:b w:val="0"/>
          <w:i w:val="0"/>
          <w:color w:val="222222"/>
          <w:sz w:val="18"/>
        </w:rPr>
        <w:t>Name of Certifying Person: .......................</w:t>
      </w:r>
    </w:p>
    <w:p>
      <w:pPr>
        <w:spacing w:after="70" w:line="259" w:lineRule="auto"/>
      </w:pPr>
      <w:r>
        <w:rPr>
          <w:rFonts w:ascii="Noto Sans" w:hAnsi="Noto Sans" w:cs="Noto Sans Devanagari" w:eastAsia="Noto Sans Devanagari"/>
          <w:b w:val="0"/>
          <w:i w:val="0"/>
          <w:color w:val="222222"/>
          <w:sz w:val="18"/>
        </w:rPr>
        <w:t>Signature: .......................</w:t>
      </w:r>
    </w:p>
    <w:p>
      <w:pPr>
        <w:spacing w:after="70" w:line="259" w:lineRule="auto"/>
      </w:pPr>
      <w:r>
        <w:rPr>
          <w:rFonts w:ascii="Noto Sans" w:hAnsi="Noto Sans" w:cs="Noto Sans Devanagari" w:eastAsia="Noto Sans Devanagari"/>
          <w:b w:val="0"/>
          <w:i w:val="0"/>
          <w:color w:val="222222"/>
          <w:sz w:val="18"/>
        </w:rPr>
        <w:t>Designation: .......................</w:t>
      </w:r>
    </w:p>
    <w:p>
      <w:pPr>
        <w:spacing w:after="70" w:line="259" w:lineRule="auto"/>
      </w:pPr>
      <w:r>
        <w:rPr>
          <w:rFonts w:ascii="Noto Sans" w:hAnsi="Noto Sans" w:cs="Noto Sans Devanagari" w:eastAsia="Noto Sans Devanagari"/>
          <w:b w:val="0"/>
          <w:i w:val="0"/>
          <w:color w:val="222222"/>
          <w:sz w:val="18"/>
        </w:rPr>
        <w:t>Name of Bank: .......................</w:t>
      </w:r>
    </w:p>
    <w:p>
      <w:r>
        <w:br w:type="page"/>
      </w:r>
    </w:p>
    <w:p>
      <w:pPr>
        <w:keepNext w:val="0"/>
        <w:spacing w:after="60" w:line="259" w:lineRule="auto"/>
        <w:jc w:val="center"/>
      </w:pPr>
      <w:r>
        <w:rPr>
          <w:rFonts w:ascii="Noto Sans" w:hAnsi="Noto Sans" w:cs="Noto Sans Devanagari" w:eastAsia="Noto Sans Devanagari"/>
          <w:b/>
          <w:i w:val="0"/>
          <w:color w:val="17365D"/>
          <w:sz w:val="28"/>
        </w:rPr>
        <w:t>एकीकृत इ.प्रा. परिपत्र ः ९/२०८२ — नेपाली नागरिकले नगदै राख्न र सटही गर्न सक्ने नगद परिवर्त्य विदेशी मुद्रा सम्बन्धी व्यवस्था</w:t>
      </w:r>
    </w:p>
    <w:p>
      <w:pPr>
        <w:keepNext w:val="0"/>
        <w:spacing w:after="200" w:line="259" w:lineRule="auto"/>
        <w:jc w:val="center"/>
      </w:pPr>
      <w:r>
        <w:rPr>
          <w:rFonts w:ascii="Noto Sans" w:hAnsi="Noto Sans" w:cs="Noto Sans Devanagari" w:eastAsia="Noto Sans Devanagari"/>
          <w:b/>
          <w:i w:val="0"/>
          <w:color w:val="2F5597"/>
          <w:sz w:val="27"/>
        </w:rPr>
        <w:t>Unified F.E. Circular No. 9/2082 — Cash Convertible Foreign Currency that Nepali Citizens May Hold and Exchange</w:t>
      </w:r>
    </w:p>
    <w:p>
      <w:pPr>
        <w:keepNext/>
        <w:spacing w:before="200" w:after="80"/>
        <w:pBdr>
          <w:bottom w:val="single" w:sz="12" w:space="2" w:color="17365D"/>
        </w:pBdr>
      </w:pPr>
      <w:r>
        <w:rPr>
          <w:rFonts w:ascii="Noto Sans" w:hAnsi="Noto Sans" w:cs="Noto Sans Devanagari" w:eastAsia="Noto Sans Devanagari"/>
          <w:b/>
          <w:i w:val="0"/>
          <w:color w:val="17365D"/>
          <w:sz w:val="25"/>
        </w:rPr>
        <w:t>प्रस्तावना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नेपाल राष्ट्र बैंक</w:t>
      </w:r>
    </w:p>
    <w:p>
      <w:pPr>
        <w:spacing w:after="62" w:line="259" w:lineRule="auto"/>
      </w:pPr>
      <w:r>
        <w:rPr>
          <w:rFonts w:ascii="Noto Sans" w:hAnsi="Noto Sans" w:cs="Noto Sans Devanagari" w:eastAsia="Noto Sans Devanagari"/>
          <w:b w:val="0"/>
          <w:i w:val="0"/>
          <w:sz w:val="20"/>
        </w:rPr>
        <w:t>केन्द्रीय कार्यालय</w:t>
      </w:r>
    </w:p>
    <w:p>
      <w:pPr>
        <w:spacing w:after="62" w:line="259" w:lineRule="auto"/>
      </w:pPr>
      <w:r>
        <w:rPr>
          <w:rFonts w:ascii="Noto Sans" w:hAnsi="Noto Sans" w:cs="Noto Sans Devanagari" w:eastAsia="Noto Sans Devanagari"/>
          <w:b w:val="0"/>
          <w:i w:val="0"/>
          <w:sz w:val="20"/>
        </w:rPr>
        <w:t>विदेशी विनिमय व्यवस्थापन विभाग</w:t>
      </w:r>
    </w:p>
    <w:p>
      <w:pPr>
        <w:spacing w:after="62" w:line="259" w:lineRule="auto"/>
      </w:pPr>
      <w:r>
        <w:rPr>
          <w:rFonts w:ascii="Noto Sans" w:hAnsi="Noto Sans" w:cs="Noto Sans Devanagari" w:eastAsia="Noto Sans Devanagari"/>
          <w:b w:val="0"/>
          <w:i w:val="0"/>
          <w:sz w:val="20"/>
        </w:rPr>
        <w:t>एकीकृत इ.प्रा. परिपत्र ः ९/२०८२</w:t>
      </w:r>
    </w:p>
    <w:p>
      <w:pPr>
        <w:spacing w:after="62" w:line="259" w:lineRule="auto"/>
      </w:pPr>
      <w:r>
        <w:rPr>
          <w:rFonts w:ascii="Noto Sans" w:hAnsi="Noto Sans" w:cs="Noto Sans Devanagari" w:eastAsia="Noto Sans Devanagari"/>
          <w:b w:val="0"/>
          <w:i w:val="0"/>
          <w:sz w:val="20"/>
        </w:rPr>
        <w:t>नेपाली नागरिकले नगदै राख्न र सटही गर्न सक्ने नगद परिवर्त्य विदेशी मुद्रा सम्बन्धी व्यवस्था</w:t>
      </w:r>
    </w:p>
    <w:p>
      <w:pPr>
        <w:spacing w:after="62" w:line="259" w:lineRule="auto"/>
      </w:pPr>
      <w:r>
        <w:rPr>
          <w:rFonts w:ascii="Noto Sans" w:hAnsi="Noto Sans" w:cs="Noto Sans Devanagari" w:eastAsia="Noto Sans Devanagari"/>
          <w:b w:val="0"/>
          <w:i w:val="0"/>
          <w:sz w:val="20"/>
        </w:rPr>
        <w:t>नेपाली नागरिकले नगदमा राख्न सक्ने तथा सटही गर्न सक्ने नगद परिवर्त्य विदेशी मुद्राका सम्बन्धमा</w:t>
      </w:r>
    </w:p>
    <w:p>
      <w:pPr>
        <w:spacing w:after="62" w:line="259" w:lineRule="auto"/>
      </w:pPr>
      <w:r>
        <w:rPr>
          <w:rFonts w:ascii="Noto Sans" w:hAnsi="Noto Sans" w:cs="Noto Sans Devanagari" w:eastAsia="Noto Sans Devanagari"/>
          <w:b w:val="0"/>
          <w:i w:val="0"/>
          <w:sz w:val="20"/>
        </w:rPr>
        <w:t>देहायबमोजिमको व्यवस्था गरिएकोले विदेशी विनिमय (नियमित गर्ने) ऐन, २०१९ को दफा १२ र नेपाल राष्ट्र बैंक</w:t>
      </w:r>
    </w:p>
    <w:p>
      <w:pPr>
        <w:spacing w:after="62" w:line="259" w:lineRule="auto"/>
      </w:pPr>
      <w:r>
        <w:rPr>
          <w:rFonts w:ascii="Noto Sans" w:hAnsi="Noto Sans" w:cs="Noto Sans Devanagari" w:eastAsia="Noto Sans Devanagari"/>
          <w:b w:val="0"/>
          <w:i w:val="0"/>
          <w:sz w:val="20"/>
        </w:rPr>
        <w:t>ऐन, २०५८ को दफा ६३ ले दिएको अधिकार प्रयोग गरी नेपाल राष्ट्र बैंक, बैंकिङ विभागलगायत सम्पूर्ण प्रदेशस्थित</w:t>
      </w:r>
    </w:p>
    <w:p>
      <w:pPr>
        <w:spacing w:after="62" w:line="259" w:lineRule="auto"/>
      </w:pPr>
      <w:r>
        <w:rPr>
          <w:rFonts w:ascii="Noto Sans" w:hAnsi="Noto Sans" w:cs="Noto Sans Devanagari" w:eastAsia="Noto Sans Devanagari"/>
          <w:b w:val="0"/>
          <w:i w:val="0"/>
          <w:sz w:val="20"/>
        </w:rPr>
        <w:t>कार्यालयहरू तथा इजाजतपत्रप्राप्त “क” वर्गका वाणिज्य वैंकहरु तथा राष्ट्रिय स्तरका “ख” वर्गका विकास बैंकहरू</w:t>
      </w:r>
    </w:p>
    <w:p>
      <w:pPr>
        <w:spacing w:after="62" w:line="259" w:lineRule="auto"/>
      </w:pPr>
      <w:r>
        <w:rPr>
          <w:rFonts w:ascii="Noto Sans" w:hAnsi="Noto Sans" w:cs="Noto Sans Devanagari" w:eastAsia="Noto Sans Devanagari"/>
          <w:b w:val="0"/>
          <w:i w:val="0"/>
          <w:sz w:val="20"/>
        </w:rPr>
        <w:t>तथा इजाजतपत्र प्राप्त मनिचेञ्जर कम्पनीहरु तथा नेपाली नागरिकलाई यो परिपत्र जारी गरिएको छ ।</w:t>
      </w:r>
    </w:p>
    <w:p>
      <w:pPr>
        <w:keepNext/>
        <w:spacing w:before="200" w:after="80"/>
        <w:pBdr>
          <w:bottom w:val="single" w:sz="12" w:space="2" w:color="2F5597"/>
        </w:pBdr>
      </w:pPr>
      <w:r>
        <w:rPr>
          <w:rFonts w:ascii="Noto Sans" w:hAnsi="Noto Sans" w:cs="Noto Sans Devanagari" w:eastAsia="Noto Sans Devanagari"/>
          <w:b/>
          <w:i w:val="0"/>
          <w:color w:val="2F5597"/>
          <w:sz w:val="24"/>
        </w:rPr>
        <w:t>Preamble</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Nepal Rastra Bank</w:t>
      </w:r>
    </w:p>
    <w:p>
      <w:pPr>
        <w:spacing w:after="70" w:line="259" w:lineRule="auto"/>
      </w:pPr>
      <w:r>
        <w:rPr>
          <w:rFonts w:ascii="Noto Sans" w:hAnsi="Noto Sans" w:cs="Noto Sans Devanagari" w:eastAsia="Noto Sans Devanagari"/>
          <w:b w:val="0"/>
          <w:i w:val="0"/>
          <w:color w:val="222222"/>
          <w:sz w:val="18"/>
        </w:rPr>
        <w:t>Central Office</w:t>
      </w:r>
    </w:p>
    <w:p>
      <w:pPr>
        <w:spacing w:after="70" w:line="259" w:lineRule="auto"/>
      </w:pPr>
      <w:r>
        <w:rPr>
          <w:rFonts w:ascii="Noto Sans" w:hAnsi="Noto Sans" w:cs="Noto Sans Devanagari" w:eastAsia="Noto Sans Devanagari"/>
          <w:b w:val="0"/>
          <w:i w:val="0"/>
          <w:color w:val="222222"/>
          <w:sz w:val="18"/>
        </w:rPr>
        <w:t>Foreign Exchange Management Department</w:t>
      </w:r>
    </w:p>
    <w:p>
      <w:pPr>
        <w:spacing w:after="70" w:line="259" w:lineRule="auto"/>
      </w:pPr>
      <w:r>
        <w:rPr>
          <w:rFonts w:ascii="Noto Sans" w:hAnsi="Noto Sans" w:cs="Noto Sans Devanagari" w:eastAsia="Noto Sans Devanagari"/>
          <w:b w:val="0"/>
          <w:i w:val="0"/>
          <w:color w:val="222222"/>
          <w:sz w:val="18"/>
        </w:rPr>
        <w:t>Unified F.E. Circular No. 9/2082</w:t>
      </w:r>
    </w:p>
    <w:p>
      <w:pPr>
        <w:spacing w:after="70" w:line="259" w:lineRule="auto"/>
      </w:pPr>
      <w:r>
        <w:rPr>
          <w:rFonts w:ascii="Noto Sans" w:hAnsi="Noto Sans" w:cs="Noto Sans Devanagari" w:eastAsia="Noto Sans Devanagari"/>
          <w:b w:val="0"/>
          <w:i w:val="0"/>
          <w:color w:val="222222"/>
          <w:sz w:val="18"/>
        </w:rPr>
        <w:t>Provisions Relating to Cash Convertible Foreign Currency that Nepali Citizens May Hold in Cash and Exchange</w:t>
      </w:r>
    </w:p>
    <w:p>
      <w:pPr>
        <w:spacing w:after="70" w:line="259" w:lineRule="auto"/>
      </w:pPr>
      <w:r>
        <w:rPr>
          <w:rFonts w:ascii="Noto Sans" w:hAnsi="Noto Sans" w:cs="Noto Sans Devanagari" w:eastAsia="Noto Sans Devanagari"/>
          <w:b w:val="0"/>
          <w:i w:val="0"/>
          <w:color w:val="222222"/>
          <w:sz w:val="18"/>
        </w:rPr>
        <w:t>Since the following provisions have been made regarding cash convertible foreign currency that Nepali citizens may hold in cash and exchange, this Circular is issued, in exercise of the powers conferred by Section 12 of the Foreign Exchange (Regulation) Act, 2019 and Section 63 of the Nepal Rastra Bank Act, 2058, to Nepal Rastra Bank, Banking Department and all Provincial Offices, licensed Class “A” commercial banks, national-level Class “B” development banks, licensed money changer companies and Nepali citizens, for compliance accordingly.</w:t>
      </w:r>
    </w:p>
    <w:p>
      <w:pPr>
        <w:keepNext/>
        <w:spacing w:before="200" w:after="80"/>
        <w:pBdr>
          <w:bottom w:val="single" w:sz="12" w:space="2" w:color="17365D"/>
        </w:pBdr>
      </w:pPr>
      <w:r>
        <w:rPr>
          <w:rFonts w:ascii="Noto Sans" w:hAnsi="Noto Sans" w:cs="Noto Sans Devanagari" w:eastAsia="Noto Sans Devanagari"/>
          <w:b/>
          <w:i w:val="0"/>
          <w:color w:val="17365D"/>
          <w:sz w:val="25"/>
        </w:rPr>
        <w:t>१. नेपाली नागरिकले नगदमा राख्न सक्ने परिवर्त्य विदेशी मुद्रा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१. नेपाली नागरिकले नगदमा राख्न सक्ने परिवर्त्य विदेशी मुद्रा सम्बन्धी व्यवस्था ः</w:t>
      </w:r>
    </w:p>
    <w:p>
      <w:pPr>
        <w:spacing w:after="62" w:line="259" w:lineRule="auto"/>
      </w:pPr>
      <w:r>
        <w:rPr>
          <w:rFonts w:ascii="Noto Sans" w:hAnsi="Noto Sans" w:cs="Noto Sans Devanagari" w:eastAsia="Noto Sans Devanagari"/>
          <w:b w:val="0"/>
          <w:i w:val="0"/>
          <w:sz w:val="20"/>
        </w:rPr>
        <w:t>नेपाली नागरिकले विदेशमा रोजगारी वा विदेशमा व्यवसाय गरी आर्जन गरेको वा विदेश भ्रमणका लागि</w:t>
      </w:r>
    </w:p>
    <w:p>
      <w:pPr>
        <w:spacing w:after="62" w:line="259" w:lineRule="auto"/>
      </w:pPr>
      <w:r>
        <w:rPr>
          <w:rFonts w:ascii="Noto Sans" w:hAnsi="Noto Sans" w:cs="Noto Sans Devanagari" w:eastAsia="Noto Sans Devanagari"/>
          <w:b w:val="0"/>
          <w:i w:val="0"/>
          <w:sz w:val="20"/>
        </w:rPr>
        <w:t>सटही सुविधाअन्तर्गत प्राप्त विदेशी मुद्रामध्ये बचत हुन आएको विदेशी मुद्रा लगायत अन्य वैध स्रोतबाट</w:t>
      </w:r>
    </w:p>
    <w:p>
      <w:pPr>
        <w:spacing w:after="62" w:line="259" w:lineRule="auto"/>
      </w:pPr>
      <w:r>
        <w:rPr>
          <w:rFonts w:ascii="Noto Sans" w:hAnsi="Noto Sans" w:cs="Noto Sans Devanagari" w:eastAsia="Noto Sans Devanagari"/>
          <w:b w:val="0"/>
          <w:i w:val="0"/>
          <w:sz w:val="20"/>
        </w:rPr>
        <w:t>प्राप्त विदेशी मुद्रा भविष्यमा उपयोग गर्ने प्रयोजनका लागि अधिकतम अमेरिकी डलर १,५०० वा सो बराबरको</w:t>
      </w:r>
    </w:p>
    <w:p>
      <w:pPr>
        <w:spacing w:after="62" w:line="259" w:lineRule="auto"/>
      </w:pPr>
      <w:r>
        <w:rPr>
          <w:rFonts w:ascii="Noto Sans" w:hAnsi="Noto Sans" w:cs="Noto Sans Devanagari" w:eastAsia="Noto Sans Devanagari"/>
          <w:b w:val="0"/>
          <w:i w:val="0"/>
          <w:sz w:val="20"/>
        </w:rPr>
        <w:t>परिवर्त्य विदेशी मुद्रासम्म नगदमा राख्न सक्नेछन् । यस्तो रकम जतिसुकै पटकको श्रोत भएता पनि कुलमा</w:t>
      </w:r>
    </w:p>
    <w:p>
      <w:pPr>
        <w:spacing w:after="62" w:line="259" w:lineRule="auto"/>
      </w:pPr>
      <w:r>
        <w:rPr>
          <w:rFonts w:ascii="Noto Sans" w:hAnsi="Noto Sans" w:cs="Noto Sans Devanagari" w:eastAsia="Noto Sans Devanagari"/>
          <w:b w:val="0"/>
          <w:i w:val="0"/>
          <w:sz w:val="20"/>
        </w:rPr>
        <w:t>सो सीमा नाघ्न हुने छैन ।</w:t>
      </w:r>
    </w:p>
    <w:p>
      <w:pPr>
        <w:spacing w:after="62" w:line="259" w:lineRule="auto"/>
      </w:pPr>
      <w:r>
        <w:rPr>
          <w:rFonts w:ascii="Noto Sans" w:hAnsi="Noto Sans" w:cs="Noto Sans Devanagari" w:eastAsia="Noto Sans Devanagari"/>
          <w:b w:val="0"/>
          <w:i w:val="0"/>
          <w:sz w:val="20"/>
        </w:rPr>
        <w:t>सम्बन्धित व्यक्तिले आफू विदेशबाट नेपाल आउँदा साथमा ल्याएको वा नेपालभित्र प्राप्त गरेको परिवर्त्य</w:t>
      </w:r>
    </w:p>
    <w:p>
      <w:pPr>
        <w:spacing w:after="62" w:line="259" w:lineRule="auto"/>
      </w:pPr>
      <w:r>
        <w:rPr>
          <w:rFonts w:ascii="Noto Sans" w:hAnsi="Noto Sans" w:cs="Noto Sans Devanagari" w:eastAsia="Noto Sans Devanagari"/>
          <w:b w:val="0"/>
          <w:i w:val="0"/>
          <w:sz w:val="20"/>
        </w:rPr>
        <w:t>विदेशी मुद्रा उपर्युक्त सीमाभन्दा बढी भएमा ३५ दिनभित्र सटही गर्न वा नेपालस्थित बैंकमा परिवर्त्य विदेशी</w:t>
      </w:r>
    </w:p>
    <w:p>
      <w:pPr>
        <w:spacing w:after="62" w:line="259" w:lineRule="auto"/>
      </w:pPr>
      <w:r>
        <w:rPr>
          <w:rFonts w:ascii="Noto Sans" w:hAnsi="Noto Sans" w:cs="Noto Sans Devanagari" w:eastAsia="Noto Sans Devanagari"/>
          <w:b w:val="0"/>
          <w:i w:val="0"/>
          <w:sz w:val="20"/>
        </w:rPr>
        <w:t>मुद्राको खाता खोली राख्नु पर्नेछ ।</w:t>
      </w:r>
    </w:p>
    <w:p>
      <w:pPr>
        <w:keepNext/>
        <w:spacing w:before="200" w:after="80"/>
        <w:pBdr>
          <w:bottom w:val="single" w:sz="12" w:space="2" w:color="2F5597"/>
        </w:pBdr>
      </w:pPr>
      <w:r>
        <w:rPr>
          <w:rFonts w:ascii="Noto Sans" w:hAnsi="Noto Sans" w:cs="Noto Sans Devanagari" w:eastAsia="Noto Sans Devanagari"/>
          <w:b/>
          <w:i w:val="0"/>
          <w:color w:val="2F5597"/>
          <w:sz w:val="24"/>
        </w:rPr>
        <w:t>1. Convertible Foreign Currency that Nepali Citizens May Hold in Cash</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1. Provisions Relating to Convertible Foreign Currency that Nepali Citizens May Hold in Cash</w:t>
      </w:r>
    </w:p>
    <w:p>
      <w:pPr>
        <w:spacing w:after="70" w:line="259" w:lineRule="auto"/>
      </w:pPr>
      <w:r>
        <w:rPr>
          <w:rFonts w:ascii="Noto Sans" w:hAnsi="Noto Sans" w:cs="Noto Sans Devanagari" w:eastAsia="Noto Sans Devanagari"/>
          <w:b w:val="0"/>
          <w:i w:val="0"/>
          <w:color w:val="222222"/>
          <w:sz w:val="18"/>
        </w:rPr>
        <w:t>A Nepali citizen may hold in cash, for future use, up to a maximum of USD 1,500 or equivalent convertible foreign currency out of foreign currency earned from employment or business abroad, foreign currency remaining unspent out of exchange facility obtained for foreign travel, and foreign currency received from other lawful sources. Irrespective of the number of occasions or sources from which such amount is received, the aggregate amount shall not exceed the said limit.</w:t>
      </w:r>
    </w:p>
    <w:p>
      <w:pPr>
        <w:spacing w:after="70" w:line="259" w:lineRule="auto"/>
      </w:pPr>
      <w:r>
        <w:rPr>
          <w:rFonts w:ascii="Noto Sans" w:hAnsi="Noto Sans" w:cs="Noto Sans Devanagari" w:eastAsia="Noto Sans Devanagari"/>
          <w:b w:val="0"/>
          <w:i w:val="0"/>
          <w:color w:val="222222"/>
          <w:sz w:val="18"/>
        </w:rPr>
        <w:t>Where convertible foreign currency brought by the concerned person when entering Nepal from abroad or received within Nepal exceeds the aforesaid limit, the excess shall be exchanged within 35 days or deposited in a convertible foreign currency account opened with a bank in Nepal.</w:t>
      </w:r>
    </w:p>
    <w:p>
      <w:pPr>
        <w:keepNext/>
        <w:spacing w:before="200" w:after="80"/>
        <w:pBdr>
          <w:bottom w:val="single" w:sz="12" w:space="2" w:color="17365D"/>
        </w:pBdr>
      </w:pPr>
      <w:r>
        <w:rPr>
          <w:rFonts w:ascii="Noto Sans" w:hAnsi="Noto Sans" w:cs="Noto Sans Devanagari" w:eastAsia="Noto Sans Devanagari"/>
          <w:b/>
          <w:i w:val="0"/>
          <w:color w:val="17365D"/>
          <w:sz w:val="25"/>
        </w:rPr>
        <w:t>२. नगद परिवर्त्य विदेशी मुद्रा सटही गर्ने सम्बन्धी व्यवस्था</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ind w:left="115"/>
      </w:pPr>
      <w:r>
        <w:rPr>
          <w:rFonts w:ascii="Noto Sans" w:hAnsi="Noto Sans" w:cs="Noto Sans Devanagari" w:eastAsia="Noto Sans Devanagari"/>
          <w:b w:val="0"/>
          <w:i w:val="0"/>
          <w:sz w:val="20"/>
        </w:rPr>
        <w:t>२. नगद परिवर्त्य विदेशी मुद्रा सटही गर्नेर् सम्बन्धी व्यवस्था ः</w:t>
      </w:r>
    </w:p>
    <w:p>
      <w:pPr>
        <w:spacing w:after="62" w:line="259" w:lineRule="auto"/>
      </w:pPr>
      <w:r>
        <w:rPr>
          <w:rFonts w:ascii="Noto Sans" w:hAnsi="Noto Sans" w:cs="Noto Sans Devanagari" w:eastAsia="Noto Sans Devanagari"/>
          <w:b w:val="0"/>
          <w:i w:val="0"/>
          <w:sz w:val="20"/>
        </w:rPr>
        <w:t>नेपाली नागरिकहरूले आफ्नो पहिचान खुल्ने प्रमाण सहित नगद परिवर्त्य विदेशी मुद्रा सटहीको लागि अनुरोध</w:t>
      </w:r>
    </w:p>
    <w:p>
      <w:pPr>
        <w:spacing w:after="62" w:line="259" w:lineRule="auto"/>
      </w:pPr>
      <w:r>
        <w:rPr>
          <w:rFonts w:ascii="Noto Sans" w:hAnsi="Noto Sans" w:cs="Noto Sans Devanagari" w:eastAsia="Noto Sans Devanagari"/>
          <w:b w:val="0"/>
          <w:i w:val="0"/>
          <w:sz w:val="20"/>
        </w:rPr>
        <w:t>गरेमा देहाय बमोजिमको व्यवस्था अनरुप प्रचलित विनिमय दरमा सटही गरिदिन सकिने छ ।</w:t>
      </w:r>
    </w:p>
    <w:p>
      <w:pPr>
        <w:spacing w:after="62" w:line="259" w:lineRule="auto"/>
        <w:ind w:left="115"/>
      </w:pPr>
      <w:r>
        <w:rPr>
          <w:rFonts w:ascii="Noto Sans" w:hAnsi="Noto Sans" w:cs="Noto Sans Devanagari" w:eastAsia="Noto Sans Devanagari"/>
          <w:b w:val="0"/>
          <w:i w:val="0"/>
          <w:sz w:val="20"/>
        </w:rPr>
        <w:t>(क) यस्तो सटही गर्दा बैंक तथा वित्तीय संस्थाले एक पटकमा अमेरिकी डलर ५,०००।– (पाँच हजार) वा</w:t>
      </w:r>
    </w:p>
    <w:p>
      <w:pPr>
        <w:spacing w:after="62" w:line="259" w:lineRule="auto"/>
      </w:pPr>
      <w:r>
        <w:rPr>
          <w:rFonts w:ascii="Noto Sans" w:hAnsi="Noto Sans" w:cs="Noto Sans Devanagari" w:eastAsia="Noto Sans Devanagari"/>
          <w:b w:val="0"/>
          <w:i w:val="0"/>
          <w:sz w:val="20"/>
        </w:rPr>
        <w:t>सो बराबर हुने अन्य परिवर्त्य विदेशी मुद्रा मात्र सटही गर्न सकिनेछ ।</w:t>
      </w:r>
    </w:p>
    <w:p>
      <w:pPr>
        <w:spacing w:after="62" w:line="259" w:lineRule="auto"/>
      </w:pPr>
      <w:r>
        <w:rPr>
          <w:rFonts w:ascii="Noto Sans" w:hAnsi="Noto Sans" w:cs="Noto Sans Devanagari" w:eastAsia="Noto Sans Devanagari"/>
          <w:b w:val="0"/>
          <w:i w:val="0"/>
          <w:sz w:val="20"/>
        </w:rPr>
        <w:t>तर, विदेशमा रोजगारी वा विदेशमा व्यवसाय गरी आर्जन गरेको प्रमाणित हुने कागजातसहित प्रचलित</w:t>
      </w:r>
    </w:p>
    <w:p>
      <w:pPr>
        <w:spacing w:after="62" w:line="259" w:lineRule="auto"/>
      </w:pPr>
      <w:r>
        <w:rPr>
          <w:rFonts w:ascii="Noto Sans" w:hAnsi="Noto Sans" w:cs="Noto Sans Devanagari" w:eastAsia="Noto Sans Devanagari"/>
          <w:b w:val="0"/>
          <w:i w:val="0"/>
          <w:sz w:val="20"/>
        </w:rPr>
        <w:t>कानुनबमोजिम भन्सार उद्घोषण गरी कानुनी रुपमा नेपाल भित्र्याइएको परिवर्त्य विदेशी मुद्राको</w:t>
      </w:r>
    </w:p>
    <w:p>
      <w:pPr>
        <w:spacing w:after="62" w:line="259" w:lineRule="auto"/>
      </w:pPr>
      <w:r>
        <w:rPr>
          <w:rFonts w:ascii="Noto Sans" w:hAnsi="Noto Sans" w:cs="Noto Sans Devanagari" w:eastAsia="Noto Sans Devanagari"/>
          <w:b w:val="0"/>
          <w:i w:val="0"/>
          <w:sz w:val="20"/>
        </w:rPr>
        <w:t>हकमा जतिसुकै रकम पनि एकै पटकमा सटही प्रदान गर्न बाधा पर्ने छैन ।</w:t>
      </w:r>
    </w:p>
    <w:p>
      <w:pPr>
        <w:spacing w:after="62" w:line="259" w:lineRule="auto"/>
        <w:ind w:left="115"/>
      </w:pPr>
      <w:r>
        <w:rPr>
          <w:rFonts w:ascii="Noto Sans" w:hAnsi="Noto Sans" w:cs="Noto Sans Devanagari" w:eastAsia="Noto Sans Devanagari"/>
          <w:b w:val="0"/>
          <w:i w:val="0"/>
          <w:sz w:val="20"/>
        </w:rPr>
        <w:t>(ख) बैंक तथा वित्तीय संस्थाले सटही गर्न ल्याउने व्यक्तिसँग संलग्न</w:t>
      </w:r>
    </w:p>
    <w:p>
      <w:pPr>
        <w:keepNext/>
        <w:spacing w:before="200" w:after="80"/>
        <w:pBdr>
          <w:bottom w:val="single" w:sz="12" w:space="2" w:color="2F5597"/>
        </w:pBdr>
      </w:pPr>
      <w:r>
        <w:rPr>
          <w:rFonts w:ascii="Noto Sans" w:hAnsi="Noto Sans" w:cs="Noto Sans Devanagari" w:eastAsia="Noto Sans Devanagari"/>
          <w:b/>
          <w:i w:val="0"/>
          <w:color w:val="2F5597"/>
          <w:sz w:val="24"/>
        </w:rPr>
        <w:t>2. Exchange of Cash Convertible Foreign Currency</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ind w:left="115"/>
      </w:pPr>
      <w:r>
        <w:rPr>
          <w:rFonts w:ascii="Noto Sans" w:hAnsi="Noto Sans" w:cs="Noto Sans Devanagari" w:eastAsia="Noto Sans Devanagari"/>
          <w:b w:val="0"/>
          <w:i w:val="0"/>
          <w:color w:val="222222"/>
          <w:sz w:val="18"/>
        </w:rPr>
        <w:t>2. Provisions Relating to Exchange of Cash Convertible Foreign Currency</w:t>
      </w:r>
    </w:p>
    <w:p>
      <w:pPr>
        <w:spacing w:after="70" w:line="259" w:lineRule="auto"/>
      </w:pPr>
      <w:r>
        <w:rPr>
          <w:rFonts w:ascii="Noto Sans" w:hAnsi="Noto Sans" w:cs="Noto Sans Devanagari" w:eastAsia="Noto Sans Devanagari"/>
          <w:b w:val="0"/>
          <w:i w:val="0"/>
          <w:color w:val="222222"/>
          <w:sz w:val="18"/>
        </w:rPr>
        <w:t>Where a Nepali citizen requests exchange of cash convertible foreign currency together with proof of identity, exchange may be provided at the prevailing exchange rate in accordance with the following provisions:</w:t>
      </w:r>
    </w:p>
    <w:p>
      <w:pPr>
        <w:spacing w:after="70" w:line="259" w:lineRule="auto"/>
        <w:ind w:left="115"/>
      </w:pPr>
      <w:r>
        <w:rPr>
          <w:rFonts w:ascii="Noto Sans" w:hAnsi="Noto Sans" w:cs="Noto Sans Devanagari" w:eastAsia="Noto Sans Devanagari"/>
          <w:b w:val="0"/>
          <w:i w:val="0"/>
          <w:color w:val="222222"/>
          <w:sz w:val="18"/>
        </w:rPr>
        <w:t>(a) In such exchange, a bank or financial institution may exchange only up to USD 5,000 (five thousand) or equivalent other convertible foreign currency at one time.</w:t>
      </w:r>
    </w:p>
    <w:p>
      <w:pPr>
        <w:spacing w:after="70" w:line="259" w:lineRule="auto"/>
      </w:pPr>
      <w:r>
        <w:rPr>
          <w:rFonts w:ascii="Noto Sans" w:hAnsi="Noto Sans" w:cs="Noto Sans Devanagari" w:eastAsia="Noto Sans Devanagari"/>
          <w:b w:val="0"/>
          <w:i w:val="0"/>
          <w:color w:val="222222"/>
          <w:sz w:val="18"/>
        </w:rPr>
        <w:t>Provided that, in the case of convertible foreign currency lawfully brought into Nepal after customs declaration in accordance with prevailing law together with documents proving that it was earned through employment or business abroad, any amount may be exchanged at one time.</w:t>
      </w:r>
    </w:p>
    <w:p>
      <w:pPr>
        <w:spacing w:after="70" w:line="259" w:lineRule="auto"/>
        <w:ind w:left="115"/>
      </w:pPr>
      <w:r>
        <w:rPr>
          <w:rFonts w:ascii="Noto Sans" w:hAnsi="Noto Sans" w:cs="Noto Sans Devanagari" w:eastAsia="Noto Sans Devanagari"/>
          <w:b w:val="0"/>
          <w:i w:val="0"/>
          <w:color w:val="222222"/>
          <w:sz w:val="18"/>
        </w:rPr>
        <w:t>(b) A bank or financial institution shall obtain from the person bringing foreign currency for exchange an application in the format prescribed in Schedule 9.1.</w:t>
      </w:r>
    </w:p>
    <w:p>
      <w:pPr>
        <w:spacing w:after="70" w:line="259" w:lineRule="auto"/>
        <w:ind w:left="115"/>
      </w:pPr>
      <w:r>
        <w:rPr>
          <w:rFonts w:ascii="Noto Sans" w:hAnsi="Noto Sans" w:cs="Noto Sans Devanagari" w:eastAsia="Noto Sans Devanagari"/>
          <w:b w:val="0"/>
          <w:i w:val="0"/>
          <w:color w:val="222222"/>
          <w:sz w:val="18"/>
        </w:rPr>
        <w:t>(c) Together with the application, as proof of identity of the concerned person, a citizenship certificate or an original identity card bearing a photograph issued by an authority of the Government of Nepal or by the employer shall be produced, and a copy of such identity document shall be certified by the officer providing the exchange and by the applicant.</w:t>
      </w:r>
    </w:p>
    <w:p>
      <w:pPr>
        <w:spacing w:after="70" w:line="259" w:lineRule="auto"/>
        <w:ind w:left="115"/>
      </w:pPr>
      <w:r>
        <w:rPr>
          <w:rFonts w:ascii="Noto Sans" w:hAnsi="Noto Sans" w:cs="Noto Sans Devanagari" w:eastAsia="Noto Sans Devanagari"/>
          <w:b w:val="0"/>
          <w:i w:val="0"/>
          <w:color w:val="222222"/>
          <w:sz w:val="18"/>
        </w:rPr>
        <w:t>(d) As evidence of exchange of foreign currency, another type of receipt or an FEER (Foreign Exchange Encashment Receipt) shall mandatorily be issued, the transaction shall also be shown in the foreign-currency purchase record, and payment shall be made only in Nepali rupees.</w:t>
      </w:r>
    </w:p>
    <w:p>
      <w:pPr>
        <w:spacing w:after="70" w:line="259" w:lineRule="auto"/>
        <w:ind w:left="115"/>
      </w:pPr>
      <w:r>
        <w:rPr>
          <w:rFonts w:ascii="Noto Sans" w:hAnsi="Noto Sans" w:cs="Noto Sans Devanagari" w:eastAsia="Noto Sans Devanagari"/>
          <w:b w:val="0"/>
          <w:i w:val="0"/>
          <w:color w:val="222222"/>
          <w:sz w:val="18"/>
        </w:rPr>
        <w:t>(e) The responsibility and liability for identifying foreign-currency notes exchanged in this manner and for obtaining reimbursement from the concerned person if such notes are subsequently found to be counterfeit shall rest with the entity that provided the exchange.</w:t>
      </w:r>
    </w:p>
    <w:p>
      <w:pPr>
        <w:spacing w:after="70" w:line="259" w:lineRule="auto"/>
        <w:ind w:left="115"/>
      </w:pPr>
      <w:r>
        <w:rPr>
          <w:rFonts w:ascii="Noto Sans" w:hAnsi="Noto Sans" w:cs="Noto Sans Devanagari" w:eastAsia="Noto Sans Devanagari"/>
          <w:b w:val="0"/>
          <w:i w:val="0"/>
          <w:color w:val="222222"/>
          <w:sz w:val="18"/>
        </w:rPr>
        <w:t>(f) Where a foreign-currency note exchanged is subsequently found to be counterfeit and the amount has to be recovered from the concerned party, no amount exceeding the amount paid for the exchange may be recovered.</w:t>
      </w:r>
    </w:p>
    <w:p>
      <w:pPr>
        <w:spacing w:after="70" w:line="259" w:lineRule="auto"/>
        <w:ind w:left="115"/>
      </w:pPr>
      <w:r>
        <w:rPr>
          <w:rFonts w:ascii="Noto Sans" w:hAnsi="Noto Sans" w:cs="Noto Sans Devanagari" w:eastAsia="Noto Sans Devanagari"/>
          <w:b w:val="0"/>
          <w:i w:val="0"/>
          <w:color w:val="222222"/>
          <w:sz w:val="18"/>
        </w:rPr>
        <w:t>(g) Where, in such exchange transaction, the transaction or source of any person appears suspicious, information shall be reported to the Financial Intelligence Unit, Nepal Rastra Bank, in accordance with prevailing provisions.</w:t>
      </w:r>
    </w:p>
    <w:p>
      <w:pPr>
        <w:spacing w:after="70" w:line="259" w:lineRule="auto"/>
        <w:ind w:left="115"/>
      </w:pPr>
      <w:r>
        <w:rPr>
          <w:rFonts w:ascii="Noto Sans" w:hAnsi="Noto Sans" w:cs="Noto Sans Devanagari" w:eastAsia="Noto Sans Devanagari"/>
          <w:b w:val="0"/>
          <w:i w:val="0"/>
          <w:color w:val="222222"/>
          <w:sz w:val="18"/>
        </w:rPr>
        <w:t>(h) Where Nepali citizens request exchange of foreign currency received as gifts, tips, etc. from foreign friends, relatives or customers, licensed money changers may also exchange up to USD 500 (five hundred) or equivalent other convertible foreign currency at one time after obtaining documents establishing the customer's identity. When making such exchange, the provisions of sub-clauses (c), (d), (e), (f) and (g) shall be complied with, and the person bringing convertible foreign currency for exchange shall be required to complete two copies of the self-declaration in Schedule 9.2; one copy shall be certified by the institution licensed to conduct foreign exchange transactions, including the money changer, and given to the person bringing the currency for exchange for record.</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९.१</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९.१ बमोजिमको निवेदन</w:t>
      </w:r>
    </w:p>
    <w:p>
      <w:pPr>
        <w:spacing w:after="62" w:line="259" w:lineRule="auto"/>
      </w:pPr>
      <w:r>
        <w:rPr>
          <w:rFonts w:ascii="Noto Sans" w:hAnsi="Noto Sans" w:cs="Noto Sans Devanagari" w:eastAsia="Noto Sans Devanagari"/>
          <w:b w:val="0"/>
          <w:i w:val="0"/>
          <w:sz w:val="20"/>
        </w:rPr>
        <w:t>लिनु पर्नेछ ।</w:t>
      </w:r>
    </w:p>
    <w:p>
      <w:pPr>
        <w:spacing w:after="62" w:line="259" w:lineRule="auto"/>
        <w:ind w:left="115"/>
      </w:pPr>
      <w:r>
        <w:rPr>
          <w:rFonts w:ascii="Noto Sans" w:hAnsi="Noto Sans" w:cs="Noto Sans Devanagari" w:eastAsia="Noto Sans Devanagari"/>
          <w:b w:val="0"/>
          <w:i w:val="0"/>
          <w:sz w:val="20"/>
        </w:rPr>
        <w:t>(ग) निवेदनसाथ सम्बन्धित व्यक्तिको पहिचान खुल्ने प्रमाणको रुपमा नागरिकताको प्रमाणपत्र वा नेपाल</w:t>
      </w:r>
    </w:p>
    <w:p>
      <w:pPr>
        <w:spacing w:after="62" w:line="259" w:lineRule="auto"/>
      </w:pPr>
      <w:r>
        <w:rPr>
          <w:rFonts w:ascii="Noto Sans" w:hAnsi="Noto Sans" w:cs="Noto Sans Devanagari" w:eastAsia="Noto Sans Devanagari"/>
          <w:b w:val="0"/>
          <w:i w:val="0"/>
          <w:sz w:val="20"/>
        </w:rPr>
        <w:t>सरकारको कुनै निकाय वा रोजगारदाता निकायले जारी गरेको फोटो सहितको सक्कल परिचयपत्रको</w:t>
      </w:r>
    </w:p>
    <w:p>
      <w:pPr>
        <w:spacing w:after="62" w:line="259" w:lineRule="auto"/>
      </w:pPr>
      <w:r>
        <w:rPr>
          <w:rFonts w:ascii="Noto Sans" w:hAnsi="Noto Sans" w:cs="Noto Sans Devanagari" w:eastAsia="Noto Sans Devanagari"/>
          <w:b w:val="0"/>
          <w:i w:val="0"/>
          <w:sz w:val="20"/>
        </w:rPr>
        <w:t>आधारमा सटही उपलब्ध गराउने अधिकारी र निवेदकले त्यस्तो परिचयपत्रको प्रतिलिपि प्रमाणित गरेको</w:t>
      </w:r>
    </w:p>
    <w:p>
      <w:pPr>
        <w:spacing w:after="62" w:line="259" w:lineRule="auto"/>
      </w:pPr>
      <w:r>
        <w:rPr>
          <w:rFonts w:ascii="Noto Sans" w:hAnsi="Noto Sans" w:cs="Noto Sans Devanagari" w:eastAsia="Noto Sans Devanagari"/>
          <w:b w:val="0"/>
          <w:i w:val="0"/>
          <w:sz w:val="20"/>
        </w:rPr>
        <w:t>हुनु पर्नेछ ।</w:t>
      </w:r>
    </w:p>
    <w:p>
      <w:pPr>
        <w:spacing w:after="62" w:line="259" w:lineRule="auto"/>
        <w:ind w:left="115"/>
      </w:pPr>
      <w:r>
        <w:rPr>
          <w:rFonts w:ascii="Noto Sans" w:hAnsi="Noto Sans" w:cs="Noto Sans Devanagari" w:eastAsia="Noto Sans Devanagari"/>
          <w:b w:val="0"/>
          <w:i w:val="0"/>
          <w:sz w:val="20"/>
        </w:rPr>
        <w:t>(घ) विदेशी मुद्रा सटही गरेको प्रमाण स्वरुप अन्य किसिमको रसिद वा FEER (Foreign Exchange</w:t>
      </w:r>
    </w:p>
    <w:p>
      <w:pPr>
        <w:spacing w:after="62" w:line="259" w:lineRule="auto"/>
      </w:pPr>
      <w:r>
        <w:rPr>
          <w:rFonts w:ascii="Noto Sans" w:hAnsi="Noto Sans" w:cs="Noto Sans Devanagari" w:eastAsia="Noto Sans Devanagari"/>
          <w:b w:val="0"/>
          <w:i w:val="0"/>
          <w:sz w:val="20"/>
        </w:rPr>
        <w:t>Encashment Receipt) अनिवार्य रुपमा जारी गरी विदेशी मुद्राको खरिद अभिलेखमा समेत देखाइ</w:t>
      </w:r>
    </w:p>
    <w:p>
      <w:pPr>
        <w:spacing w:after="62" w:line="259" w:lineRule="auto"/>
      </w:pPr>
      <w:r>
        <w:rPr>
          <w:rFonts w:ascii="Noto Sans" w:hAnsi="Noto Sans" w:cs="Noto Sans Devanagari" w:eastAsia="Noto Sans Devanagari"/>
          <w:b w:val="0"/>
          <w:i w:val="0"/>
          <w:sz w:val="20"/>
        </w:rPr>
        <w:t>नेपाली रुपैयाँमा मात्र भुक्तानी गर्नु पर्नेछ ।</w:t>
      </w:r>
    </w:p>
    <w:p>
      <w:pPr>
        <w:spacing w:after="62" w:line="259" w:lineRule="auto"/>
        <w:ind w:left="115"/>
      </w:pPr>
      <w:r>
        <w:rPr>
          <w:rFonts w:ascii="Noto Sans" w:hAnsi="Noto Sans" w:cs="Noto Sans Devanagari" w:eastAsia="Noto Sans Devanagari"/>
          <w:b w:val="0"/>
          <w:i w:val="0"/>
          <w:sz w:val="20"/>
        </w:rPr>
        <w:t>(ङ) यसरी सटही गरेको परिवर्त्य विदेशी मुद्राको नोट पहिचान गर्ने तथा पछि जाली (Counterfeit)</w:t>
      </w:r>
    </w:p>
    <w:p>
      <w:pPr>
        <w:spacing w:after="62" w:line="259" w:lineRule="auto"/>
      </w:pPr>
      <w:r>
        <w:rPr>
          <w:rFonts w:ascii="Noto Sans" w:hAnsi="Noto Sans" w:cs="Noto Sans Devanagari" w:eastAsia="Noto Sans Devanagari"/>
          <w:b w:val="0"/>
          <w:i w:val="0"/>
          <w:sz w:val="20"/>
        </w:rPr>
        <w:t>ठहरिएमा सम्बन्धित व्यक्तिसँग सोधभर्ना गराउने दायित्व र जिम्मेवारी सटही गरिदिने निकायकै</w:t>
      </w:r>
    </w:p>
    <w:p>
      <w:pPr>
        <w:spacing w:after="62" w:line="259" w:lineRule="auto"/>
      </w:pPr>
      <w:r>
        <w:rPr>
          <w:rFonts w:ascii="Noto Sans" w:hAnsi="Noto Sans" w:cs="Noto Sans Devanagari" w:eastAsia="Noto Sans Devanagari"/>
          <w:b w:val="0"/>
          <w:i w:val="0"/>
          <w:sz w:val="20"/>
        </w:rPr>
        <w:t>हुनेछ ।</w:t>
      </w:r>
    </w:p>
    <w:p>
      <w:pPr>
        <w:spacing w:after="62" w:line="259" w:lineRule="auto"/>
        <w:ind w:left="115"/>
      </w:pPr>
      <w:r>
        <w:rPr>
          <w:rFonts w:ascii="Noto Sans" w:hAnsi="Noto Sans" w:cs="Noto Sans Devanagari" w:eastAsia="Noto Sans Devanagari"/>
          <w:b w:val="0"/>
          <w:i w:val="0"/>
          <w:sz w:val="20"/>
        </w:rPr>
        <w:t>(च) सटही गरेको विदेशी मुद्राको नोट जाली (Counterfeit) ठहरिएमा सम्बन्धित पक्षसँग रकम फिर्ता लिनु</w:t>
      </w:r>
    </w:p>
    <w:p>
      <w:pPr>
        <w:spacing w:after="62" w:line="259" w:lineRule="auto"/>
      </w:pPr>
      <w:r>
        <w:rPr>
          <w:rFonts w:ascii="Noto Sans" w:hAnsi="Noto Sans" w:cs="Noto Sans Devanagari" w:eastAsia="Noto Sans Devanagari"/>
          <w:b w:val="0"/>
          <w:i w:val="0"/>
          <w:sz w:val="20"/>
        </w:rPr>
        <w:t>पर्दा भुक्तानी दिएको रकम भन्दा बढी हुने गरी फिर्ता लिन पाइने छैन ।</w:t>
      </w:r>
    </w:p>
    <w:p>
      <w:pPr>
        <w:spacing w:after="62" w:line="259" w:lineRule="auto"/>
        <w:ind w:left="115"/>
      </w:pPr>
      <w:r>
        <w:rPr>
          <w:rFonts w:ascii="Noto Sans" w:hAnsi="Noto Sans" w:cs="Noto Sans Devanagari" w:eastAsia="Noto Sans Devanagari"/>
          <w:b w:val="0"/>
          <w:i w:val="0"/>
          <w:sz w:val="20"/>
        </w:rPr>
        <w:t>(छ) यस्तो सटही कारोबार गर्दा कुनै व्यक्तिको कारोबार र श्रोत शंकास्पद देखिएमा प्रचलित व्यवस्था</w:t>
      </w:r>
    </w:p>
    <w:p>
      <w:pPr>
        <w:spacing w:after="62" w:line="259" w:lineRule="auto"/>
      </w:pPr>
      <w:r>
        <w:rPr>
          <w:rFonts w:ascii="Noto Sans" w:hAnsi="Noto Sans" w:cs="Noto Sans Devanagari" w:eastAsia="Noto Sans Devanagari"/>
          <w:b w:val="0"/>
          <w:i w:val="0"/>
          <w:sz w:val="20"/>
        </w:rPr>
        <w:t>बमोजिम नेपाल राष्ट्र बैंक, वित्तीय जानकारी इकाईमा जानकारी गराउनु पर्नेछ ।</w:t>
      </w:r>
    </w:p>
    <w:p>
      <w:pPr>
        <w:spacing w:after="62" w:line="259" w:lineRule="auto"/>
        <w:ind w:left="115"/>
      </w:pPr>
      <w:r>
        <w:rPr>
          <w:rFonts w:ascii="Noto Sans" w:hAnsi="Noto Sans" w:cs="Noto Sans Devanagari" w:eastAsia="Noto Sans Devanagari"/>
          <w:b w:val="0"/>
          <w:i w:val="0"/>
          <w:sz w:val="20"/>
        </w:rPr>
        <w:t>(ज) नेपाली नागरिकहरूलाई विदेशी इष्टमित्र र ग्राहकहरूबाट उपहार, टिप्स आदि बापत प्राप्त हुने विदेशी</w:t>
      </w:r>
    </w:p>
    <w:p>
      <w:pPr>
        <w:spacing w:after="62" w:line="259" w:lineRule="auto"/>
      </w:pPr>
      <w:r>
        <w:rPr>
          <w:rFonts w:ascii="Noto Sans" w:hAnsi="Noto Sans" w:cs="Noto Sans Devanagari" w:eastAsia="Noto Sans Devanagari"/>
          <w:b w:val="0"/>
          <w:i w:val="0"/>
          <w:sz w:val="20"/>
        </w:rPr>
        <w:t>मुद्रा सटही गर्न माग भई आएमा ग्राहकको पहिचान खुल्ने कागजात लिई एकपटकमा अमेरिकी डलर</w:t>
      </w:r>
    </w:p>
    <w:p>
      <w:pPr>
        <w:spacing w:after="62" w:line="259" w:lineRule="auto"/>
      </w:pPr>
      <w:r>
        <w:rPr>
          <w:rFonts w:ascii="Noto Sans" w:hAnsi="Noto Sans" w:cs="Noto Sans Devanagari" w:eastAsia="Noto Sans Devanagari"/>
          <w:b w:val="0"/>
          <w:i w:val="0"/>
          <w:sz w:val="20"/>
        </w:rPr>
        <w:t>५००।– (पाँच सय) वा सो बराबर हुने अन्य परिवर्त्य विदेशी मुद्रा इजाजतपत्रप्राप्त मनिचेञ्चरहरूबाट</w:t>
      </w:r>
    </w:p>
    <w:p>
      <w:pPr>
        <w:spacing w:after="62" w:line="259" w:lineRule="auto"/>
      </w:pPr>
      <w:r>
        <w:rPr>
          <w:rFonts w:ascii="Noto Sans" w:hAnsi="Noto Sans" w:cs="Noto Sans Devanagari" w:eastAsia="Noto Sans Devanagari"/>
          <w:b w:val="0"/>
          <w:i w:val="0"/>
          <w:sz w:val="20"/>
        </w:rPr>
        <w:t>पनि सटही गर्न सकिनेछ । यसरी सटही गर्दा खण्ड (ग), (घ), (ङ), (च) र (छ) का व्यवस्थाहरु पालना</w:t>
      </w:r>
    </w:p>
    <w:p>
      <w:pPr>
        <w:spacing w:after="62" w:line="259" w:lineRule="auto"/>
      </w:pPr>
      <w:r>
        <w:rPr>
          <w:rFonts w:ascii="Noto Sans" w:hAnsi="Noto Sans" w:cs="Noto Sans Devanagari" w:eastAsia="Noto Sans Devanagari"/>
          <w:b w:val="0"/>
          <w:i w:val="0"/>
          <w:sz w:val="20"/>
        </w:rPr>
        <w:t>गरी परिवर्त्य विदेशी मुद्रा सटही गर्न आउने व्यक्तिसँग</w:t>
      </w:r>
    </w:p>
    <w:p>
      <w:pPr>
        <w:keepNext/>
        <w:spacing w:before="200" w:after="80"/>
        <w:pBdr>
          <w:bottom w:val="single" w:sz="12" w:space="2" w:color="2F5597"/>
        </w:pBdr>
      </w:pPr>
      <w:r>
        <w:rPr>
          <w:rFonts w:ascii="Noto Sans" w:hAnsi="Noto Sans" w:cs="Noto Sans Devanagari" w:eastAsia="Noto Sans Devanagari"/>
          <w:b/>
          <w:i w:val="0"/>
          <w:color w:val="2F5597"/>
          <w:sz w:val="24"/>
        </w:rPr>
        <w:t>Schedule 9.1</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9.1</w:t>
      </w:r>
    </w:p>
    <w:p>
      <w:pPr>
        <w:spacing w:after="70" w:line="259" w:lineRule="auto"/>
      </w:pPr>
      <w:r>
        <w:rPr>
          <w:rFonts w:ascii="Noto Sans" w:hAnsi="Noto Sans" w:cs="Noto Sans Devanagari" w:eastAsia="Noto Sans Devanagari"/>
          <w:b w:val="0"/>
          <w:i w:val="0"/>
          <w:color w:val="222222"/>
          <w:sz w:val="18"/>
        </w:rPr>
        <w:t>(For the purpose of Clause 2(b) of F.E. Circular No. 9)</w:t>
      </w:r>
    </w:p>
    <w:p>
      <w:pPr>
        <w:spacing w:after="70" w:line="259" w:lineRule="auto"/>
      </w:pPr>
      <w:r>
        <w:rPr>
          <w:rFonts w:ascii="Noto Sans" w:hAnsi="Noto Sans" w:cs="Noto Sans Devanagari" w:eastAsia="Noto Sans Devanagari"/>
          <w:b w:val="0"/>
          <w:i w:val="0"/>
          <w:color w:val="222222"/>
          <w:sz w:val="18"/>
        </w:rPr>
        <w:t>(To: Bank/Financial Institution)</w:t>
      </w:r>
    </w:p>
    <w:p>
      <w:pPr>
        <w:spacing w:after="70" w:line="259" w:lineRule="auto"/>
      </w:pPr>
      <w:r>
        <w:rPr>
          <w:rFonts w:ascii="Noto Sans" w:hAnsi="Noto Sans" w:cs="Noto Sans Devanagari" w:eastAsia="Noto Sans Devanagari"/>
          <w:b w:val="0"/>
          <w:i w:val="0"/>
          <w:color w:val="222222"/>
          <w:sz w:val="18"/>
        </w:rPr>
        <w:t>(Address)</w:t>
      </w:r>
    </w:p>
    <w:p>
      <w:pPr>
        <w:spacing w:after="70" w:line="259" w:lineRule="auto"/>
      </w:pPr>
      <w:r>
        <w:rPr>
          <w:rFonts w:ascii="Noto Sans" w:hAnsi="Noto Sans" w:cs="Noto Sans Devanagari" w:eastAsia="Noto Sans Devanagari"/>
          <w:b w:val="0"/>
          <w:i w:val="0"/>
          <w:color w:val="222222"/>
          <w:sz w:val="18"/>
        </w:rPr>
        <w:t>Subject: Request to exchange foreign currency.</w:t>
      </w:r>
    </w:p>
    <w:p>
      <w:pPr>
        <w:spacing w:after="70" w:line="259" w:lineRule="auto"/>
      </w:pPr>
      <w:r>
        <w:rPr>
          <w:rFonts w:ascii="Noto Sans" w:hAnsi="Noto Sans" w:cs="Noto Sans Devanagari" w:eastAsia="Noto Sans Devanagari"/>
          <w:b w:val="0"/>
          <w:i w:val="0"/>
          <w:color w:val="222222"/>
          <w:sz w:val="18"/>
        </w:rPr>
        <w:t>Sir/Madam,</w:t>
      </w:r>
    </w:p>
    <w:p>
      <w:pPr>
        <w:spacing w:after="70" w:line="259" w:lineRule="auto"/>
      </w:pPr>
      <w:r>
        <w:rPr>
          <w:rFonts w:ascii="Noto Sans" w:hAnsi="Noto Sans" w:cs="Noto Sans Devanagari" w:eastAsia="Noto Sans Devanagari"/>
          <w:b w:val="0"/>
          <w:i w:val="0"/>
          <w:color w:val="222222"/>
          <w:sz w:val="18"/>
        </w:rPr>
        <w:t>As I have received foreign currency as stated below, I request that it be exchanged in accordance with the rules. A copy of my identity document is attached. If the said foreign currency is found to be counterfeit, I shall refund the amount received on exchange.</w:t>
      </w:r>
    </w:p>
    <w:p>
      <w:pPr>
        <w:spacing w:after="70" w:line="259" w:lineRule="auto"/>
      </w:pPr>
      <w:r>
        <w:rPr>
          <w:rFonts w:ascii="Noto Sans" w:hAnsi="Noto Sans" w:cs="Noto Sans Devanagari" w:eastAsia="Noto Sans Devanagari"/>
          <w:b w:val="0"/>
          <w:i w:val="0"/>
          <w:color w:val="222222"/>
          <w:sz w:val="18"/>
        </w:rPr>
        <w:t>Type of Foreign Currency | Note Number | Rate | Purpose for Which Received | Source from Which Received</w:t>
      </w:r>
    </w:p>
    <w:p>
      <w:pPr>
        <w:spacing w:after="70" w:line="259" w:lineRule="auto"/>
      </w:pPr>
      <w:r>
        <w:rPr>
          <w:rFonts w:ascii="Noto Sans" w:hAnsi="Noto Sans" w:cs="Noto Sans Devanagari" w:eastAsia="Noto Sans Devanagari"/>
          <w:b w:val="0"/>
          <w:i w:val="0"/>
          <w:color w:val="222222"/>
          <w:sz w:val="18"/>
        </w:rPr>
        <w:t>Source of Receipt:</w:t>
      </w:r>
    </w:p>
    <w:p>
      <w:pPr>
        <w:spacing w:after="70" w:line="259" w:lineRule="auto"/>
        <w:ind w:left="115"/>
      </w:pPr>
      <w:r>
        <w:rPr>
          <w:rFonts w:ascii="Noto Sans" w:hAnsi="Noto Sans" w:cs="Noto Sans Devanagari" w:eastAsia="Noto Sans Devanagari"/>
          <w:b w:val="0"/>
          <w:i w:val="0"/>
          <w:color w:val="222222"/>
          <w:sz w:val="18"/>
        </w:rPr>
        <w:t>1. Return from foreign travel</w:t>
      </w:r>
    </w:p>
    <w:p>
      <w:pPr>
        <w:spacing w:after="70" w:line="259" w:lineRule="auto"/>
        <w:ind w:left="115"/>
      </w:pPr>
      <w:r>
        <w:rPr>
          <w:rFonts w:ascii="Noto Sans" w:hAnsi="Noto Sans" w:cs="Noto Sans Devanagari" w:eastAsia="Noto Sans Devanagari"/>
          <w:b w:val="0"/>
          <w:i w:val="0"/>
          <w:color w:val="222222"/>
          <w:sz w:val="18"/>
        </w:rPr>
        <w:t>(a) Business/official travel</w:t>
      </w:r>
    </w:p>
    <w:p>
      <w:pPr>
        <w:spacing w:after="70" w:line="259" w:lineRule="auto"/>
        <w:ind w:left="115"/>
      </w:pPr>
      <w:r>
        <w:rPr>
          <w:rFonts w:ascii="Noto Sans" w:hAnsi="Noto Sans" w:cs="Noto Sans Devanagari" w:eastAsia="Noto Sans Devanagari"/>
          <w:b w:val="0"/>
          <w:i w:val="0"/>
          <w:color w:val="222222"/>
          <w:sz w:val="18"/>
        </w:rPr>
        <w:t>(b) Private travel</w:t>
      </w:r>
    </w:p>
    <w:p>
      <w:pPr>
        <w:spacing w:after="70" w:line="259" w:lineRule="auto"/>
        <w:ind w:left="115"/>
      </w:pPr>
      <w:r>
        <w:rPr>
          <w:rFonts w:ascii="Noto Sans" w:hAnsi="Noto Sans" w:cs="Noto Sans Devanagari" w:eastAsia="Noto Sans Devanagari"/>
          <w:b w:val="0"/>
          <w:i w:val="0"/>
          <w:color w:val="222222"/>
          <w:sz w:val="18"/>
        </w:rPr>
        <w:t>(c) Education</w:t>
      </w:r>
    </w:p>
    <w:p>
      <w:pPr>
        <w:spacing w:after="70" w:line="259" w:lineRule="auto"/>
        <w:ind w:left="115"/>
      </w:pPr>
      <w:r>
        <w:rPr>
          <w:rFonts w:ascii="Noto Sans" w:hAnsi="Noto Sans" w:cs="Noto Sans Devanagari" w:eastAsia="Noto Sans Devanagari"/>
          <w:b w:val="0"/>
          <w:i w:val="0"/>
          <w:color w:val="222222"/>
          <w:sz w:val="18"/>
        </w:rPr>
        <w:t>(d) Medical treatment</w:t>
      </w:r>
    </w:p>
    <w:p>
      <w:pPr>
        <w:spacing w:after="70" w:line="259" w:lineRule="auto"/>
        <w:ind w:left="115"/>
      </w:pPr>
      <w:r>
        <w:rPr>
          <w:rFonts w:ascii="Noto Sans" w:hAnsi="Noto Sans" w:cs="Noto Sans Devanagari" w:eastAsia="Noto Sans Devanagari"/>
          <w:b w:val="0"/>
          <w:i w:val="0"/>
          <w:color w:val="222222"/>
          <w:sz w:val="18"/>
        </w:rPr>
        <w:t>2. Pension</w:t>
      </w:r>
    </w:p>
    <w:p>
      <w:pPr>
        <w:spacing w:after="70" w:line="259" w:lineRule="auto"/>
        <w:ind w:left="115"/>
      </w:pPr>
      <w:r>
        <w:rPr>
          <w:rFonts w:ascii="Noto Sans" w:hAnsi="Noto Sans" w:cs="Noto Sans Devanagari" w:eastAsia="Noto Sans Devanagari"/>
          <w:b w:val="0"/>
          <w:i w:val="0"/>
          <w:color w:val="222222"/>
          <w:sz w:val="18"/>
        </w:rPr>
        <w:t>3. Remittance</w:t>
      </w:r>
    </w:p>
    <w:p>
      <w:pPr>
        <w:spacing w:after="70" w:line="259" w:lineRule="auto"/>
        <w:ind w:left="115"/>
      </w:pPr>
      <w:r>
        <w:rPr>
          <w:rFonts w:ascii="Noto Sans" w:hAnsi="Noto Sans" w:cs="Noto Sans Devanagari" w:eastAsia="Noto Sans Devanagari"/>
          <w:b w:val="0"/>
          <w:i w:val="0"/>
          <w:color w:val="222222"/>
          <w:sz w:val="18"/>
        </w:rPr>
        <w:t>4. Other*: .............................</w:t>
      </w:r>
    </w:p>
    <w:p>
      <w:pPr>
        <w:spacing w:after="70" w:line="259" w:lineRule="auto"/>
      </w:pPr>
      <w:r>
        <w:rPr>
          <w:rFonts w:ascii="Noto Sans" w:hAnsi="Noto Sans" w:cs="Noto Sans Devanagari" w:eastAsia="Noto Sans Devanagari"/>
          <w:b w:val="0"/>
          <w:i w:val="0"/>
          <w:color w:val="222222"/>
          <w:sz w:val="18"/>
        </w:rPr>
        <w:t>(* Mandatory to specify)</w:t>
      </w:r>
    </w:p>
    <w:p>
      <w:pPr>
        <w:spacing w:after="70" w:line="259" w:lineRule="auto"/>
      </w:pPr>
      <w:r>
        <w:rPr>
          <w:rFonts w:ascii="Noto Sans" w:hAnsi="Noto Sans" w:cs="Noto Sans Devanagari" w:eastAsia="Noto Sans Devanagari"/>
          <w:b w:val="0"/>
          <w:i w:val="0"/>
          <w:color w:val="222222"/>
          <w:sz w:val="18"/>
        </w:rPr>
        <w:t>Yours faithfully,</w:t>
      </w:r>
    </w:p>
    <w:p>
      <w:pPr>
        <w:spacing w:after="70" w:line="259" w:lineRule="auto"/>
      </w:pPr>
      <w:r>
        <w:rPr>
          <w:rFonts w:ascii="Noto Sans" w:hAnsi="Noto Sans" w:cs="Noto Sans Devanagari" w:eastAsia="Noto Sans Devanagari"/>
          <w:b w:val="0"/>
          <w:i w:val="0"/>
          <w:color w:val="222222"/>
          <w:sz w:val="18"/>
        </w:rPr>
        <w:t>Signature:</w:t>
      </w:r>
    </w:p>
    <w:p>
      <w:pPr>
        <w:spacing w:after="70" w:line="259" w:lineRule="auto"/>
      </w:pPr>
      <w:r>
        <w:rPr>
          <w:rFonts w:ascii="Noto Sans" w:hAnsi="Noto Sans" w:cs="Noto Sans Devanagari" w:eastAsia="Noto Sans Devanagari"/>
          <w:b w:val="0"/>
          <w:i w:val="0"/>
          <w:color w:val="222222"/>
          <w:sz w:val="18"/>
        </w:rPr>
        <w:t>Full Name:</w:t>
      </w:r>
    </w:p>
    <w:p>
      <w:pPr>
        <w:spacing w:after="70" w:line="259" w:lineRule="auto"/>
      </w:pPr>
      <w:r>
        <w:rPr>
          <w:rFonts w:ascii="Noto Sans" w:hAnsi="Noto Sans" w:cs="Noto Sans Devanagari" w:eastAsia="Noto Sans Devanagari"/>
          <w:b w:val="0"/>
          <w:i w:val="0"/>
          <w:color w:val="222222"/>
          <w:sz w:val="18"/>
        </w:rPr>
        <w:t>Address:</w:t>
      </w:r>
    </w:p>
    <w:p>
      <w:pPr>
        <w:spacing w:after="70" w:line="259" w:lineRule="auto"/>
      </w:pPr>
      <w:r>
        <w:rPr>
          <w:rFonts w:ascii="Noto Sans" w:hAnsi="Noto Sans" w:cs="Noto Sans Devanagari" w:eastAsia="Noto Sans Devanagari"/>
          <w:b w:val="0"/>
          <w:i w:val="0"/>
          <w:color w:val="222222"/>
          <w:sz w:val="18"/>
        </w:rPr>
        <w:t>Phone No.:</w:t>
      </w:r>
    </w:p>
    <w:p>
      <w:pPr>
        <w:spacing w:after="70" w:line="259" w:lineRule="auto"/>
      </w:pPr>
      <w:r>
        <w:rPr>
          <w:rFonts w:ascii="Noto Sans" w:hAnsi="Noto Sans" w:cs="Noto Sans Devanagari" w:eastAsia="Noto Sans Devanagari"/>
          <w:b w:val="0"/>
          <w:i w:val="0"/>
          <w:color w:val="222222"/>
          <w:sz w:val="18"/>
        </w:rPr>
        <w:t>Mobile No.:</w:t>
      </w:r>
    </w:p>
    <w:p>
      <w:pPr>
        <w:spacing w:after="70" w:line="259" w:lineRule="auto"/>
      </w:pPr>
      <w:r>
        <w:rPr>
          <w:rFonts w:ascii="Noto Sans" w:hAnsi="Noto Sans" w:cs="Noto Sans Devanagari" w:eastAsia="Noto Sans Devanagari"/>
          <w:b w:val="0"/>
          <w:i w:val="0"/>
          <w:color w:val="222222"/>
          <w:sz w:val="18"/>
        </w:rPr>
        <w:t>Type of Identity Document:</w:t>
      </w:r>
    </w:p>
    <w:p>
      <w:pPr>
        <w:spacing w:after="70" w:line="259" w:lineRule="auto"/>
      </w:pPr>
      <w:r>
        <w:rPr>
          <w:rFonts w:ascii="Noto Sans" w:hAnsi="Noto Sans" w:cs="Noto Sans Devanagari" w:eastAsia="Noto Sans Devanagari"/>
          <w:b w:val="0"/>
          <w:i w:val="0"/>
          <w:color w:val="222222"/>
          <w:sz w:val="18"/>
        </w:rPr>
        <w:t>Identity Document No.:</w:t>
      </w:r>
    </w:p>
    <w:p>
      <w:pPr>
        <w:keepNext/>
        <w:spacing w:before="200" w:after="80"/>
        <w:pBdr>
          <w:bottom w:val="single" w:sz="12" w:space="2" w:color="17365D"/>
        </w:pBdr>
      </w:pPr>
      <w:r>
        <w:rPr>
          <w:rFonts w:ascii="Noto Sans" w:hAnsi="Noto Sans" w:cs="Noto Sans Devanagari" w:eastAsia="Noto Sans Devanagari"/>
          <w:b/>
          <w:i w:val="0"/>
          <w:color w:val="17365D"/>
          <w:sz w:val="25"/>
        </w:rPr>
        <w:t>अनुसूची ९.२</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62" w:line="259" w:lineRule="auto"/>
      </w:pPr>
      <w:r>
        <w:rPr>
          <w:rFonts w:ascii="Noto Sans" w:hAnsi="Noto Sans" w:cs="Noto Sans Devanagari" w:eastAsia="Noto Sans Devanagari"/>
          <w:b w:val="0"/>
          <w:i w:val="0"/>
          <w:sz w:val="20"/>
        </w:rPr>
        <w:t>अनुसूची ९.२ बमोजिमको २ प्रति स्वःघोषणापत्र</w:t>
      </w:r>
    </w:p>
    <w:p>
      <w:pPr>
        <w:spacing w:after="62" w:line="259" w:lineRule="auto"/>
      </w:pPr>
      <w:r>
        <w:rPr>
          <w:rFonts w:ascii="Noto Sans" w:hAnsi="Noto Sans" w:cs="Noto Sans Devanagari" w:eastAsia="Noto Sans Devanagari"/>
          <w:b w:val="0"/>
          <w:i w:val="0"/>
          <w:sz w:val="20"/>
        </w:rPr>
        <w:t>भर्न लगाई सोको १ प्रति सटही कारोबार गर्न इजाजतपत्रप्राप्त संस्था (मनिचेञ्जर समेत) ले प्रमाणित</w:t>
      </w:r>
    </w:p>
    <w:p>
      <w:pPr>
        <w:spacing w:after="62" w:line="259" w:lineRule="auto"/>
      </w:pPr>
      <w:r>
        <w:rPr>
          <w:rFonts w:ascii="Noto Sans" w:hAnsi="Noto Sans" w:cs="Noto Sans Devanagari" w:eastAsia="Noto Sans Devanagari"/>
          <w:b w:val="0"/>
          <w:i w:val="0"/>
          <w:sz w:val="20"/>
        </w:rPr>
        <w:t>गरी सटही गर्न आउने व्यक्तिलाई अभिलेखको लागि दिनु पर्नेछ ।</w:t>
      </w:r>
    </w:p>
    <w:p>
      <w:pPr>
        <w:spacing w:after="62" w:line="259" w:lineRule="auto"/>
      </w:pPr>
      <w:r>
        <w:rPr>
          <w:rFonts w:ascii="Noto Sans" w:hAnsi="Noto Sans" w:cs="Noto Sans Devanagari" w:eastAsia="Noto Sans Devanagari"/>
          <w:b w:val="0"/>
          <w:i w:val="0"/>
          <w:sz w:val="20"/>
        </w:rPr>
        <w:t>अनुसूची ९.१</w:t>
      </w:r>
    </w:p>
    <w:p>
      <w:pPr>
        <w:spacing w:after="62" w:line="259" w:lineRule="auto"/>
      </w:pPr>
      <w:r>
        <w:rPr>
          <w:rFonts w:ascii="Noto Sans" w:hAnsi="Noto Sans" w:cs="Noto Sans Devanagari" w:eastAsia="Noto Sans Devanagari"/>
          <w:b w:val="0"/>
          <w:i w:val="0"/>
          <w:sz w:val="20"/>
        </w:rPr>
        <w:t>(इ.प्रा. परिपत्र संख्याः ९ को दफा २(ख) को प्रयोजनको लागि)</w:t>
      </w:r>
    </w:p>
    <w:p>
      <w:pPr>
        <w:spacing w:after="62" w:line="259" w:lineRule="auto"/>
      </w:pPr>
      <w:r>
        <w:rPr>
          <w:rFonts w:ascii="Noto Sans" w:hAnsi="Noto Sans" w:cs="Noto Sans Devanagari" w:eastAsia="Noto Sans Devanagari"/>
          <w:b w:val="0"/>
          <w:i w:val="0"/>
          <w:sz w:val="20"/>
        </w:rPr>
        <w:t>(श्री बैंक/वित्तीय संस्था)</w:t>
      </w:r>
    </w:p>
    <w:p>
      <w:pPr>
        <w:spacing w:after="62" w:line="259" w:lineRule="auto"/>
      </w:pPr>
      <w:r>
        <w:rPr>
          <w:rFonts w:ascii="Noto Sans" w:hAnsi="Noto Sans" w:cs="Noto Sans Devanagari" w:eastAsia="Noto Sans Devanagari"/>
          <w:b w:val="0"/>
          <w:i w:val="0"/>
          <w:sz w:val="20"/>
        </w:rPr>
        <w:t>(ठेगाना)</w:t>
      </w:r>
    </w:p>
    <w:p>
      <w:pPr>
        <w:spacing w:after="62" w:line="259" w:lineRule="auto"/>
      </w:pPr>
      <w:r>
        <w:rPr>
          <w:rFonts w:ascii="Noto Sans" w:hAnsi="Noto Sans" w:cs="Noto Sans Devanagari" w:eastAsia="Noto Sans Devanagari"/>
          <w:b w:val="0"/>
          <w:i w:val="0"/>
          <w:sz w:val="20"/>
        </w:rPr>
        <w:t>विषयः विदेशी मुद्रा सटही गरी दिने ।</w:t>
      </w:r>
    </w:p>
    <w:p>
      <w:pPr>
        <w:spacing w:after="62" w:line="259" w:lineRule="auto"/>
      </w:pPr>
      <w:r>
        <w:rPr>
          <w:rFonts w:ascii="Noto Sans" w:hAnsi="Noto Sans" w:cs="Noto Sans Devanagari" w:eastAsia="Noto Sans Devanagari"/>
          <w:b w:val="0"/>
          <w:i w:val="0"/>
          <w:sz w:val="20"/>
        </w:rPr>
        <w:t>महाशय,</w:t>
      </w:r>
    </w:p>
    <w:p>
      <w:pPr>
        <w:spacing w:after="62" w:line="259" w:lineRule="auto"/>
      </w:pPr>
      <w:r>
        <w:rPr>
          <w:rFonts w:ascii="Noto Sans" w:hAnsi="Noto Sans" w:cs="Noto Sans Devanagari" w:eastAsia="Noto Sans Devanagari"/>
          <w:b w:val="0"/>
          <w:i w:val="0"/>
          <w:sz w:val="20"/>
        </w:rPr>
        <w:t>मलाई देहाय बमोजिम विदेशी मुद्रा प्राप्त भएकोले नियमानुसार सटही गरी दिनु हुन आफ्नो पहिचान खुल्ने</w:t>
      </w:r>
    </w:p>
    <w:p>
      <w:pPr>
        <w:spacing w:after="62" w:line="259" w:lineRule="auto"/>
      </w:pPr>
      <w:r>
        <w:rPr>
          <w:rFonts w:ascii="Noto Sans" w:hAnsi="Noto Sans" w:cs="Noto Sans Devanagari" w:eastAsia="Noto Sans Devanagari"/>
          <w:b w:val="0"/>
          <w:i w:val="0"/>
          <w:sz w:val="20"/>
        </w:rPr>
        <w:t>परिचयपत्रको प्रतिलिपि समेत संलग्न गरी अनुरोध गरेको छु । उक्त विदेशी मुद्रा नक्कली ठहरिएमा सटही लिएको</w:t>
      </w:r>
    </w:p>
    <w:p>
      <w:pPr>
        <w:spacing w:after="62" w:line="259" w:lineRule="auto"/>
      </w:pPr>
      <w:r>
        <w:rPr>
          <w:rFonts w:ascii="Noto Sans" w:hAnsi="Noto Sans" w:cs="Noto Sans Devanagari" w:eastAsia="Noto Sans Devanagari"/>
          <w:b w:val="0"/>
          <w:i w:val="0"/>
          <w:sz w:val="20"/>
        </w:rPr>
        <w:t>रकम फिर्ता बुझाउने छु ।</w:t>
      </w:r>
    </w:p>
    <w:p>
      <w:pPr>
        <w:spacing w:after="62" w:line="259" w:lineRule="auto"/>
      </w:pPr>
      <w:r>
        <w:rPr>
          <w:rFonts w:ascii="Noto Sans" w:hAnsi="Noto Sans" w:cs="Noto Sans Devanagari" w:eastAsia="Noto Sans Devanagari"/>
          <w:b w:val="0"/>
          <w:i w:val="0"/>
          <w:sz w:val="20"/>
        </w:rPr>
        <w:t>विदेशी मुद्राको किसिम नोटको नम्बर दर प्राप्त प्रयोजन प्राप्त स्रोत</w:t>
      </w:r>
    </w:p>
    <w:p>
      <w:pPr>
        <w:spacing w:after="62" w:line="259" w:lineRule="auto"/>
      </w:pPr>
      <w:r>
        <w:rPr>
          <w:rFonts w:ascii="Noto Sans" w:hAnsi="Noto Sans" w:cs="Noto Sans Devanagari" w:eastAsia="Noto Sans Devanagari"/>
          <w:b w:val="0"/>
          <w:i w:val="0"/>
          <w:sz w:val="20"/>
        </w:rPr>
        <w:t>प्राप्तिको स्रोत ः</w:t>
      </w:r>
    </w:p>
    <w:p>
      <w:pPr>
        <w:spacing w:after="62" w:line="259" w:lineRule="auto"/>
        <w:ind w:left="115"/>
      </w:pPr>
      <w:r>
        <w:rPr>
          <w:rFonts w:ascii="Noto Sans" w:hAnsi="Noto Sans" w:cs="Noto Sans Devanagari" w:eastAsia="Noto Sans Devanagari"/>
          <w:b w:val="0"/>
          <w:i w:val="0"/>
          <w:sz w:val="20"/>
        </w:rPr>
        <w:t>१. वैदेशिक भ्रमणबाट फिर्ता</w:t>
      </w:r>
    </w:p>
    <w:p>
      <w:pPr>
        <w:spacing w:after="62" w:line="259" w:lineRule="auto"/>
        <w:ind w:left="115"/>
      </w:pPr>
      <w:r>
        <w:rPr>
          <w:rFonts w:ascii="Noto Sans" w:hAnsi="Noto Sans" w:cs="Noto Sans Devanagari" w:eastAsia="Noto Sans Devanagari"/>
          <w:b w:val="0"/>
          <w:i w:val="0"/>
          <w:sz w:val="20"/>
        </w:rPr>
        <w:t>क) व्यावसायिक/औपचारिक भ्रमण</w:t>
      </w:r>
    </w:p>
    <w:p>
      <w:pPr>
        <w:spacing w:after="62" w:line="259" w:lineRule="auto"/>
        <w:ind w:left="115"/>
      </w:pPr>
      <w:r>
        <w:rPr>
          <w:rFonts w:ascii="Noto Sans" w:hAnsi="Noto Sans" w:cs="Noto Sans Devanagari" w:eastAsia="Noto Sans Devanagari"/>
          <w:b w:val="0"/>
          <w:i w:val="0"/>
          <w:sz w:val="20"/>
        </w:rPr>
        <w:t>ख) व्यक्तिगत भ्रमण</w:t>
      </w:r>
    </w:p>
    <w:p>
      <w:pPr>
        <w:spacing w:after="62" w:line="259" w:lineRule="auto"/>
        <w:ind w:left="115"/>
      </w:pPr>
      <w:r>
        <w:rPr>
          <w:rFonts w:ascii="Noto Sans" w:hAnsi="Noto Sans" w:cs="Noto Sans Devanagari" w:eastAsia="Noto Sans Devanagari"/>
          <w:b w:val="0"/>
          <w:i w:val="0"/>
          <w:sz w:val="20"/>
        </w:rPr>
        <w:t>ग) शिक्षा</w:t>
      </w:r>
    </w:p>
    <w:p>
      <w:pPr>
        <w:spacing w:after="62" w:line="259" w:lineRule="auto"/>
        <w:ind w:left="115"/>
      </w:pPr>
      <w:r>
        <w:rPr>
          <w:rFonts w:ascii="Noto Sans" w:hAnsi="Noto Sans" w:cs="Noto Sans Devanagari" w:eastAsia="Noto Sans Devanagari"/>
          <w:b w:val="0"/>
          <w:i w:val="0"/>
          <w:sz w:val="20"/>
        </w:rPr>
        <w:t>घ) उपचार</w:t>
      </w:r>
    </w:p>
    <w:p>
      <w:pPr>
        <w:spacing w:after="62" w:line="259" w:lineRule="auto"/>
        <w:ind w:left="115"/>
      </w:pPr>
      <w:r>
        <w:rPr>
          <w:rFonts w:ascii="Noto Sans" w:hAnsi="Noto Sans" w:cs="Noto Sans Devanagari" w:eastAsia="Noto Sans Devanagari"/>
          <w:b w:val="0"/>
          <w:i w:val="0"/>
          <w:sz w:val="20"/>
        </w:rPr>
        <w:t>२. पेन्सन</w:t>
      </w:r>
    </w:p>
    <w:p>
      <w:pPr>
        <w:spacing w:after="62" w:line="259" w:lineRule="auto"/>
        <w:ind w:left="115"/>
      </w:pPr>
      <w:r>
        <w:rPr>
          <w:rFonts w:ascii="Noto Sans" w:hAnsi="Noto Sans" w:cs="Noto Sans Devanagari" w:eastAsia="Noto Sans Devanagari"/>
          <w:b w:val="0"/>
          <w:i w:val="0"/>
          <w:sz w:val="20"/>
        </w:rPr>
        <w:t>३. विप्रेषण (रेमिट्यान्स)</w:t>
      </w:r>
    </w:p>
    <w:p>
      <w:pPr>
        <w:spacing w:after="62" w:line="259" w:lineRule="auto"/>
        <w:ind w:left="115"/>
      </w:pPr>
      <w:r>
        <w:rPr>
          <w:rFonts w:ascii="Noto Sans" w:hAnsi="Noto Sans" w:cs="Noto Sans Devanagari" w:eastAsia="Noto Sans Devanagari"/>
          <w:b w:val="0"/>
          <w:i w:val="0"/>
          <w:sz w:val="20"/>
        </w:rPr>
        <w:t>४. अन्य * ः.............................</w:t>
      </w:r>
    </w:p>
    <w:p>
      <w:pPr>
        <w:spacing w:after="62" w:line="259" w:lineRule="auto"/>
      </w:pPr>
      <w:r>
        <w:rPr>
          <w:rFonts w:ascii="Noto Sans" w:hAnsi="Noto Sans" w:cs="Noto Sans Devanagari" w:eastAsia="Noto Sans Devanagari"/>
          <w:b w:val="0"/>
          <w:i w:val="0"/>
          <w:sz w:val="20"/>
        </w:rPr>
        <w:t>(*: अनिवार्य रुपमा उल्लेख गर्नुपर्ने)</w:t>
      </w:r>
    </w:p>
    <w:p>
      <w:pPr>
        <w:spacing w:after="62" w:line="259" w:lineRule="auto"/>
      </w:pPr>
      <w:r>
        <w:rPr>
          <w:rFonts w:ascii="Noto Sans" w:hAnsi="Noto Sans" w:cs="Noto Sans Devanagari" w:eastAsia="Noto Sans Devanagari"/>
          <w:b w:val="0"/>
          <w:i w:val="0"/>
          <w:sz w:val="20"/>
        </w:rPr>
        <w:t>भवदीय,</w:t>
      </w:r>
    </w:p>
    <w:p>
      <w:pPr>
        <w:spacing w:after="62" w:line="259" w:lineRule="auto"/>
      </w:pPr>
      <w:r>
        <w:rPr>
          <w:rFonts w:ascii="Noto Sans" w:hAnsi="Noto Sans" w:cs="Noto Sans Devanagari" w:eastAsia="Noto Sans Devanagari"/>
          <w:b w:val="0"/>
          <w:i w:val="0"/>
          <w:sz w:val="20"/>
        </w:rPr>
        <w:t>दस्तखतः</w:t>
      </w:r>
    </w:p>
    <w:p>
      <w:pPr>
        <w:spacing w:after="62" w:line="259" w:lineRule="auto"/>
      </w:pPr>
      <w:r>
        <w:rPr>
          <w:rFonts w:ascii="Noto Sans" w:hAnsi="Noto Sans" w:cs="Noto Sans Devanagari" w:eastAsia="Noto Sans Devanagari"/>
          <w:b w:val="0"/>
          <w:i w:val="0"/>
          <w:sz w:val="20"/>
        </w:rPr>
        <w:t>पूरा नामः</w:t>
      </w:r>
    </w:p>
    <w:p>
      <w:pPr>
        <w:spacing w:after="62" w:line="259" w:lineRule="auto"/>
      </w:pPr>
      <w:r>
        <w:rPr>
          <w:rFonts w:ascii="Noto Sans" w:hAnsi="Noto Sans" w:cs="Noto Sans Devanagari" w:eastAsia="Noto Sans Devanagari"/>
          <w:b w:val="0"/>
          <w:i w:val="0"/>
          <w:sz w:val="20"/>
        </w:rPr>
        <w:t>ठेगानाः</w:t>
      </w:r>
    </w:p>
    <w:p>
      <w:pPr>
        <w:spacing w:after="62" w:line="259" w:lineRule="auto"/>
      </w:pPr>
      <w:r>
        <w:rPr>
          <w:rFonts w:ascii="Noto Sans" w:hAnsi="Noto Sans" w:cs="Noto Sans Devanagari" w:eastAsia="Noto Sans Devanagari"/>
          <w:b w:val="0"/>
          <w:i w:val="0"/>
          <w:sz w:val="20"/>
        </w:rPr>
        <w:t>फो नं.</w:t>
      </w:r>
    </w:p>
    <w:p>
      <w:pPr>
        <w:spacing w:after="62" w:line="259" w:lineRule="auto"/>
      </w:pPr>
      <w:r>
        <w:rPr>
          <w:rFonts w:ascii="Noto Sans" w:hAnsi="Noto Sans" w:cs="Noto Sans Devanagari" w:eastAsia="Noto Sans Devanagari"/>
          <w:b w:val="0"/>
          <w:i w:val="0"/>
          <w:sz w:val="20"/>
        </w:rPr>
        <w:t>मोवाइल नं.</w:t>
      </w:r>
    </w:p>
    <w:p>
      <w:pPr>
        <w:spacing w:after="62" w:line="259" w:lineRule="auto"/>
      </w:pPr>
      <w:r>
        <w:rPr>
          <w:rFonts w:ascii="Noto Sans" w:hAnsi="Noto Sans" w:cs="Noto Sans Devanagari" w:eastAsia="Noto Sans Devanagari"/>
          <w:b w:val="0"/>
          <w:i w:val="0"/>
          <w:sz w:val="20"/>
        </w:rPr>
        <w:t>परिचयपत्रको किसिम</w:t>
      </w:r>
    </w:p>
    <w:p>
      <w:pPr>
        <w:spacing w:after="62" w:line="259" w:lineRule="auto"/>
      </w:pPr>
      <w:r>
        <w:rPr>
          <w:rFonts w:ascii="Noto Sans" w:hAnsi="Noto Sans" w:cs="Noto Sans Devanagari" w:eastAsia="Noto Sans Devanagari"/>
          <w:b w:val="0"/>
          <w:i w:val="0"/>
          <w:sz w:val="20"/>
        </w:rPr>
        <w:t>परिचयपत्रको नम्बरः</w:t>
      </w:r>
    </w:p>
    <w:p>
      <w:pPr>
        <w:spacing w:after="62" w:line="259" w:lineRule="auto"/>
      </w:pPr>
      <w:r>
        <w:rPr>
          <w:rFonts w:ascii="Noto Sans" w:hAnsi="Noto Sans" w:cs="Noto Sans Devanagari" w:eastAsia="Noto Sans Devanagari"/>
          <w:b w:val="0"/>
          <w:i w:val="0"/>
          <w:sz w:val="20"/>
        </w:rPr>
        <w:t>अनुसूची ९.२</w:t>
      </w:r>
    </w:p>
    <w:p>
      <w:pPr>
        <w:spacing w:after="62" w:line="259" w:lineRule="auto"/>
      </w:pPr>
      <w:r>
        <w:rPr>
          <w:rFonts w:ascii="Noto Sans" w:hAnsi="Noto Sans" w:cs="Noto Sans Devanagari" w:eastAsia="Noto Sans Devanagari"/>
          <w:b w:val="0"/>
          <w:i w:val="0"/>
          <w:sz w:val="20"/>
        </w:rPr>
        <w:t>(इ.प्रा.परिपत्र संख्या ९ को दफा २(ज) को प्रयोजनको लागि)</w:t>
      </w:r>
    </w:p>
    <w:p>
      <w:pPr>
        <w:spacing w:after="62" w:line="259" w:lineRule="auto"/>
      </w:pPr>
      <w:r>
        <w:rPr>
          <w:rFonts w:ascii="Noto Sans" w:hAnsi="Noto Sans" w:cs="Noto Sans Devanagari" w:eastAsia="Noto Sans Devanagari"/>
          <w:b w:val="0"/>
          <w:i w:val="0"/>
          <w:sz w:val="20"/>
        </w:rPr>
        <w:t>(यो फाराम २ प्रति तयार गर्नु पर्नेछ । १ प्रति कार्यालयमा र एक प्रति सम्बन्धित व्यक्तिलाई अभिलेखको लागि दिनु</w:t>
      </w:r>
    </w:p>
    <w:p>
      <w:pPr>
        <w:spacing w:after="62" w:line="259" w:lineRule="auto"/>
      </w:pPr>
      <w:r>
        <w:rPr>
          <w:rFonts w:ascii="Noto Sans" w:hAnsi="Noto Sans" w:cs="Noto Sans Devanagari" w:eastAsia="Noto Sans Devanagari"/>
          <w:b w:val="0"/>
          <w:i w:val="0"/>
          <w:sz w:val="20"/>
        </w:rPr>
        <w:t>पर्नेछ ।)</w:t>
      </w:r>
    </w:p>
    <w:p>
      <w:pPr>
        <w:spacing w:after="62" w:line="259" w:lineRule="auto"/>
      </w:pPr>
      <w:r>
        <w:rPr>
          <w:rFonts w:ascii="Noto Sans" w:hAnsi="Noto Sans" w:cs="Noto Sans Devanagari" w:eastAsia="Noto Sans Devanagari"/>
          <w:b w:val="0"/>
          <w:i w:val="0"/>
          <w:sz w:val="20"/>
        </w:rPr>
        <w:t>श्री ...............(विदेशी मुद्रा सटही कारोबार गर्न इजाजतपत्रप्राप्त संस्था)</w:t>
      </w:r>
    </w:p>
    <w:p>
      <w:pPr>
        <w:spacing w:after="62" w:line="259" w:lineRule="auto"/>
      </w:pPr>
      <w:r>
        <w:rPr>
          <w:rFonts w:ascii="Noto Sans" w:hAnsi="Noto Sans" w:cs="Noto Sans Devanagari" w:eastAsia="Noto Sans Devanagari"/>
          <w:b w:val="0"/>
          <w:i w:val="0"/>
          <w:sz w:val="20"/>
        </w:rPr>
        <w:t>.........................ठेगाना</w:t>
      </w:r>
    </w:p>
    <w:p>
      <w:pPr>
        <w:spacing w:after="62" w:line="259" w:lineRule="auto"/>
      </w:pPr>
      <w:r>
        <w:rPr>
          <w:rFonts w:ascii="Noto Sans" w:hAnsi="Noto Sans" w:cs="Noto Sans Devanagari" w:eastAsia="Noto Sans Devanagari"/>
          <w:b w:val="0"/>
          <w:i w:val="0"/>
          <w:sz w:val="20"/>
        </w:rPr>
        <w:t>विषय ः स्वःघोषणा सम्बन्धमा</w:t>
      </w:r>
    </w:p>
    <w:p>
      <w:pPr>
        <w:spacing w:after="62" w:line="259" w:lineRule="auto"/>
      </w:pPr>
      <w:r>
        <w:rPr>
          <w:rFonts w:ascii="Noto Sans" w:hAnsi="Noto Sans" w:cs="Noto Sans Devanagari" w:eastAsia="Noto Sans Devanagari"/>
          <w:b w:val="0"/>
          <w:i w:val="0"/>
          <w:sz w:val="20"/>
        </w:rPr>
        <w:t>महाशय,</w:t>
      </w:r>
    </w:p>
    <w:p>
      <w:pPr>
        <w:spacing w:after="62" w:line="259" w:lineRule="auto"/>
      </w:pPr>
      <w:r>
        <w:rPr>
          <w:rFonts w:ascii="Noto Sans" w:hAnsi="Noto Sans" w:cs="Noto Sans Devanagari" w:eastAsia="Noto Sans Devanagari"/>
          <w:b w:val="0"/>
          <w:i w:val="0"/>
          <w:sz w:val="20"/>
        </w:rPr>
        <w:t>मलाई विदेशी पर्यटक/रोजगारदाताबाट/इष्टमित्रबाट उपहार, दान, टिप्स बापत प्राप्त हुन आएको विदेशी</w:t>
      </w:r>
    </w:p>
    <w:p>
      <w:pPr>
        <w:spacing w:after="62" w:line="259" w:lineRule="auto"/>
      </w:pPr>
      <w:r>
        <w:rPr>
          <w:rFonts w:ascii="Noto Sans" w:hAnsi="Noto Sans" w:cs="Noto Sans Devanagari" w:eastAsia="Noto Sans Devanagari"/>
          <w:b w:val="0"/>
          <w:i w:val="0"/>
          <w:sz w:val="20"/>
        </w:rPr>
        <w:t>मुद्रा नियमानुसार प्राप्त भएको हो । यी विदेशी मुद्राहरू कुनै गैर कानुनी स्रोतबाट प्राप्त भएको होइन भनी स्वःघोषणा</w:t>
      </w:r>
    </w:p>
    <w:p>
      <w:pPr>
        <w:spacing w:after="62" w:line="259" w:lineRule="auto"/>
      </w:pPr>
      <w:r>
        <w:rPr>
          <w:rFonts w:ascii="Noto Sans" w:hAnsi="Noto Sans" w:cs="Noto Sans Devanagari" w:eastAsia="Noto Sans Devanagari"/>
          <w:b w:val="0"/>
          <w:i w:val="0"/>
          <w:sz w:val="20"/>
        </w:rPr>
        <w:t>गर्दछु । साथै, विदेशी मुद्रा नक्कली ठहरिएमा सटही बापत लिएको रकम फिर्ता बुझाउने छु ।</w:t>
      </w:r>
    </w:p>
    <w:p>
      <w:pPr>
        <w:spacing w:after="62" w:line="259" w:lineRule="auto"/>
      </w:pPr>
      <w:r>
        <w:rPr>
          <w:rFonts w:ascii="Noto Sans" w:hAnsi="Noto Sans" w:cs="Noto Sans Devanagari" w:eastAsia="Noto Sans Devanagari"/>
          <w:b w:val="0"/>
          <w:i w:val="0"/>
          <w:sz w:val="20"/>
        </w:rPr>
        <w:t>सि.नं. विदेशी मुद्राको किसिम नोटको नम्बर दर प्राप्त स्रोत</w:t>
      </w:r>
    </w:p>
    <w:p>
      <w:pPr>
        <w:spacing w:after="62" w:line="259" w:lineRule="auto"/>
      </w:pPr>
      <w:r>
        <w:rPr>
          <w:rFonts w:ascii="Noto Sans" w:hAnsi="Noto Sans" w:cs="Noto Sans Devanagari" w:eastAsia="Noto Sans Devanagari"/>
          <w:b w:val="0"/>
          <w:i w:val="0"/>
          <w:sz w:val="20"/>
        </w:rPr>
        <w:t>सटही गरिदिने विदेशी मुद्रा सटही कारोबार निवेदक,</w:t>
      </w:r>
    </w:p>
    <w:p>
      <w:pPr>
        <w:spacing w:after="62" w:line="259" w:lineRule="auto"/>
      </w:pPr>
      <w:r>
        <w:rPr>
          <w:rFonts w:ascii="Noto Sans" w:hAnsi="Noto Sans" w:cs="Noto Sans Devanagari" w:eastAsia="Noto Sans Devanagari"/>
          <w:b w:val="0"/>
          <w:i w:val="0"/>
          <w:sz w:val="20"/>
        </w:rPr>
        <w:t>गर्न इजाजतपत्रप्राप्त संस्थाको नाम ः</w:t>
      </w:r>
    </w:p>
    <w:p>
      <w:pPr>
        <w:spacing w:after="62" w:line="259" w:lineRule="auto"/>
      </w:pPr>
      <w:r>
        <w:rPr>
          <w:rFonts w:ascii="Noto Sans" w:hAnsi="Noto Sans" w:cs="Noto Sans Devanagari" w:eastAsia="Noto Sans Devanagari"/>
          <w:b w:val="0"/>
          <w:i w:val="0"/>
          <w:sz w:val="20"/>
        </w:rPr>
        <w:t>दस्तखतः</w:t>
      </w:r>
    </w:p>
    <w:p>
      <w:pPr>
        <w:spacing w:after="62" w:line="259" w:lineRule="auto"/>
      </w:pPr>
      <w:r>
        <w:rPr>
          <w:rFonts w:ascii="Noto Sans" w:hAnsi="Noto Sans" w:cs="Noto Sans Devanagari" w:eastAsia="Noto Sans Devanagari"/>
          <w:b w:val="0"/>
          <w:i w:val="0"/>
          <w:sz w:val="20"/>
        </w:rPr>
        <w:t>आधिकारिक व्यक्तिको दस्तखत ः</w:t>
      </w:r>
    </w:p>
    <w:p>
      <w:pPr>
        <w:spacing w:after="62" w:line="259" w:lineRule="auto"/>
      </w:pPr>
      <w:r>
        <w:rPr>
          <w:rFonts w:ascii="Noto Sans" w:hAnsi="Noto Sans" w:cs="Noto Sans Devanagari" w:eastAsia="Noto Sans Devanagari"/>
          <w:b w:val="0"/>
          <w:i w:val="0"/>
          <w:sz w:val="20"/>
        </w:rPr>
        <w:t>पूरा नामः</w:t>
      </w:r>
    </w:p>
    <w:p>
      <w:pPr>
        <w:spacing w:after="62" w:line="259" w:lineRule="auto"/>
      </w:pPr>
      <w:r>
        <w:rPr>
          <w:rFonts w:ascii="Noto Sans" w:hAnsi="Noto Sans" w:cs="Noto Sans Devanagari" w:eastAsia="Noto Sans Devanagari"/>
          <w:b w:val="0"/>
          <w:i w:val="0"/>
          <w:sz w:val="20"/>
        </w:rPr>
        <w:t>छाप ः</w:t>
      </w:r>
    </w:p>
    <w:p>
      <w:pPr>
        <w:spacing w:after="62" w:line="259" w:lineRule="auto"/>
      </w:pPr>
      <w:r>
        <w:rPr>
          <w:rFonts w:ascii="Noto Sans" w:hAnsi="Noto Sans" w:cs="Noto Sans Devanagari" w:eastAsia="Noto Sans Devanagari"/>
          <w:b w:val="0"/>
          <w:i w:val="0"/>
          <w:sz w:val="20"/>
        </w:rPr>
        <w:t>ठेगाना ः</w:t>
      </w:r>
    </w:p>
    <w:p>
      <w:pPr>
        <w:spacing w:after="62" w:line="259" w:lineRule="auto"/>
      </w:pPr>
      <w:r>
        <w:rPr>
          <w:rFonts w:ascii="Noto Sans" w:hAnsi="Noto Sans" w:cs="Noto Sans Devanagari" w:eastAsia="Noto Sans Devanagari"/>
          <w:b w:val="0"/>
          <w:i w:val="0"/>
          <w:sz w:val="20"/>
        </w:rPr>
        <w:t>फोन नं.</w:t>
      </w:r>
    </w:p>
    <w:p>
      <w:pPr>
        <w:keepNext/>
        <w:spacing w:before="200" w:after="80"/>
        <w:pBdr>
          <w:bottom w:val="single" w:sz="12" w:space="2" w:color="2F5597"/>
        </w:pBdr>
      </w:pPr>
      <w:r>
        <w:rPr>
          <w:rFonts w:ascii="Noto Sans" w:hAnsi="Noto Sans" w:cs="Noto Sans Devanagari" w:eastAsia="Noto Sans Devanagari"/>
          <w:b/>
          <w:i w:val="0"/>
          <w:color w:val="2F5597"/>
          <w:sz w:val="24"/>
        </w:rPr>
        <w:t>Schedule 9.2</w:t>
      </w:r>
    </w:p>
    <w:tbl>
      <w:tblPr>
        <w:tblW w:type="auto" w:w="0"/>
        <w:jc w:val="lef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70" w:line="259" w:lineRule="auto"/>
      </w:pPr>
      <w:r>
        <w:rPr>
          <w:rFonts w:ascii="Noto Sans" w:hAnsi="Noto Sans" w:cs="Noto Sans Devanagari" w:eastAsia="Noto Sans Devanagari"/>
          <w:b w:val="0"/>
          <w:i w:val="0"/>
          <w:color w:val="222222"/>
          <w:sz w:val="18"/>
        </w:rPr>
        <w:t>Schedule 9.2</w:t>
      </w:r>
    </w:p>
    <w:p>
      <w:pPr>
        <w:spacing w:after="70" w:line="259" w:lineRule="auto"/>
      </w:pPr>
      <w:r>
        <w:rPr>
          <w:rFonts w:ascii="Noto Sans" w:hAnsi="Noto Sans" w:cs="Noto Sans Devanagari" w:eastAsia="Noto Sans Devanagari"/>
          <w:b w:val="0"/>
          <w:i w:val="0"/>
          <w:color w:val="222222"/>
          <w:sz w:val="18"/>
        </w:rPr>
        <w:t>(For the purpose of Clause 2(h) of F.E. Circular No. 9)</w:t>
      </w:r>
    </w:p>
    <w:p>
      <w:pPr>
        <w:spacing w:after="70" w:line="259" w:lineRule="auto"/>
      </w:pPr>
      <w:r>
        <w:rPr>
          <w:rFonts w:ascii="Noto Sans" w:hAnsi="Noto Sans" w:cs="Noto Sans Devanagari" w:eastAsia="Noto Sans Devanagari"/>
          <w:b w:val="0"/>
          <w:i w:val="0"/>
          <w:color w:val="222222"/>
          <w:sz w:val="18"/>
        </w:rPr>
        <w:t>(This form shall be prepared in two copies. One copy shall be retained by the office and one copy shall be given to the concerned person for record.)</w:t>
      </w:r>
    </w:p>
    <w:p>
      <w:pPr>
        <w:spacing w:after="70" w:line="259" w:lineRule="auto"/>
      </w:pPr>
      <w:r>
        <w:rPr>
          <w:rFonts w:ascii="Noto Sans" w:hAnsi="Noto Sans" w:cs="Noto Sans Devanagari" w:eastAsia="Noto Sans Devanagari"/>
          <w:b w:val="0"/>
          <w:i w:val="0"/>
          <w:color w:val="222222"/>
          <w:sz w:val="18"/>
        </w:rPr>
        <w:t>To: ............... (Institution licensed to conduct foreign currency exchange transactions)</w:t>
      </w:r>
    </w:p>
    <w:p>
      <w:pPr>
        <w:spacing w:after="70" w:line="259" w:lineRule="auto"/>
      </w:pPr>
      <w:r>
        <w:rPr>
          <w:rFonts w:ascii="Noto Sans" w:hAnsi="Noto Sans" w:cs="Noto Sans Devanagari" w:eastAsia="Noto Sans Devanagari"/>
          <w:b w:val="0"/>
          <w:i w:val="0"/>
          <w:color w:val="222222"/>
          <w:sz w:val="18"/>
        </w:rPr>
        <w:t>Address: .........................</w:t>
      </w:r>
    </w:p>
    <w:p>
      <w:pPr>
        <w:spacing w:after="70" w:line="259" w:lineRule="auto"/>
      </w:pPr>
      <w:r>
        <w:rPr>
          <w:rFonts w:ascii="Noto Sans" w:hAnsi="Noto Sans" w:cs="Noto Sans Devanagari" w:eastAsia="Noto Sans Devanagari"/>
          <w:b w:val="0"/>
          <w:i w:val="0"/>
          <w:color w:val="222222"/>
          <w:sz w:val="18"/>
        </w:rPr>
        <w:t>Subject: Self-Declaration</w:t>
      </w:r>
    </w:p>
    <w:p>
      <w:pPr>
        <w:spacing w:after="70" w:line="259" w:lineRule="auto"/>
      </w:pPr>
      <w:r>
        <w:rPr>
          <w:rFonts w:ascii="Noto Sans" w:hAnsi="Noto Sans" w:cs="Noto Sans Devanagari" w:eastAsia="Noto Sans Devanagari"/>
          <w:b w:val="0"/>
          <w:i w:val="0"/>
          <w:color w:val="222222"/>
          <w:sz w:val="18"/>
        </w:rPr>
        <w:t>Sir/Madam,</w:t>
      </w:r>
    </w:p>
    <w:p>
      <w:pPr>
        <w:spacing w:after="70" w:line="259" w:lineRule="auto"/>
      </w:pPr>
      <w:r>
        <w:rPr>
          <w:rFonts w:ascii="Noto Sans" w:hAnsi="Noto Sans" w:cs="Noto Sans Devanagari" w:eastAsia="Noto Sans Devanagari"/>
          <w:b w:val="0"/>
          <w:i w:val="0"/>
          <w:color w:val="222222"/>
          <w:sz w:val="18"/>
        </w:rPr>
        <w:t>I hereby self-declare that the foreign currency received by me from a foreign tourist/employer/friend/relative as gift, donation or tips has been received lawfully. These foreign currencies have not been obtained from any illegal source. Further, if the foreign currency is found to be counterfeit, I shall refund the amount received on exchange.</w:t>
      </w:r>
    </w:p>
    <w:p>
      <w:pPr>
        <w:spacing w:after="70" w:line="259" w:lineRule="auto"/>
      </w:pPr>
      <w:r>
        <w:rPr>
          <w:rFonts w:ascii="Noto Sans" w:hAnsi="Noto Sans" w:cs="Noto Sans Devanagari" w:eastAsia="Noto Sans Devanagari"/>
          <w:b w:val="0"/>
          <w:i w:val="0"/>
          <w:color w:val="222222"/>
          <w:sz w:val="18"/>
        </w:rPr>
        <w:t>S.N. | Type of Foreign Currency | Note Number | Rate | Source Received From</w:t>
      </w:r>
    </w:p>
    <w:p>
      <w:pPr>
        <w:spacing w:after="70" w:line="259" w:lineRule="auto"/>
      </w:pPr>
      <w:r>
        <w:rPr>
          <w:rFonts w:ascii="Noto Sans" w:hAnsi="Noto Sans" w:cs="Noto Sans Devanagari" w:eastAsia="Noto Sans Devanagari"/>
          <w:b w:val="0"/>
          <w:i w:val="0"/>
          <w:color w:val="222222"/>
          <w:sz w:val="18"/>
        </w:rPr>
        <w:t>Institution Providing Exchange / Name of Institution Licensed to Conduct Foreign Currency Exchange Transactions:</w:t>
      </w:r>
    </w:p>
    <w:p>
      <w:pPr>
        <w:spacing w:after="70" w:line="259" w:lineRule="auto"/>
      </w:pPr>
      <w:r>
        <w:rPr>
          <w:rFonts w:ascii="Noto Sans" w:hAnsi="Noto Sans" w:cs="Noto Sans Devanagari" w:eastAsia="Noto Sans Devanagari"/>
          <w:b w:val="0"/>
          <w:i w:val="0"/>
          <w:color w:val="222222"/>
          <w:sz w:val="18"/>
        </w:rPr>
        <w:t>Signature of Authorised Person:</w:t>
      </w:r>
    </w:p>
    <w:p>
      <w:pPr>
        <w:spacing w:after="70" w:line="259" w:lineRule="auto"/>
      </w:pPr>
      <w:r>
        <w:rPr>
          <w:rFonts w:ascii="Noto Sans" w:hAnsi="Noto Sans" w:cs="Noto Sans Devanagari" w:eastAsia="Noto Sans Devanagari"/>
          <w:b w:val="0"/>
          <w:i w:val="0"/>
          <w:color w:val="222222"/>
          <w:sz w:val="18"/>
        </w:rPr>
        <w:t>Seal:</w:t>
      </w:r>
    </w:p>
    <w:p>
      <w:pPr>
        <w:spacing w:after="70" w:line="259" w:lineRule="auto"/>
      </w:pPr>
      <w:r>
        <w:rPr>
          <w:rFonts w:ascii="Noto Sans" w:hAnsi="Noto Sans" w:cs="Noto Sans Devanagari" w:eastAsia="Noto Sans Devanagari"/>
          <w:b w:val="0"/>
          <w:i w:val="0"/>
          <w:color w:val="222222"/>
          <w:sz w:val="18"/>
        </w:rPr>
        <w:t>Applicant:</w:t>
      </w:r>
    </w:p>
    <w:p>
      <w:pPr>
        <w:spacing w:after="70" w:line="259" w:lineRule="auto"/>
      </w:pPr>
      <w:r>
        <w:rPr>
          <w:rFonts w:ascii="Noto Sans" w:hAnsi="Noto Sans" w:cs="Noto Sans Devanagari" w:eastAsia="Noto Sans Devanagari"/>
          <w:b w:val="0"/>
          <w:i w:val="0"/>
          <w:color w:val="222222"/>
          <w:sz w:val="18"/>
        </w:rPr>
        <w:t>Signature:</w:t>
      </w:r>
    </w:p>
    <w:p>
      <w:pPr>
        <w:spacing w:after="70" w:line="259" w:lineRule="auto"/>
      </w:pPr>
      <w:r>
        <w:rPr>
          <w:rFonts w:ascii="Noto Sans" w:hAnsi="Noto Sans" w:cs="Noto Sans Devanagari" w:eastAsia="Noto Sans Devanagari"/>
          <w:b w:val="0"/>
          <w:i w:val="0"/>
          <w:color w:val="222222"/>
          <w:sz w:val="18"/>
        </w:rPr>
        <w:t>Full Name:</w:t>
      </w:r>
    </w:p>
    <w:p>
      <w:pPr>
        <w:spacing w:after="70" w:line="259" w:lineRule="auto"/>
      </w:pPr>
      <w:r>
        <w:rPr>
          <w:rFonts w:ascii="Noto Sans" w:hAnsi="Noto Sans" w:cs="Noto Sans Devanagari" w:eastAsia="Noto Sans Devanagari"/>
          <w:b w:val="0"/>
          <w:i w:val="0"/>
          <w:color w:val="222222"/>
          <w:sz w:val="18"/>
        </w:rPr>
        <w:t>Address:</w:t>
      </w:r>
    </w:p>
    <w:p>
      <w:pPr>
        <w:spacing w:after="70" w:line="259" w:lineRule="auto"/>
      </w:pPr>
      <w:r>
        <w:rPr>
          <w:rFonts w:ascii="Noto Sans" w:hAnsi="Noto Sans" w:cs="Noto Sans Devanagari" w:eastAsia="Noto Sans Devanagari"/>
          <w:b w:val="0"/>
          <w:i w:val="0"/>
          <w:color w:val="222222"/>
          <w:sz w:val="18"/>
        </w:rPr>
        <w:t>Phone No.:</w:t>
      </w:r>
    </w:p>
    <w:sectPr w:rsidR="00FC693F" w:rsidRPr="0006063C" w:rsidSect="00034616">
      <w:headerReference w:type="default" r:id="rId9"/>
      <w:footerReference w:type="default" r:id="rId10"/>
      <w:pgSz w:w="12240" w:h="15840"/>
      <w:pgMar w:top="792" w:right="1008" w:bottom="893" w:left="1008"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Devanagari" w:eastAsia="Noto Sans Devanagari"/>
        <w:b w:val="0"/>
        <w:i w:val="0"/>
        <w:color w:val="777777"/>
        <w:sz w:val="16"/>
      </w:rPr>
      <w:t xml:space="preserve">Batch 02B  |  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D9D9D9"/>
      </w:pBdr>
    </w:pPr>
    <w:r>
      <w:rPr>
        <w:rFonts w:ascii="Noto Sans" w:hAnsi="Noto Sans" w:cs="Noto Sans Devanagari" w:eastAsia="Noto Sans Devanagari"/>
        <w:b w:val="0"/>
        <w:i w:val="0"/>
        <w:color w:val="777777"/>
        <w:sz w:val="16"/>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