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59" w:lineRule="auto"/>
        <w:jc w:val="center"/>
      </w:pPr>
      <w:r>
        <w:rPr>
          <w:rFonts w:ascii="Noto Sans" w:hAnsi="Noto Sans" w:cs="Noto Sans Devanagari" w:eastAsia="Noto Sans Devanagari"/>
          <w:b/>
          <w:i w:val="0"/>
          <w:color w:val="17365D"/>
          <w:sz w:val="31"/>
        </w:rPr>
        <w:t>नेपाल राष्ट्र बैंक</w:t>
      </w:r>
    </w:p>
    <w:p>
      <w:pPr>
        <w:spacing w:after="240" w:line="259" w:lineRule="auto"/>
        <w:jc w:val="center"/>
      </w:pPr>
      <w:r>
        <w:rPr>
          <w:rFonts w:ascii="Noto Sans" w:hAnsi="Noto Sans" w:cs="Noto Sans Devanagari" w:eastAsia="Noto Sans Devanagari"/>
          <w:b/>
          <w:i w:val="0"/>
          <w:color w:val="666666"/>
          <w:sz w:val="31"/>
        </w:rPr>
        <w:t>Nepal Rastra Bank</w:t>
      </w:r>
    </w:p>
    <w:p>
      <w:pPr>
        <w:spacing w:after="40" w:line="259" w:lineRule="auto"/>
        <w:jc w:val="center"/>
      </w:pPr>
      <w:r>
        <w:rPr>
          <w:rFonts w:ascii="Noto Sans" w:hAnsi="Noto Sans" w:cs="Noto Sans Devanagari" w:eastAsia="Noto Sans Devanagari"/>
          <w:b/>
          <w:i w:val="0"/>
          <w:color w:val="17365D"/>
          <w:sz w:val="26"/>
        </w:rPr>
        <w:t>विदेशी विनिमय कारोबार गर्ने सम्बन्धमा जारी एकीकृत परिपत्र–२०८२</w:t>
      </w:r>
    </w:p>
    <w:p>
      <w:pPr>
        <w:spacing w:after="240" w:line="259" w:lineRule="auto"/>
        <w:jc w:val="center"/>
      </w:pPr>
      <w:r>
        <w:rPr>
          <w:rFonts w:ascii="Noto Sans" w:hAnsi="Noto Sans" w:cs="Noto Sans Devanagari" w:eastAsia="Noto Sans Devanagari"/>
          <w:b/>
          <w:i w:val="0"/>
          <w:color w:val="2F5597"/>
          <w:sz w:val="26"/>
        </w:rPr>
        <w:t>Unified Circular 2082 Relating to Foreign Exchange Transactions</w:t>
      </w:r>
    </w:p>
    <w:tbl>
      <w:tblPr>
        <w:tblW w:type="auto" w:w="0"/>
        <w:jc w:val="center"/>
        <w:tblLook w:firstColumn="1" w:firstRow="1" w:lastColumn="0" w:lastRow="0" w:noHBand="0" w:noVBand="1" w:val="04A0"/>
      </w:tblPr>
      <w:tblGrid>
        <w:gridCol w:w="10224"/>
      </w:tblGrid>
      <w:tr>
        <w:tc>
          <w:tcPr>
            <w:tcW w:type="dxa" w:w="10224"/>
            <w:shd w:fill="EAF2F8"/>
          </w:tcPr>
          <w:p>
            <w:pPr>
              <w:jc w:val="center"/>
            </w:pPr>
            <w:r>
              <w:rPr>
                <w:rFonts w:ascii="Noto Sans" w:hAnsi="Noto Sans" w:cs="Noto Sans Devanagari" w:eastAsia="Noto Sans Devanagari"/>
                <w:b/>
                <w:i w:val="0"/>
                <w:color w:val="2F5597"/>
                <w:sz w:val="22"/>
              </w:rPr>
              <w:t>द्विभाषिक नियन्त्रित अनुवाद — ब्याच ०१F</w:t>
              <w:br/>
              <w:t>Bilingual Controlled Translation — Batch 01F</w:t>
            </w:r>
          </w:p>
        </w:tc>
      </w:tr>
    </w:tbl>
    <w:p>
      <w:pPr>
        <w:spacing w:after="40" w:line="259" w:lineRule="auto"/>
        <w:jc w:val="center"/>
      </w:pPr>
      <w:r>
        <w:rPr>
          <w:rFonts w:ascii="Noto Sans" w:hAnsi="Noto Sans" w:cs="Noto Sans Devanagari" w:eastAsia="Noto Sans Devanagari"/>
          <w:b/>
          <w:i w:val="0"/>
          <w:sz w:val="23"/>
        </w:rPr>
        <w:t>एकीकृत इ.प्रा. परिपत्र नं. १/२०८२ — वस्तु आयात सम्बन्धी व्यवस्था</w:t>
      </w:r>
    </w:p>
    <w:p>
      <w:pPr>
        <w:spacing w:after="40" w:line="259" w:lineRule="auto"/>
        <w:jc w:val="center"/>
      </w:pPr>
      <w:r>
        <w:rPr>
          <w:rFonts w:ascii="Noto Sans" w:hAnsi="Noto Sans" w:cs="Noto Sans Devanagari" w:eastAsia="Noto Sans Devanagari"/>
          <w:b/>
          <w:i w:val="0"/>
          <w:sz w:val="23"/>
        </w:rPr>
        <w:t>Unified F.E. Circular No. 1/2082 — Provisions Relating to Import of Goods</w:t>
      </w:r>
    </w:p>
    <w:p>
      <w:pPr>
        <w:spacing w:after="280" w:line="259" w:lineRule="auto"/>
        <w:jc w:val="center"/>
      </w:pPr>
      <w:r>
        <w:rPr>
          <w:rFonts w:ascii="Noto Sans" w:hAnsi="Noto Sans" w:cs="Noto Sans Devanagari" w:eastAsia="Noto Sans Devanagari"/>
          <w:b w:val="0"/>
          <w:i w:val="0"/>
          <w:color w:val="666666"/>
          <w:sz w:val="20"/>
        </w:rPr>
        <w:t>अनुसूची १.१ देखि १.१० सम्म / Schedules 1.1 through 1.10</w:t>
      </w:r>
    </w:p>
    <w:p>
      <w:pPr>
        <w:spacing w:after="40" w:line="259" w:lineRule="auto"/>
        <w:jc w:val="center"/>
      </w:pPr>
      <w:r>
        <w:rPr>
          <w:rFonts w:ascii="Noto Sans" w:hAnsi="Noto Sans" w:cs="Noto Sans Devanagari" w:eastAsia="Noto Sans Devanagari"/>
          <w:b w:val="0"/>
          <w:i w:val="0"/>
          <w:color w:val="666666"/>
          <w:sz w:val="18"/>
        </w:rPr>
        <w:t>प्रस्तुतीकरण ढाँचा: प्रत्येक अनुसूची/फारामको सम्पूर्ण आधिकारिक नेपाली मूल पाठ पहिले, त्यसपछि सोही अनुसूची/फारामको सम्पूर्ण Controlled English Translation राखिएको छ।</w:t>
      </w:r>
    </w:p>
    <w:p>
      <w:pPr>
        <w:spacing w:after="40" w:line="259" w:lineRule="auto"/>
        <w:jc w:val="center"/>
      </w:pPr>
      <w:r>
        <w:rPr>
          <w:rFonts w:ascii="Noto Sans" w:hAnsi="Noto Sans" w:cs="Noto Sans Devanagari" w:eastAsia="Noto Sans Devanagari"/>
          <w:b w:val="0"/>
          <w:i/>
          <w:color w:val="666666"/>
          <w:sz w:val="17"/>
        </w:rPr>
        <w:t>Presentation format: the complete official Nepali text of each Schedule/Form appears first, followed by the complete controlled English translation of that same Schedule/Form.</w:t>
      </w:r>
    </w:p>
    <w:p>
      <w:r>
        <w:br w:type="page"/>
      </w:r>
    </w:p>
    <w:p>
      <w:pPr>
        <w:keepNext/>
        <w:spacing w:before="200" w:after="80"/>
        <w:pBdr>
          <w:bottom w:val="single" w:sz="12" w:space="2" w:color="17365D"/>
        </w:pBdr>
      </w:pPr>
      <w:r>
        <w:rPr>
          <w:rFonts w:ascii="Noto Sans" w:hAnsi="Noto Sans" w:cs="Noto Sans Devanagari" w:eastAsia="Noto Sans Devanagari"/>
          <w:b/>
          <w:i w:val="0"/>
          <w:color w:val="17365D"/>
          <w:sz w:val="26"/>
        </w:rPr>
        <w:t>अनुसूची 1.1</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१.१.१ को (ख) को प्रयोजनका लागि)</w:t>
      </w:r>
    </w:p>
    <w:p>
      <w:pPr>
        <w:spacing w:after="100" w:line="259" w:lineRule="auto"/>
        <w:jc w:val="center"/>
      </w:pPr>
      <w:r>
        <w:rPr>
          <w:rFonts w:ascii="Noto Sans" w:hAnsi="Noto Sans" w:cs="Noto Sans Devanagari" w:eastAsia="Noto Sans Devanagari"/>
          <w:b/>
          <w:i w:val="0"/>
          <w:sz w:val="19"/>
        </w:rPr>
        <w:t>वि.वि.नि.फा.नं. ३</w:t>
      </w:r>
    </w:p>
    <w:p>
      <w:pPr>
        <w:spacing w:after="60" w:line="259" w:lineRule="auto"/>
        <w:jc w:val="center"/>
      </w:pPr>
      <w:r>
        <w:rPr>
          <w:rFonts w:ascii="Noto Sans" w:hAnsi="Noto Sans" w:cs="Noto Sans Devanagari" w:eastAsia="Noto Sans Devanagari"/>
          <w:b w:val="0"/>
          <w:i w:val="0"/>
          <w:sz w:val="20"/>
        </w:rPr>
        <w:t>सि.नं. ____________________    मिति ः ____________________</w:t>
      </w:r>
    </w:p>
    <w:p>
      <w:pPr>
        <w:spacing w:after="60" w:line="259" w:lineRule="auto"/>
        <w:jc w:val="center"/>
      </w:pPr>
      <w:r>
        <w:rPr>
          <w:rFonts w:ascii="Noto Sans" w:hAnsi="Noto Sans" w:cs="Noto Sans Devanagari" w:eastAsia="Noto Sans Devanagari"/>
          <w:b w:val="0"/>
          <w:i w:val="0"/>
          <w:sz w:val="20"/>
        </w:rPr>
        <w:t>________________________ बैंक</w:t>
      </w:r>
    </w:p>
    <w:p>
      <w:pPr>
        <w:spacing w:after="60" w:line="259" w:lineRule="auto"/>
        <w:jc w:val="center"/>
      </w:pPr>
      <w:r>
        <w:rPr>
          <w:rFonts w:ascii="Noto Sans" w:hAnsi="Noto Sans" w:cs="Noto Sans Devanagari" w:eastAsia="Noto Sans Devanagari"/>
          <w:b w:val="0"/>
          <w:i w:val="0"/>
          <w:sz w:val="20"/>
        </w:rPr>
        <w:t>________________________ शाखा ।</w:t>
      </w:r>
    </w:p>
    <w:p>
      <w:pPr>
        <w:spacing w:after="60" w:line="259" w:lineRule="auto"/>
        <w:jc w:val="center"/>
      </w:pPr>
      <w:r>
        <w:rPr>
          <w:rFonts w:ascii="Noto Sans" w:hAnsi="Noto Sans" w:cs="Noto Sans Devanagari" w:eastAsia="Noto Sans Devanagari"/>
          <w:b/>
          <w:i w:val="0"/>
          <w:sz w:val="20"/>
        </w:rPr>
        <w:t>विषयः प्रतीतपत्र खोलेको विवरण ।</w:t>
      </w:r>
    </w:p>
    <w:p>
      <w:pPr>
        <w:spacing w:after="64" w:line="259" w:lineRule="auto"/>
      </w:pPr>
      <w:r>
        <w:rPr>
          <w:rFonts w:ascii="Noto Sans" w:hAnsi="Noto Sans" w:cs="Noto Sans Devanagari" w:eastAsia="Noto Sans Devanagari"/>
          <w:b w:val="0"/>
          <w:i w:val="0"/>
          <w:sz w:val="20"/>
        </w:rPr>
        <w:t>श्री व्यवस्थापकज्यू</w:t>
      </w:r>
    </w:p>
    <w:p>
      <w:pPr>
        <w:spacing w:after="64" w:line="259" w:lineRule="auto"/>
      </w:pPr>
      <w:r>
        <w:rPr>
          <w:rFonts w:ascii="Noto Sans" w:hAnsi="Noto Sans" w:cs="Noto Sans Devanagari" w:eastAsia="Noto Sans Devanagari"/>
          <w:b w:val="0"/>
          <w:i w:val="0"/>
          <w:sz w:val="20"/>
        </w:rPr>
        <w:t>कृपया निम्न विवरण बमोजिमको आयात प्रतीतपत्र ______________________ बिक्रेता/उत्पादनकर्ता फर्मको नाममा (क) खोली दिनुहुन (ख) संशोधन (ग) रद्द गरिदिनु हुन अनुरोध गर्दछु ।</w:t>
      </w:r>
    </w:p>
    <w:p>
      <w:pPr>
        <w:spacing w:after="64" w:line="259" w:lineRule="auto"/>
        <w:ind w:left="144"/>
      </w:pPr>
      <w:r>
        <w:rPr>
          <w:rFonts w:ascii="Noto Sans" w:hAnsi="Noto Sans" w:cs="Noto Sans Devanagari" w:eastAsia="Noto Sans Devanagari"/>
          <w:b w:val="0"/>
          <w:i w:val="0"/>
          <w:sz w:val="20"/>
        </w:rPr>
        <w:t>१. खोलिने प्रतीतपत्र सम्बन्धी विवरण ः</w:t>
      </w:r>
    </w:p>
    <w:p>
      <w:pPr>
        <w:spacing w:after="64" w:line="259" w:lineRule="auto"/>
        <w:ind w:left="144"/>
      </w:pPr>
      <w:r>
        <w:rPr>
          <w:rFonts w:ascii="Noto Sans" w:hAnsi="Noto Sans" w:cs="Noto Sans Devanagari" w:eastAsia="Noto Sans Devanagari"/>
          <w:b w:val="0"/>
          <w:i w:val="0"/>
          <w:sz w:val="20"/>
        </w:rPr>
        <w:t>(क) प्रतीतपत्र खोलिने कुल विदेशी मुद्रा रकम ः</w:t>
      </w:r>
    </w:p>
    <w:p>
      <w:pPr>
        <w:spacing w:after="64" w:line="259" w:lineRule="auto"/>
        <w:ind w:left="144"/>
      </w:pPr>
      <w:r>
        <w:rPr>
          <w:rFonts w:ascii="Noto Sans" w:hAnsi="Noto Sans" w:cs="Noto Sans Devanagari" w:eastAsia="Noto Sans Devanagari"/>
          <w:b w:val="0"/>
          <w:i w:val="0"/>
          <w:sz w:val="20"/>
        </w:rPr>
        <w:t>(ख) सामान चलान हुने देश ः</w:t>
      </w:r>
    </w:p>
    <w:p>
      <w:pPr>
        <w:spacing w:after="64" w:line="259" w:lineRule="auto"/>
        <w:ind w:left="144"/>
      </w:pPr>
      <w:r>
        <w:rPr>
          <w:rFonts w:ascii="Noto Sans" w:hAnsi="Noto Sans" w:cs="Noto Sans Devanagari" w:eastAsia="Noto Sans Devanagari"/>
          <w:b w:val="0"/>
          <w:i w:val="0"/>
          <w:sz w:val="20"/>
        </w:rPr>
        <w:t>(ग) सामान आयात हुने भन्सार प्रवेश विन्दु ः</w:t>
      </w:r>
    </w:p>
    <w:p>
      <w:pPr>
        <w:spacing w:after="64" w:line="259" w:lineRule="auto"/>
        <w:ind w:left="144"/>
      </w:pPr>
      <w:r>
        <w:rPr>
          <w:rFonts w:ascii="Noto Sans" w:hAnsi="Noto Sans" w:cs="Noto Sans Devanagari" w:eastAsia="Noto Sans Devanagari"/>
          <w:b w:val="0"/>
          <w:i w:val="0"/>
          <w:sz w:val="20"/>
        </w:rPr>
        <w:t>२. सामानको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556"/>
        <w:gridCol w:w="2556"/>
        <w:gridCol w:w="2556"/>
        <w:gridCol w:w="2556"/>
      </w:tblGrid>
      <w:tr>
        <w:trPr>
          <w:cantSplit/>
        </w:trPr>
        <w:tc>
          <w:tcPr>
            <w:tcW w:type="dxa" w:w="2556"/>
            <w:vAlign w:val="center"/>
            <w:shd w:fill="DCE6F1"/>
          </w:tcPr>
          <w:p>
            <w:pPr>
              <w:spacing w:after="0"/>
              <w:jc w:val="center"/>
            </w:pPr>
            <w:r>
              <w:rPr>
                <w:rFonts w:ascii="Noto Sans" w:hAnsi="Noto Sans" w:cs="Noto Sans Devanagari" w:eastAsia="Noto Sans Devanagari"/>
                <w:b/>
                <w:i w:val="0"/>
                <w:sz w:val="16"/>
              </w:rPr>
              <w:t>आयात गरिने सामानको नाम</w:t>
            </w:r>
          </w:p>
        </w:tc>
        <w:tc>
          <w:tcPr>
            <w:tcW w:type="dxa" w:w="2556"/>
            <w:vAlign w:val="center"/>
            <w:shd w:fill="DCE6F1"/>
          </w:tcPr>
          <w:p>
            <w:pPr>
              <w:spacing w:after="0"/>
              <w:jc w:val="center"/>
            </w:pPr>
            <w:r>
              <w:rPr>
                <w:rFonts w:ascii="Noto Sans" w:hAnsi="Noto Sans" w:cs="Noto Sans Devanagari" w:eastAsia="Noto Sans Devanagari"/>
                <w:b/>
                <w:i w:val="0"/>
                <w:sz w:val="16"/>
              </w:rPr>
              <w:t>हार्मोनिक कोड नं.</w:t>
            </w:r>
          </w:p>
        </w:tc>
        <w:tc>
          <w:tcPr>
            <w:tcW w:type="dxa" w:w="2556"/>
            <w:vAlign w:val="center"/>
            <w:shd w:fill="DCE6F1"/>
          </w:tcPr>
          <w:p>
            <w:pPr>
              <w:spacing w:after="0"/>
              <w:jc w:val="center"/>
            </w:pPr>
            <w:r>
              <w:rPr>
                <w:rFonts w:ascii="Noto Sans" w:hAnsi="Noto Sans" w:cs="Noto Sans Devanagari" w:eastAsia="Noto Sans Devanagari"/>
                <w:b/>
                <w:i w:val="0"/>
                <w:sz w:val="16"/>
              </w:rPr>
              <w:t>परिमाण</w:t>
            </w:r>
          </w:p>
        </w:tc>
        <w:tc>
          <w:tcPr>
            <w:tcW w:type="dxa" w:w="2556"/>
            <w:vAlign w:val="center"/>
            <w:shd w:fill="DCE6F1"/>
          </w:tcPr>
          <w:p>
            <w:pPr>
              <w:spacing w:after="0"/>
              <w:jc w:val="center"/>
            </w:pPr>
            <w:r>
              <w:rPr>
                <w:rFonts w:ascii="Noto Sans" w:hAnsi="Noto Sans" w:cs="Noto Sans Devanagari" w:eastAsia="Noto Sans Devanagari"/>
                <w:b/>
                <w:i w:val="0"/>
                <w:sz w:val="16"/>
              </w:rPr>
              <w:t>मूल्य (वि.मु. रकम)</w:t>
            </w:r>
          </w:p>
        </w:tc>
      </w:tr>
      <w:tr>
        <w:trPr>
          <w:cantSplit/>
        </w:trPr>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r>
      <w:tr>
        <w:trPr>
          <w:cantSplit/>
        </w:trPr>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r>
    </w:tbl>
    <w:p>
      <w:pPr>
        <w:spacing w:after="60" w:line="259" w:lineRule="auto"/>
        <w:jc w:val="center"/>
      </w:pPr>
      <w:r>
        <w:rPr>
          <w:rFonts w:ascii="Noto Sans" w:hAnsi="Noto Sans" w:cs="Noto Sans Devanagari" w:eastAsia="Noto Sans Devanagari"/>
          <w:b w:val="0"/>
          <w:i w:val="0"/>
          <w:sz w:val="20"/>
        </w:rPr>
        <w:t>निवेदकको दस्तखत</w:t>
      </w:r>
    </w:p>
    <w:p>
      <w:pPr>
        <w:spacing w:after="64" w:line="259" w:lineRule="auto"/>
      </w:pPr>
      <w:r>
        <w:rPr>
          <w:rFonts w:ascii="Noto Sans" w:hAnsi="Noto Sans" w:cs="Noto Sans Devanagari" w:eastAsia="Noto Sans Devanagari"/>
          <w:b w:val="0"/>
          <w:i w:val="0"/>
          <w:sz w:val="20"/>
        </w:rPr>
        <w:t>संशोधन तथा रद्दको हकमा ः</w:t>
      </w:r>
    </w:p>
    <w:p>
      <w:pPr>
        <w:spacing w:after="64" w:line="259" w:lineRule="auto"/>
        <w:ind w:left="144"/>
      </w:pPr>
      <w:r>
        <w:rPr>
          <w:rFonts w:ascii="Noto Sans" w:hAnsi="Noto Sans" w:cs="Noto Sans Devanagari" w:eastAsia="Noto Sans Devanagari"/>
          <w:b w:val="0"/>
          <w:i w:val="0"/>
          <w:sz w:val="20"/>
        </w:rPr>
        <w:t>१. प्रतीतपत्र नम्बर ____________________      फर्मको नाम ः ____________________</w:t>
      </w:r>
    </w:p>
    <w:p>
      <w:pPr>
        <w:spacing w:after="64" w:line="259" w:lineRule="auto"/>
        <w:ind w:left="144"/>
      </w:pPr>
      <w:r>
        <w:rPr>
          <w:rFonts w:ascii="Noto Sans" w:hAnsi="Noto Sans" w:cs="Noto Sans Devanagari" w:eastAsia="Noto Sans Devanagari"/>
          <w:b w:val="0"/>
          <w:i w:val="0"/>
          <w:sz w:val="20"/>
        </w:rPr>
        <w:t>२. संशोधन गर्नुपर्ने बुँदाहरू                         ठेगाना ः ____________________</w:t>
      </w:r>
    </w:p>
    <w:p>
      <w:pPr>
        <w:spacing w:after="64" w:line="259" w:lineRule="auto"/>
        <w:ind w:left="144"/>
      </w:pPr>
      <w:r>
        <w:rPr>
          <w:rFonts w:ascii="Noto Sans" w:hAnsi="Noto Sans" w:cs="Noto Sans Devanagari" w:eastAsia="Noto Sans Devanagari"/>
          <w:b w:val="0"/>
          <w:i w:val="0"/>
          <w:sz w:val="20"/>
        </w:rPr>
        <w:t>(क) ____________________________________      आयकर दर्ता नम्बर ____________________</w:t>
      </w:r>
    </w:p>
    <w:p>
      <w:pPr>
        <w:spacing w:after="64" w:line="259" w:lineRule="auto"/>
        <w:ind w:left="144"/>
      </w:pPr>
      <w:r>
        <w:rPr>
          <w:rFonts w:ascii="Noto Sans" w:hAnsi="Noto Sans" w:cs="Noto Sans Devanagari" w:eastAsia="Noto Sans Devanagari"/>
          <w:b w:val="0"/>
          <w:i w:val="0"/>
          <w:sz w:val="20"/>
        </w:rPr>
        <w:t>(ख) ____________________________________</w:t>
      </w:r>
    </w:p>
    <w:p>
      <w:pPr>
        <w:spacing w:after="64" w:line="259" w:lineRule="auto"/>
      </w:pPr>
      <w:r>
        <w:rPr>
          <w:rFonts w:ascii="Noto Sans" w:hAnsi="Noto Sans" w:cs="Noto Sans Devanagari" w:eastAsia="Noto Sans Devanagari"/>
          <w:b w:val="0"/>
          <w:i w:val="0"/>
          <w:sz w:val="20"/>
        </w:rPr>
        <w:t>सम्बन्धित बैंकले भर्नुपर्ने विवरण</w:t>
      </w:r>
    </w:p>
    <w:p>
      <w:pPr>
        <w:spacing w:after="64" w:line="259" w:lineRule="auto"/>
        <w:ind w:left="144"/>
      </w:pPr>
      <w:r>
        <w:rPr>
          <w:rFonts w:ascii="Noto Sans" w:hAnsi="Noto Sans" w:cs="Noto Sans Devanagari" w:eastAsia="Noto Sans Devanagari"/>
          <w:b w:val="0"/>
          <w:i w:val="0"/>
          <w:sz w:val="20"/>
        </w:rPr>
        <w:t>१. आयात प्रतीतपत्र नम्बर ____________________     २. खोलेको मिति (इ.सं.मा) ____________________</w:t>
      </w:r>
    </w:p>
    <w:p>
      <w:pPr>
        <w:spacing w:after="64" w:line="259" w:lineRule="auto"/>
        <w:ind w:left="144"/>
      </w:pPr>
      <w:r>
        <w:rPr>
          <w:rFonts w:ascii="Noto Sans" w:hAnsi="Noto Sans" w:cs="Noto Sans Devanagari" w:eastAsia="Noto Sans Devanagari"/>
          <w:b w:val="0"/>
          <w:i w:val="0"/>
          <w:sz w:val="20"/>
        </w:rPr>
        <w:t>३. बहाली मिति ____________________                  ४. प्रतीतपत्र खोलेको रकम (वि.मु.मा) ____________________</w:t>
      </w:r>
    </w:p>
    <w:p>
      <w:pPr>
        <w:spacing w:after="64" w:line="259" w:lineRule="auto"/>
        <w:ind w:left="144"/>
      </w:pPr>
      <w:r>
        <w:rPr>
          <w:rFonts w:ascii="Noto Sans" w:hAnsi="Noto Sans" w:cs="Noto Sans Devanagari" w:eastAsia="Noto Sans Devanagari"/>
          <w:b w:val="0"/>
          <w:i w:val="0"/>
          <w:sz w:val="20"/>
        </w:rPr>
        <w:t>५. भुक्तानीको स्रोत ः (क) बैंकको मौज्दातबाट     (ख) आयातकर्ताको विदेशी मुद्रा खाताबाट</w:t>
      </w:r>
    </w:p>
    <w:p>
      <w:pPr>
        <w:spacing w:after="64" w:line="259" w:lineRule="auto"/>
        <w:ind w:left="144"/>
      </w:pPr>
      <w:r>
        <w:rPr>
          <w:rFonts w:ascii="Noto Sans" w:hAnsi="Noto Sans" w:cs="Noto Sans Devanagari" w:eastAsia="Noto Sans Devanagari"/>
          <w:b w:val="0"/>
          <w:i w:val="0"/>
          <w:sz w:val="20"/>
        </w:rPr>
        <w:t>६. विनिमय दर ः ____________________                 ७. एडभाइजिङ्ग बैंकको नाम ः ____________________</w:t>
      </w:r>
    </w:p>
    <w:p>
      <w:pPr>
        <w:spacing w:after="64" w:line="259" w:lineRule="auto"/>
        <w:ind w:left="144"/>
      </w:pPr>
      <w:r>
        <w:rPr>
          <w:rFonts w:ascii="Noto Sans" w:hAnsi="Noto Sans" w:cs="Noto Sans Devanagari" w:eastAsia="Noto Sans Devanagari"/>
          <w:b w:val="0"/>
          <w:i w:val="0"/>
          <w:sz w:val="20"/>
        </w:rPr>
        <w:t>८. प्रतीतपत्रको भुक्तानी व्यवस्था ः (क) साइट     (ख) यूसान्स (कति अवधिको) ____________________</w:t>
      </w:r>
    </w:p>
    <w:p>
      <w:pPr>
        <w:spacing w:after="64" w:line="259" w:lineRule="auto"/>
      </w:pPr>
      <w:r>
        <w:rPr>
          <w:rFonts w:ascii="Noto Sans" w:hAnsi="Noto Sans" w:cs="Noto Sans Devanagari" w:eastAsia="Noto Sans Devanagari"/>
          <w:b w:val="0"/>
          <w:i w:val="0"/>
          <w:sz w:val="20"/>
        </w:rPr>
        <w:t>उपर्युक्त विवरण बमोजिम नियमानुसार आयात प्रतीतपत्र (क) खोलेको (ख) संशोधन (ग) रद्द गरेको व्यहोरा प्रमाणित गर्दछु ।</w:t>
      </w:r>
    </w:p>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बैंकको छाप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1.1</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1.1.1(b) of F.E. Circular No. 1)</w:t>
      </w:r>
    </w:p>
    <w:p>
      <w:pPr>
        <w:spacing w:after="100" w:line="259" w:lineRule="auto"/>
        <w:jc w:val="center"/>
      </w:pPr>
      <w:r>
        <w:rPr>
          <w:rFonts w:ascii="Noto Sans" w:hAnsi="Noto Sans" w:cs="Noto Sans Devanagari" w:eastAsia="Noto Sans Devanagari"/>
          <w:b/>
          <w:i w:val="0"/>
          <w:sz w:val="18"/>
        </w:rPr>
        <w:t>F.E. Control Form No. 3</w:t>
      </w:r>
    </w:p>
    <w:p>
      <w:pPr>
        <w:spacing w:after="60" w:line="259" w:lineRule="auto"/>
        <w:jc w:val="center"/>
      </w:pPr>
      <w:r>
        <w:rPr>
          <w:rFonts w:ascii="Noto Sans" w:hAnsi="Noto Sans" w:cs="Noto Sans Devanagari" w:eastAsia="Noto Sans Devanagari"/>
          <w:b w:val="0"/>
          <w:i w:val="0"/>
          <w:sz w:val="19"/>
        </w:rPr>
        <w:t>Serial No. ____________________    Date: ____________________</w:t>
      </w:r>
    </w:p>
    <w:p>
      <w:pPr>
        <w:spacing w:after="60" w:line="259" w:lineRule="auto"/>
        <w:jc w:val="center"/>
      </w:pPr>
      <w:r>
        <w:rPr>
          <w:rFonts w:ascii="Noto Sans" w:hAnsi="Noto Sans" w:cs="Noto Sans Devanagari" w:eastAsia="Noto Sans Devanagari"/>
          <w:b w:val="0"/>
          <w:i w:val="0"/>
          <w:sz w:val="19"/>
        </w:rPr>
        <w:t>________________________ Bank</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i w:val="0"/>
          <w:sz w:val="19"/>
        </w:rPr>
        <w:t>Subject: Particulars of Letter of Credit Opened</w:t>
      </w:r>
    </w:p>
    <w:p>
      <w:pPr>
        <w:spacing w:after="72" w:line="259" w:lineRule="auto"/>
      </w:pPr>
      <w:r>
        <w:rPr>
          <w:rFonts w:ascii="Noto Sans" w:hAnsi="Noto Sans" w:cs="Noto Sans Devanagari" w:eastAsia="Noto Sans Devanagari"/>
          <w:b w:val="0"/>
          <w:i w:val="0"/>
          <w:color w:val="222222"/>
          <w:sz w:val="19"/>
        </w:rPr>
        <w:t>To: The Manager</w:t>
      </w:r>
    </w:p>
    <w:p>
      <w:pPr>
        <w:spacing w:after="72" w:line="259" w:lineRule="auto"/>
      </w:pPr>
      <w:r>
        <w:rPr>
          <w:rFonts w:ascii="Noto Sans" w:hAnsi="Noto Sans" w:cs="Noto Sans Devanagari" w:eastAsia="Noto Sans Devanagari"/>
          <w:b w:val="0"/>
          <w:i w:val="0"/>
          <w:color w:val="222222"/>
          <w:sz w:val="19"/>
        </w:rPr>
        <w:t>Please open / amend / cancel, as applicable, the import Letter of Credit described below in the name of ______________________, seller/manufacturer firm.</w:t>
      </w:r>
    </w:p>
    <w:p>
      <w:pPr>
        <w:spacing w:after="72" w:line="259" w:lineRule="auto"/>
        <w:ind w:left="144"/>
      </w:pPr>
      <w:r>
        <w:rPr>
          <w:rFonts w:ascii="Noto Sans" w:hAnsi="Noto Sans" w:cs="Noto Sans Devanagari" w:eastAsia="Noto Sans Devanagari"/>
          <w:b w:val="0"/>
          <w:i w:val="0"/>
          <w:color w:val="222222"/>
          <w:sz w:val="19"/>
        </w:rPr>
        <w:t>1. Particulars relating to the Letter of Credit to be opened:</w:t>
      </w:r>
    </w:p>
    <w:p>
      <w:pPr>
        <w:spacing w:after="72" w:line="259" w:lineRule="auto"/>
        <w:ind w:left="144"/>
      </w:pPr>
      <w:r>
        <w:rPr>
          <w:rFonts w:ascii="Noto Sans" w:hAnsi="Noto Sans" w:cs="Noto Sans Devanagari" w:eastAsia="Noto Sans Devanagari"/>
          <w:b w:val="0"/>
          <w:i w:val="0"/>
          <w:color w:val="222222"/>
          <w:sz w:val="19"/>
        </w:rPr>
        <w:t>(a) Total foreign currency amount of the Letter of Credit to be opened:</w:t>
      </w:r>
    </w:p>
    <w:p>
      <w:pPr>
        <w:spacing w:after="72" w:line="259" w:lineRule="auto"/>
        <w:ind w:left="144"/>
      </w:pPr>
      <w:r>
        <w:rPr>
          <w:rFonts w:ascii="Noto Sans" w:hAnsi="Noto Sans" w:cs="Noto Sans Devanagari" w:eastAsia="Noto Sans Devanagari"/>
          <w:b w:val="0"/>
          <w:i w:val="0"/>
          <w:color w:val="222222"/>
          <w:sz w:val="19"/>
        </w:rPr>
        <w:t>(b) Country from which the goods will be shipped:</w:t>
      </w:r>
    </w:p>
    <w:p>
      <w:pPr>
        <w:spacing w:after="72" w:line="259" w:lineRule="auto"/>
        <w:ind w:left="144"/>
      </w:pPr>
      <w:r>
        <w:rPr>
          <w:rFonts w:ascii="Noto Sans" w:hAnsi="Noto Sans" w:cs="Noto Sans Devanagari" w:eastAsia="Noto Sans Devanagari"/>
          <w:b w:val="0"/>
          <w:i w:val="0"/>
          <w:color w:val="222222"/>
          <w:sz w:val="19"/>
        </w:rPr>
        <w:t>(c) Customs entry point through which the goods will be imported:</w:t>
      </w:r>
    </w:p>
    <w:p>
      <w:pPr>
        <w:spacing w:after="72" w:line="259" w:lineRule="auto"/>
        <w:ind w:left="144"/>
      </w:pPr>
      <w:r>
        <w:rPr>
          <w:rFonts w:ascii="Noto Sans" w:hAnsi="Noto Sans" w:cs="Noto Sans Devanagari" w:eastAsia="Noto Sans Devanagari"/>
          <w:b w:val="0"/>
          <w:i w:val="0"/>
          <w:color w:val="222222"/>
          <w:sz w:val="19"/>
        </w:rPr>
        <w:t>2. Particulars of goods: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556"/>
        <w:gridCol w:w="2556"/>
        <w:gridCol w:w="2556"/>
        <w:gridCol w:w="2556"/>
      </w:tblGrid>
      <w:tr>
        <w:trPr>
          <w:cantSplit/>
        </w:trPr>
        <w:tc>
          <w:tcPr>
            <w:tcW w:type="dxa" w:w="2556"/>
            <w:vAlign w:val="center"/>
            <w:shd w:fill="DCE6F1"/>
          </w:tcPr>
          <w:p>
            <w:pPr>
              <w:spacing w:after="0"/>
              <w:jc w:val="center"/>
            </w:pPr>
            <w:r>
              <w:rPr>
                <w:rFonts w:ascii="Noto Sans" w:hAnsi="Noto Sans" w:cs="Noto Sans Devanagari" w:eastAsia="Noto Sans Devanagari"/>
                <w:b/>
                <w:i w:val="0"/>
                <w:sz w:val="15"/>
              </w:rPr>
              <w:t>Name of goods to be imported</w:t>
            </w:r>
          </w:p>
        </w:tc>
        <w:tc>
          <w:tcPr>
            <w:tcW w:type="dxa" w:w="2556"/>
            <w:vAlign w:val="center"/>
            <w:shd w:fill="DCE6F1"/>
          </w:tcPr>
          <w:p>
            <w:pPr>
              <w:spacing w:after="0"/>
              <w:jc w:val="center"/>
            </w:pPr>
            <w:r>
              <w:rPr>
                <w:rFonts w:ascii="Noto Sans" w:hAnsi="Noto Sans" w:cs="Noto Sans Devanagari" w:eastAsia="Noto Sans Devanagari"/>
                <w:b/>
                <w:i w:val="0"/>
                <w:sz w:val="15"/>
              </w:rPr>
              <w:t>Harmonized Code No.</w:t>
            </w:r>
          </w:p>
        </w:tc>
        <w:tc>
          <w:tcPr>
            <w:tcW w:type="dxa" w:w="2556"/>
            <w:vAlign w:val="center"/>
            <w:shd w:fill="DCE6F1"/>
          </w:tcPr>
          <w:p>
            <w:pPr>
              <w:spacing w:after="0"/>
              <w:jc w:val="center"/>
            </w:pPr>
            <w:r>
              <w:rPr>
                <w:rFonts w:ascii="Noto Sans" w:hAnsi="Noto Sans" w:cs="Noto Sans Devanagari" w:eastAsia="Noto Sans Devanagari"/>
                <w:b/>
                <w:i w:val="0"/>
                <w:sz w:val="15"/>
              </w:rPr>
              <w:t>Quantity</w:t>
            </w:r>
          </w:p>
        </w:tc>
        <w:tc>
          <w:tcPr>
            <w:tcW w:type="dxa" w:w="2556"/>
            <w:vAlign w:val="center"/>
            <w:shd w:fill="DCE6F1"/>
          </w:tcPr>
          <w:p>
            <w:pPr>
              <w:spacing w:after="0"/>
              <w:jc w:val="center"/>
            </w:pPr>
            <w:r>
              <w:rPr>
                <w:rFonts w:ascii="Noto Sans" w:hAnsi="Noto Sans" w:cs="Noto Sans Devanagari" w:eastAsia="Noto Sans Devanagari"/>
                <w:b/>
                <w:i w:val="0"/>
                <w:sz w:val="15"/>
              </w:rPr>
              <w:t>Value (foreign currency amount)</w:t>
            </w:r>
          </w:p>
        </w:tc>
      </w:tr>
      <w:tr>
        <w:trPr>
          <w:cantSplit/>
        </w:trPr>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r>
      <w:tr>
        <w:trPr>
          <w:cantSplit/>
        </w:trPr>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r>
    </w:tbl>
    <w:p>
      <w:pPr>
        <w:spacing w:after="60" w:line="259" w:lineRule="auto"/>
        <w:jc w:val="center"/>
      </w:pPr>
      <w:r>
        <w:rPr>
          <w:rFonts w:ascii="Noto Sans" w:hAnsi="Noto Sans" w:cs="Noto Sans Devanagari" w:eastAsia="Noto Sans Devanagari"/>
          <w:b w:val="0"/>
          <w:i w:val="0"/>
          <w:sz w:val="19"/>
        </w:rPr>
        <w:t>Signature of Applicant</w:t>
      </w:r>
    </w:p>
    <w:p>
      <w:pPr>
        <w:spacing w:after="72" w:line="259" w:lineRule="auto"/>
      </w:pPr>
      <w:r>
        <w:rPr>
          <w:rFonts w:ascii="Noto Sans" w:hAnsi="Noto Sans" w:cs="Noto Sans Devanagari" w:eastAsia="Noto Sans Devanagari"/>
          <w:b w:val="0"/>
          <w:i w:val="0"/>
          <w:color w:val="222222"/>
          <w:sz w:val="19"/>
        </w:rPr>
        <w:t>In case of amendment or cancellation:</w:t>
      </w:r>
    </w:p>
    <w:p>
      <w:pPr>
        <w:spacing w:after="72" w:line="259" w:lineRule="auto"/>
        <w:ind w:left="144"/>
      </w:pPr>
      <w:r>
        <w:rPr>
          <w:rFonts w:ascii="Noto Sans" w:hAnsi="Noto Sans" w:cs="Noto Sans Devanagari" w:eastAsia="Noto Sans Devanagari"/>
          <w:b w:val="0"/>
          <w:i w:val="0"/>
          <w:color w:val="222222"/>
          <w:sz w:val="19"/>
        </w:rPr>
        <w:t>1. Letter of Credit No. ____________________      Name of Firm: ____________________</w:t>
      </w:r>
    </w:p>
    <w:p>
      <w:pPr>
        <w:spacing w:after="72" w:line="259" w:lineRule="auto"/>
        <w:ind w:left="144"/>
      </w:pPr>
      <w:r>
        <w:rPr>
          <w:rFonts w:ascii="Noto Sans" w:hAnsi="Noto Sans" w:cs="Noto Sans Devanagari" w:eastAsia="Noto Sans Devanagari"/>
          <w:b w:val="0"/>
          <w:i w:val="0"/>
          <w:color w:val="222222"/>
          <w:sz w:val="19"/>
        </w:rPr>
        <w:t>2. Points requiring amendment:                         Address: ____________________</w:t>
      </w:r>
    </w:p>
    <w:p>
      <w:pPr>
        <w:spacing w:after="72" w:line="259" w:lineRule="auto"/>
        <w:ind w:left="144"/>
      </w:pPr>
      <w:r>
        <w:rPr>
          <w:rFonts w:ascii="Noto Sans" w:hAnsi="Noto Sans" w:cs="Noto Sans Devanagari" w:eastAsia="Noto Sans Devanagari"/>
          <w:b w:val="0"/>
          <w:i w:val="0"/>
          <w:color w:val="222222"/>
          <w:sz w:val="19"/>
        </w:rPr>
        <w:t>(a) ____________________________________      Income Tax Registration No.: ____________________</w:t>
      </w:r>
    </w:p>
    <w:p>
      <w:pPr>
        <w:spacing w:after="72" w:line="259" w:lineRule="auto"/>
        <w:ind w:left="144"/>
      </w:pPr>
      <w:r>
        <w:rPr>
          <w:rFonts w:ascii="Noto Sans" w:hAnsi="Noto Sans" w:cs="Noto Sans Devanagari" w:eastAsia="Noto Sans Devanagari"/>
          <w:b w:val="0"/>
          <w:i w:val="0"/>
          <w:color w:val="222222"/>
          <w:sz w:val="19"/>
        </w:rPr>
        <w:t>(b) ____________________________________</w:t>
      </w:r>
    </w:p>
    <w:p>
      <w:pPr>
        <w:spacing w:after="72" w:line="259" w:lineRule="auto"/>
      </w:pPr>
      <w:r>
        <w:rPr>
          <w:rFonts w:ascii="Noto Sans" w:hAnsi="Noto Sans" w:cs="Noto Sans Devanagari" w:eastAsia="Noto Sans Devanagari"/>
          <w:b w:val="0"/>
          <w:i w:val="0"/>
          <w:color w:val="222222"/>
          <w:sz w:val="19"/>
        </w:rPr>
        <w:t>Particulars to be completed by the concerned bank:</w:t>
      </w:r>
    </w:p>
    <w:p>
      <w:pPr>
        <w:spacing w:after="72" w:line="259" w:lineRule="auto"/>
        <w:ind w:left="144"/>
      </w:pPr>
      <w:r>
        <w:rPr>
          <w:rFonts w:ascii="Noto Sans" w:hAnsi="Noto Sans" w:cs="Noto Sans Devanagari" w:eastAsia="Noto Sans Devanagari"/>
          <w:b w:val="0"/>
          <w:i w:val="0"/>
          <w:color w:val="222222"/>
          <w:sz w:val="19"/>
        </w:rPr>
        <w:t>1. Import Letter of Credit No. ____________________     2. Date opened (A.D.) ____________________</w:t>
      </w:r>
    </w:p>
    <w:p>
      <w:pPr>
        <w:spacing w:after="72" w:line="259" w:lineRule="auto"/>
        <w:ind w:left="144"/>
      </w:pPr>
      <w:r>
        <w:rPr>
          <w:rFonts w:ascii="Noto Sans" w:hAnsi="Noto Sans" w:cs="Noto Sans Devanagari" w:eastAsia="Noto Sans Devanagari"/>
          <w:b w:val="0"/>
          <w:i w:val="0"/>
          <w:color w:val="222222"/>
          <w:sz w:val="19"/>
        </w:rPr>
        <w:t>3. Validity date ____________________                         4. Amount of Letter of Credit opened (in foreign currency) ____________________</w:t>
      </w:r>
    </w:p>
    <w:p>
      <w:pPr>
        <w:spacing w:after="72" w:line="259" w:lineRule="auto"/>
        <w:ind w:left="144"/>
      </w:pPr>
      <w:r>
        <w:rPr>
          <w:rFonts w:ascii="Noto Sans" w:hAnsi="Noto Sans" w:cs="Noto Sans Devanagari" w:eastAsia="Noto Sans Devanagari"/>
          <w:b w:val="0"/>
          <w:i w:val="0"/>
          <w:color w:val="222222"/>
          <w:sz w:val="19"/>
        </w:rPr>
        <w:t>5. Source of payment: (a) From the bank’s foreign currency balance     (b) From the importer’s foreign currency account</w:t>
      </w:r>
    </w:p>
    <w:p>
      <w:pPr>
        <w:spacing w:after="72" w:line="259" w:lineRule="auto"/>
        <w:ind w:left="144"/>
      </w:pPr>
      <w:r>
        <w:rPr>
          <w:rFonts w:ascii="Noto Sans" w:hAnsi="Noto Sans" w:cs="Noto Sans Devanagari" w:eastAsia="Noto Sans Devanagari"/>
          <w:b w:val="0"/>
          <w:i w:val="0"/>
          <w:color w:val="222222"/>
          <w:sz w:val="19"/>
        </w:rPr>
        <w:t>6. Exchange rate: ____________________                      7. Name of Advising Bank: ____________________</w:t>
      </w:r>
    </w:p>
    <w:p>
      <w:pPr>
        <w:spacing w:after="72" w:line="259" w:lineRule="auto"/>
        <w:ind w:left="144"/>
      </w:pPr>
      <w:r>
        <w:rPr>
          <w:rFonts w:ascii="Noto Sans" w:hAnsi="Noto Sans" w:cs="Noto Sans Devanagari" w:eastAsia="Noto Sans Devanagari"/>
          <w:b w:val="0"/>
          <w:i w:val="0"/>
          <w:color w:val="222222"/>
          <w:sz w:val="19"/>
        </w:rPr>
        <w:t>8. Payment arrangement of the Letter of Credit: (a) Sight     (b) Usance (period) ____________________</w:t>
      </w:r>
    </w:p>
    <w:p>
      <w:pPr>
        <w:spacing w:after="72" w:line="259" w:lineRule="auto"/>
      </w:pPr>
      <w:r>
        <w:rPr>
          <w:rFonts w:ascii="Noto Sans" w:hAnsi="Noto Sans" w:cs="Noto Sans Devanagari" w:eastAsia="Noto Sans Devanagari"/>
          <w:b w:val="0"/>
          <w:i w:val="0"/>
          <w:color w:val="222222"/>
          <w:sz w:val="19"/>
        </w:rPr>
        <w:t>It is certified that, in accordance with the above particulars and the applicable rules, the import Letter of Credit has been (a) opened / (b) amended / (c) cancelled, as applicable.</w:t>
      </w:r>
    </w:p>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Bank Seal:</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1.1A</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१.१.१ को (ख) को प्रयोजनका लागि)</w:t>
      </w:r>
    </w:p>
    <w:p>
      <w:pPr>
        <w:spacing w:after="100" w:line="259" w:lineRule="auto"/>
        <w:jc w:val="center"/>
      </w:pPr>
      <w:r>
        <w:rPr>
          <w:rFonts w:ascii="Noto Sans" w:hAnsi="Noto Sans" w:cs="Noto Sans Devanagari" w:eastAsia="Noto Sans Devanagari"/>
          <w:b/>
          <w:i w:val="0"/>
          <w:sz w:val="19"/>
        </w:rPr>
        <w:t>वि.वि.नि.फा.नं. ३(ग)</w:t>
      </w:r>
    </w:p>
    <w:p>
      <w:pPr>
        <w:spacing w:after="60" w:line="259" w:lineRule="auto"/>
        <w:jc w:val="center"/>
      </w:pPr>
      <w:r>
        <w:rPr>
          <w:rFonts w:ascii="Noto Sans" w:hAnsi="Noto Sans" w:cs="Noto Sans Devanagari" w:eastAsia="Noto Sans Devanagari"/>
          <w:b w:val="0"/>
          <w:i w:val="0"/>
          <w:sz w:val="20"/>
        </w:rPr>
        <w:t>सि.नं. ____________________    मिति ः ____________________</w:t>
      </w:r>
    </w:p>
    <w:p>
      <w:pPr>
        <w:spacing w:after="60" w:line="259" w:lineRule="auto"/>
        <w:jc w:val="center"/>
      </w:pPr>
      <w:r>
        <w:rPr>
          <w:rFonts w:ascii="Noto Sans" w:hAnsi="Noto Sans" w:cs="Noto Sans Devanagari" w:eastAsia="Noto Sans Devanagari"/>
          <w:b w:val="0"/>
          <w:i w:val="0"/>
          <w:sz w:val="20"/>
        </w:rPr>
        <w:t>________________________ बैंक</w:t>
      </w:r>
    </w:p>
    <w:p>
      <w:pPr>
        <w:spacing w:after="60" w:line="259" w:lineRule="auto"/>
        <w:jc w:val="center"/>
      </w:pPr>
      <w:r>
        <w:rPr>
          <w:rFonts w:ascii="Noto Sans" w:hAnsi="Noto Sans" w:cs="Noto Sans Devanagari" w:eastAsia="Noto Sans Devanagari"/>
          <w:b w:val="0"/>
          <w:i w:val="0"/>
          <w:sz w:val="20"/>
        </w:rPr>
        <w:t>________________________ शाखा ।</w:t>
      </w:r>
    </w:p>
    <w:p>
      <w:pPr>
        <w:spacing w:after="60" w:line="259" w:lineRule="auto"/>
        <w:jc w:val="center"/>
      </w:pPr>
      <w:r>
        <w:rPr>
          <w:rFonts w:ascii="Noto Sans" w:hAnsi="Noto Sans" w:cs="Noto Sans Devanagari" w:eastAsia="Noto Sans Devanagari"/>
          <w:b/>
          <w:i w:val="0"/>
          <w:sz w:val="20"/>
        </w:rPr>
        <w:t>विषयः प्रतीतपत्र खोलेको विवरण ।</w:t>
      </w:r>
    </w:p>
    <w:p>
      <w:pPr>
        <w:spacing w:after="64" w:line="259" w:lineRule="auto"/>
      </w:pPr>
      <w:r>
        <w:rPr>
          <w:rFonts w:ascii="Noto Sans" w:hAnsi="Noto Sans" w:cs="Noto Sans Devanagari" w:eastAsia="Noto Sans Devanagari"/>
          <w:b w:val="0"/>
          <w:i w:val="0"/>
          <w:sz w:val="20"/>
        </w:rPr>
        <w:t>श्री व्यवस्थापकज्यू</w:t>
      </w:r>
    </w:p>
    <w:p>
      <w:pPr>
        <w:spacing w:after="64" w:line="259" w:lineRule="auto"/>
      </w:pPr>
      <w:r>
        <w:rPr>
          <w:rFonts w:ascii="Noto Sans" w:hAnsi="Noto Sans" w:cs="Noto Sans Devanagari" w:eastAsia="Noto Sans Devanagari"/>
          <w:b w:val="0"/>
          <w:i w:val="0"/>
          <w:sz w:val="20"/>
        </w:rPr>
        <w:t>कृपया निम्न विवरण बमोजिमको आयात प्रतीतपत्र ______________________ बिक्रेता/उत्पादनकर्ता फर्मको नाममा (क) खोली दिनुहुन (ख) संशोधन (ग) रद्द गरिदिनु हुन अनुरोध गर्दछु ।</w:t>
      </w:r>
    </w:p>
    <w:p>
      <w:pPr>
        <w:spacing w:after="64" w:line="259" w:lineRule="auto"/>
        <w:ind w:left="144"/>
      </w:pPr>
      <w:r>
        <w:rPr>
          <w:rFonts w:ascii="Noto Sans" w:hAnsi="Noto Sans" w:cs="Noto Sans Devanagari" w:eastAsia="Noto Sans Devanagari"/>
          <w:b w:val="0"/>
          <w:i w:val="0"/>
          <w:sz w:val="20"/>
        </w:rPr>
        <w:t>१. खोलिने प्रतीतपत्र सम्बन्धी विवरण ः</w:t>
      </w:r>
    </w:p>
    <w:p>
      <w:pPr>
        <w:spacing w:after="64" w:line="259" w:lineRule="auto"/>
        <w:ind w:left="144"/>
      </w:pPr>
      <w:r>
        <w:rPr>
          <w:rFonts w:ascii="Noto Sans" w:hAnsi="Noto Sans" w:cs="Noto Sans Devanagari" w:eastAsia="Noto Sans Devanagari"/>
          <w:b w:val="0"/>
          <w:i w:val="0"/>
          <w:sz w:val="20"/>
        </w:rPr>
        <w:t>(क) प्रतीतपत्र खोलिने कुल विदेशी मुद्रा रकम ः</w:t>
      </w:r>
    </w:p>
    <w:p>
      <w:pPr>
        <w:spacing w:after="64" w:line="259" w:lineRule="auto"/>
        <w:ind w:left="144"/>
      </w:pPr>
      <w:r>
        <w:rPr>
          <w:rFonts w:ascii="Noto Sans" w:hAnsi="Noto Sans" w:cs="Noto Sans Devanagari" w:eastAsia="Noto Sans Devanagari"/>
          <w:b w:val="0"/>
          <w:i w:val="0"/>
          <w:sz w:val="20"/>
        </w:rPr>
        <w:t>(ख) सामान आयात हुने भन्सार प्रवेश विन्दु ः</w:t>
      </w:r>
    </w:p>
    <w:p>
      <w:pPr>
        <w:spacing w:after="64" w:line="259" w:lineRule="auto"/>
        <w:ind w:left="144"/>
      </w:pPr>
      <w:r>
        <w:rPr>
          <w:rFonts w:ascii="Noto Sans" w:hAnsi="Noto Sans" w:cs="Noto Sans Devanagari" w:eastAsia="Noto Sans Devanagari"/>
          <w:b w:val="0"/>
          <w:i w:val="0"/>
          <w:sz w:val="20"/>
        </w:rPr>
        <w:t>२. सामानको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556"/>
        <w:gridCol w:w="2556"/>
        <w:gridCol w:w="2556"/>
        <w:gridCol w:w="2556"/>
      </w:tblGrid>
      <w:tr>
        <w:trPr>
          <w:cantSplit/>
        </w:trPr>
        <w:tc>
          <w:tcPr>
            <w:tcW w:type="dxa" w:w="2556"/>
            <w:vAlign w:val="center"/>
            <w:shd w:fill="DCE6F1"/>
          </w:tcPr>
          <w:p>
            <w:pPr>
              <w:spacing w:after="0"/>
              <w:jc w:val="center"/>
            </w:pPr>
            <w:r>
              <w:rPr>
                <w:rFonts w:ascii="Noto Sans" w:hAnsi="Noto Sans" w:cs="Noto Sans Devanagari" w:eastAsia="Noto Sans Devanagari"/>
                <w:b/>
                <w:i w:val="0"/>
                <w:sz w:val="16"/>
              </w:rPr>
              <w:t>आयात गरिने सामानको नाम</w:t>
            </w:r>
          </w:p>
        </w:tc>
        <w:tc>
          <w:tcPr>
            <w:tcW w:type="dxa" w:w="2556"/>
            <w:vAlign w:val="center"/>
            <w:shd w:fill="DCE6F1"/>
          </w:tcPr>
          <w:p>
            <w:pPr>
              <w:spacing w:after="0"/>
              <w:jc w:val="center"/>
            </w:pPr>
            <w:r>
              <w:rPr>
                <w:rFonts w:ascii="Noto Sans" w:hAnsi="Noto Sans" w:cs="Noto Sans Devanagari" w:eastAsia="Noto Sans Devanagari"/>
                <w:b/>
                <w:i w:val="0"/>
                <w:sz w:val="16"/>
              </w:rPr>
              <w:t>हार्मोनिक कोड नं.</w:t>
            </w:r>
          </w:p>
        </w:tc>
        <w:tc>
          <w:tcPr>
            <w:tcW w:type="dxa" w:w="2556"/>
            <w:vAlign w:val="center"/>
            <w:shd w:fill="DCE6F1"/>
          </w:tcPr>
          <w:p>
            <w:pPr>
              <w:spacing w:after="0"/>
              <w:jc w:val="center"/>
            </w:pPr>
            <w:r>
              <w:rPr>
                <w:rFonts w:ascii="Noto Sans" w:hAnsi="Noto Sans" w:cs="Noto Sans Devanagari" w:eastAsia="Noto Sans Devanagari"/>
                <w:b/>
                <w:i w:val="0"/>
                <w:sz w:val="16"/>
              </w:rPr>
              <w:t>परिमाण</w:t>
            </w:r>
          </w:p>
        </w:tc>
        <w:tc>
          <w:tcPr>
            <w:tcW w:type="dxa" w:w="2556"/>
            <w:vAlign w:val="center"/>
            <w:shd w:fill="DCE6F1"/>
          </w:tcPr>
          <w:p>
            <w:pPr>
              <w:spacing w:after="0"/>
              <w:jc w:val="center"/>
            </w:pPr>
            <w:r>
              <w:rPr>
                <w:rFonts w:ascii="Noto Sans" w:hAnsi="Noto Sans" w:cs="Noto Sans Devanagari" w:eastAsia="Noto Sans Devanagari"/>
                <w:b/>
                <w:i w:val="0"/>
                <w:sz w:val="16"/>
              </w:rPr>
              <w:t>मूल्य (वि.मु. रकम)</w:t>
            </w:r>
          </w:p>
        </w:tc>
      </w:tr>
      <w:tr>
        <w:trPr>
          <w:cantSplit/>
        </w:trPr>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r>
      <w:tr>
        <w:trPr>
          <w:cantSplit/>
        </w:trPr>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r>
    </w:tbl>
    <w:p>
      <w:pPr>
        <w:spacing w:after="60" w:line="259" w:lineRule="auto"/>
        <w:jc w:val="center"/>
      </w:pPr>
      <w:r>
        <w:rPr>
          <w:rFonts w:ascii="Noto Sans" w:hAnsi="Noto Sans" w:cs="Noto Sans Devanagari" w:eastAsia="Noto Sans Devanagari"/>
          <w:b w:val="0"/>
          <w:i w:val="0"/>
          <w:sz w:val="20"/>
        </w:rPr>
        <w:t>निवेदकको दस्तखत</w:t>
      </w:r>
    </w:p>
    <w:p>
      <w:pPr>
        <w:spacing w:after="64" w:line="259" w:lineRule="auto"/>
      </w:pPr>
      <w:r>
        <w:rPr>
          <w:rFonts w:ascii="Noto Sans" w:hAnsi="Noto Sans" w:cs="Noto Sans Devanagari" w:eastAsia="Noto Sans Devanagari"/>
          <w:b w:val="0"/>
          <w:i w:val="0"/>
          <w:sz w:val="20"/>
        </w:rPr>
        <w:t>संशोधन तथा रद्दको हकमा ः</w:t>
      </w:r>
    </w:p>
    <w:p>
      <w:pPr>
        <w:spacing w:after="64" w:line="259" w:lineRule="auto"/>
        <w:ind w:left="144"/>
      </w:pPr>
      <w:r>
        <w:rPr>
          <w:rFonts w:ascii="Noto Sans" w:hAnsi="Noto Sans" w:cs="Noto Sans Devanagari" w:eastAsia="Noto Sans Devanagari"/>
          <w:b w:val="0"/>
          <w:i w:val="0"/>
          <w:sz w:val="20"/>
        </w:rPr>
        <w:t>१. प्रतीतपत्र नम्बर ____________________      फर्मको नाम ः ____________________</w:t>
      </w:r>
    </w:p>
    <w:p>
      <w:pPr>
        <w:spacing w:after="64" w:line="259" w:lineRule="auto"/>
        <w:ind w:left="144"/>
      </w:pPr>
      <w:r>
        <w:rPr>
          <w:rFonts w:ascii="Noto Sans" w:hAnsi="Noto Sans" w:cs="Noto Sans Devanagari" w:eastAsia="Noto Sans Devanagari"/>
          <w:b w:val="0"/>
          <w:i w:val="0"/>
          <w:sz w:val="20"/>
        </w:rPr>
        <w:t>२. संशोधन गर्नुपर्ने बुँदाहरू                         ठेगाना ः ____________________</w:t>
      </w:r>
    </w:p>
    <w:p>
      <w:pPr>
        <w:spacing w:after="64" w:line="259" w:lineRule="auto"/>
        <w:ind w:left="144"/>
      </w:pPr>
      <w:r>
        <w:rPr>
          <w:rFonts w:ascii="Noto Sans" w:hAnsi="Noto Sans" w:cs="Noto Sans Devanagari" w:eastAsia="Noto Sans Devanagari"/>
          <w:b w:val="0"/>
          <w:i w:val="0"/>
          <w:sz w:val="20"/>
        </w:rPr>
        <w:t>(क) ____________________________________      आयकर दर्ता नम्बर ____________________</w:t>
      </w:r>
    </w:p>
    <w:p>
      <w:pPr>
        <w:spacing w:after="64" w:line="259" w:lineRule="auto"/>
        <w:ind w:left="144"/>
      </w:pPr>
      <w:r>
        <w:rPr>
          <w:rFonts w:ascii="Noto Sans" w:hAnsi="Noto Sans" w:cs="Noto Sans Devanagari" w:eastAsia="Noto Sans Devanagari"/>
          <w:b w:val="0"/>
          <w:i w:val="0"/>
          <w:sz w:val="20"/>
        </w:rPr>
        <w:t>(ख) ____________________________________</w:t>
      </w:r>
    </w:p>
    <w:p>
      <w:pPr>
        <w:spacing w:after="64" w:line="259" w:lineRule="auto"/>
      </w:pPr>
      <w:r>
        <w:rPr>
          <w:rFonts w:ascii="Noto Sans" w:hAnsi="Noto Sans" w:cs="Noto Sans Devanagari" w:eastAsia="Noto Sans Devanagari"/>
          <w:b w:val="0"/>
          <w:i w:val="0"/>
          <w:sz w:val="20"/>
        </w:rPr>
        <w:t>सम्बन्धित बैंकले भर्नुपर्ने विवरण</w:t>
      </w:r>
    </w:p>
    <w:p>
      <w:pPr>
        <w:spacing w:after="64" w:line="259" w:lineRule="auto"/>
        <w:ind w:left="144"/>
      </w:pPr>
      <w:r>
        <w:rPr>
          <w:rFonts w:ascii="Noto Sans" w:hAnsi="Noto Sans" w:cs="Noto Sans Devanagari" w:eastAsia="Noto Sans Devanagari"/>
          <w:b w:val="0"/>
          <w:i w:val="0"/>
          <w:sz w:val="20"/>
        </w:rPr>
        <w:t>१. आयात प्रतीतपत्र नम्बर ____________________     २. खोलेको मिति (इ.सं.मा) ____________________</w:t>
      </w:r>
    </w:p>
    <w:p>
      <w:pPr>
        <w:spacing w:after="64" w:line="259" w:lineRule="auto"/>
        <w:ind w:left="144"/>
      </w:pPr>
      <w:r>
        <w:rPr>
          <w:rFonts w:ascii="Noto Sans" w:hAnsi="Noto Sans" w:cs="Noto Sans Devanagari" w:eastAsia="Noto Sans Devanagari"/>
          <w:b w:val="0"/>
          <w:i w:val="0"/>
          <w:sz w:val="20"/>
        </w:rPr>
        <w:t>३. बहाली मिति ____________________                  ४. प्रतीतपत्र खोलेको रकम (वि.मु.मा) ____________________</w:t>
      </w:r>
    </w:p>
    <w:p>
      <w:pPr>
        <w:spacing w:after="64" w:line="259" w:lineRule="auto"/>
        <w:ind w:left="144"/>
      </w:pPr>
      <w:r>
        <w:rPr>
          <w:rFonts w:ascii="Noto Sans" w:hAnsi="Noto Sans" w:cs="Noto Sans Devanagari" w:eastAsia="Noto Sans Devanagari"/>
          <w:b w:val="0"/>
          <w:i w:val="0"/>
          <w:sz w:val="20"/>
        </w:rPr>
        <w:t>५. भुक्तानीको स्रोत ः (क) बैंकको मौज्दातबाट     (ख) आयातकर्ताको विदेशी मुद्रा खाताबाट</w:t>
      </w:r>
    </w:p>
    <w:p>
      <w:pPr>
        <w:spacing w:after="64" w:line="259" w:lineRule="auto"/>
        <w:ind w:left="144"/>
      </w:pPr>
      <w:r>
        <w:rPr>
          <w:rFonts w:ascii="Noto Sans" w:hAnsi="Noto Sans" w:cs="Noto Sans Devanagari" w:eastAsia="Noto Sans Devanagari"/>
          <w:b w:val="0"/>
          <w:i w:val="0"/>
          <w:sz w:val="20"/>
        </w:rPr>
        <w:t>६. विनिमय दर ः ____________________                 ७. एडभाइजिङ्ग बैंकको नाम ः ____________________</w:t>
      </w:r>
    </w:p>
    <w:p>
      <w:pPr>
        <w:spacing w:after="64" w:line="259" w:lineRule="auto"/>
        <w:ind w:left="144"/>
      </w:pPr>
      <w:r>
        <w:rPr>
          <w:rFonts w:ascii="Noto Sans" w:hAnsi="Noto Sans" w:cs="Noto Sans Devanagari" w:eastAsia="Noto Sans Devanagari"/>
          <w:b w:val="0"/>
          <w:i w:val="0"/>
          <w:sz w:val="20"/>
        </w:rPr>
        <w:t>८. प्रतीतपत्रको भुक्तानी व्यवस्था ः (क) साइट     (ख) यूसान्स (कति अवधिको) ____________________</w:t>
      </w:r>
    </w:p>
    <w:p>
      <w:pPr>
        <w:spacing w:after="64" w:line="259" w:lineRule="auto"/>
      </w:pPr>
      <w:r>
        <w:rPr>
          <w:rFonts w:ascii="Noto Sans" w:hAnsi="Noto Sans" w:cs="Noto Sans Devanagari" w:eastAsia="Noto Sans Devanagari"/>
          <w:b w:val="0"/>
          <w:i w:val="0"/>
          <w:sz w:val="20"/>
        </w:rPr>
        <w:t>उपर्युक्त विवरण बमोजिम नियमानुसार आयात प्रतीतपत्र (क) खोलेको (ख) संशोधन (ग) रद्द गरेको व्यहोरा प्रमाणित गर्दछु ।</w:t>
      </w:r>
    </w:p>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बैंकको छाप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1.1A</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1.1.1(b) of F.E. Circular No. 1)</w:t>
      </w:r>
    </w:p>
    <w:p>
      <w:pPr>
        <w:spacing w:after="100" w:line="259" w:lineRule="auto"/>
        <w:jc w:val="center"/>
      </w:pPr>
      <w:r>
        <w:rPr>
          <w:rFonts w:ascii="Noto Sans" w:hAnsi="Noto Sans" w:cs="Noto Sans Devanagari" w:eastAsia="Noto Sans Devanagari"/>
          <w:b/>
          <w:i w:val="0"/>
          <w:sz w:val="18"/>
        </w:rPr>
        <w:t>F.E. Control Form No. 3(c)</w:t>
      </w:r>
    </w:p>
    <w:p>
      <w:pPr>
        <w:spacing w:after="60" w:line="259" w:lineRule="auto"/>
        <w:jc w:val="center"/>
      </w:pPr>
      <w:r>
        <w:rPr>
          <w:rFonts w:ascii="Noto Sans" w:hAnsi="Noto Sans" w:cs="Noto Sans Devanagari" w:eastAsia="Noto Sans Devanagari"/>
          <w:b w:val="0"/>
          <w:i w:val="0"/>
          <w:sz w:val="19"/>
        </w:rPr>
        <w:t>Serial No. ____________________    Date: ____________________</w:t>
      </w:r>
    </w:p>
    <w:p>
      <w:pPr>
        <w:spacing w:after="60" w:line="259" w:lineRule="auto"/>
        <w:jc w:val="center"/>
      </w:pPr>
      <w:r>
        <w:rPr>
          <w:rFonts w:ascii="Noto Sans" w:hAnsi="Noto Sans" w:cs="Noto Sans Devanagari" w:eastAsia="Noto Sans Devanagari"/>
          <w:b w:val="0"/>
          <w:i w:val="0"/>
          <w:sz w:val="19"/>
        </w:rPr>
        <w:t>________________________ Bank</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i w:val="0"/>
          <w:sz w:val="19"/>
        </w:rPr>
        <w:t>Subject: Particulars of Letter of Credit Opened</w:t>
      </w:r>
    </w:p>
    <w:p>
      <w:pPr>
        <w:spacing w:after="72" w:line="259" w:lineRule="auto"/>
      </w:pPr>
      <w:r>
        <w:rPr>
          <w:rFonts w:ascii="Noto Sans" w:hAnsi="Noto Sans" w:cs="Noto Sans Devanagari" w:eastAsia="Noto Sans Devanagari"/>
          <w:b w:val="0"/>
          <w:i w:val="0"/>
          <w:color w:val="222222"/>
          <w:sz w:val="19"/>
        </w:rPr>
        <w:t>To: The Manager</w:t>
      </w:r>
    </w:p>
    <w:p>
      <w:pPr>
        <w:spacing w:after="72" w:line="259" w:lineRule="auto"/>
      </w:pPr>
      <w:r>
        <w:rPr>
          <w:rFonts w:ascii="Noto Sans" w:hAnsi="Noto Sans" w:cs="Noto Sans Devanagari" w:eastAsia="Noto Sans Devanagari"/>
          <w:b w:val="0"/>
          <w:i w:val="0"/>
          <w:color w:val="222222"/>
          <w:sz w:val="19"/>
        </w:rPr>
        <w:t>Please open / amend / cancel, as applicable, the import Letter of Credit described below in the name of ______________________, seller/manufacturer firm.</w:t>
      </w:r>
    </w:p>
    <w:p>
      <w:pPr>
        <w:spacing w:after="72" w:line="259" w:lineRule="auto"/>
        <w:ind w:left="144"/>
      </w:pPr>
      <w:r>
        <w:rPr>
          <w:rFonts w:ascii="Noto Sans" w:hAnsi="Noto Sans" w:cs="Noto Sans Devanagari" w:eastAsia="Noto Sans Devanagari"/>
          <w:b w:val="0"/>
          <w:i w:val="0"/>
          <w:color w:val="222222"/>
          <w:sz w:val="19"/>
        </w:rPr>
        <w:t>1. Particulars relating to the Letter of Credit to be opened:</w:t>
      </w:r>
    </w:p>
    <w:p>
      <w:pPr>
        <w:spacing w:after="72" w:line="259" w:lineRule="auto"/>
        <w:ind w:left="144"/>
      </w:pPr>
      <w:r>
        <w:rPr>
          <w:rFonts w:ascii="Noto Sans" w:hAnsi="Noto Sans" w:cs="Noto Sans Devanagari" w:eastAsia="Noto Sans Devanagari"/>
          <w:b w:val="0"/>
          <w:i w:val="0"/>
          <w:color w:val="222222"/>
          <w:sz w:val="19"/>
        </w:rPr>
        <w:t>(a) Total foreign currency amount of the Letter of Credit to be opened:</w:t>
      </w:r>
    </w:p>
    <w:p>
      <w:pPr>
        <w:spacing w:after="72" w:line="259" w:lineRule="auto"/>
        <w:ind w:left="144"/>
      </w:pPr>
      <w:r>
        <w:rPr>
          <w:rFonts w:ascii="Noto Sans" w:hAnsi="Noto Sans" w:cs="Noto Sans Devanagari" w:eastAsia="Noto Sans Devanagari"/>
          <w:b w:val="0"/>
          <w:i w:val="0"/>
          <w:color w:val="222222"/>
          <w:sz w:val="19"/>
        </w:rPr>
        <w:t>(b) Customs entry point through which the goods will be imported:</w:t>
      </w:r>
    </w:p>
    <w:p>
      <w:pPr>
        <w:spacing w:after="72" w:line="259" w:lineRule="auto"/>
        <w:ind w:left="144"/>
      </w:pPr>
      <w:r>
        <w:rPr>
          <w:rFonts w:ascii="Noto Sans" w:hAnsi="Noto Sans" w:cs="Noto Sans Devanagari" w:eastAsia="Noto Sans Devanagari"/>
          <w:b w:val="0"/>
          <w:i w:val="0"/>
          <w:color w:val="222222"/>
          <w:sz w:val="19"/>
        </w:rPr>
        <w:t>2. Particulars of goods: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556"/>
        <w:gridCol w:w="2556"/>
        <w:gridCol w:w="2556"/>
        <w:gridCol w:w="2556"/>
      </w:tblGrid>
      <w:tr>
        <w:trPr>
          <w:cantSplit/>
        </w:trPr>
        <w:tc>
          <w:tcPr>
            <w:tcW w:type="dxa" w:w="2556"/>
            <w:vAlign w:val="center"/>
            <w:shd w:fill="DCE6F1"/>
          </w:tcPr>
          <w:p>
            <w:pPr>
              <w:spacing w:after="0"/>
              <w:jc w:val="center"/>
            </w:pPr>
            <w:r>
              <w:rPr>
                <w:rFonts w:ascii="Noto Sans" w:hAnsi="Noto Sans" w:cs="Noto Sans Devanagari" w:eastAsia="Noto Sans Devanagari"/>
                <w:b/>
                <w:i w:val="0"/>
                <w:sz w:val="15"/>
              </w:rPr>
              <w:t>Name of goods to be imported</w:t>
            </w:r>
          </w:p>
        </w:tc>
        <w:tc>
          <w:tcPr>
            <w:tcW w:type="dxa" w:w="2556"/>
            <w:vAlign w:val="center"/>
            <w:shd w:fill="DCE6F1"/>
          </w:tcPr>
          <w:p>
            <w:pPr>
              <w:spacing w:after="0"/>
              <w:jc w:val="center"/>
            </w:pPr>
            <w:r>
              <w:rPr>
                <w:rFonts w:ascii="Noto Sans" w:hAnsi="Noto Sans" w:cs="Noto Sans Devanagari" w:eastAsia="Noto Sans Devanagari"/>
                <w:b/>
                <w:i w:val="0"/>
                <w:sz w:val="15"/>
              </w:rPr>
              <w:t>Harmonized Code No.</w:t>
            </w:r>
          </w:p>
        </w:tc>
        <w:tc>
          <w:tcPr>
            <w:tcW w:type="dxa" w:w="2556"/>
            <w:vAlign w:val="center"/>
            <w:shd w:fill="DCE6F1"/>
          </w:tcPr>
          <w:p>
            <w:pPr>
              <w:spacing w:after="0"/>
              <w:jc w:val="center"/>
            </w:pPr>
            <w:r>
              <w:rPr>
                <w:rFonts w:ascii="Noto Sans" w:hAnsi="Noto Sans" w:cs="Noto Sans Devanagari" w:eastAsia="Noto Sans Devanagari"/>
                <w:b/>
                <w:i w:val="0"/>
                <w:sz w:val="15"/>
              </w:rPr>
              <w:t>Quantity</w:t>
            </w:r>
          </w:p>
        </w:tc>
        <w:tc>
          <w:tcPr>
            <w:tcW w:type="dxa" w:w="2556"/>
            <w:vAlign w:val="center"/>
            <w:shd w:fill="DCE6F1"/>
          </w:tcPr>
          <w:p>
            <w:pPr>
              <w:spacing w:after="0"/>
              <w:jc w:val="center"/>
            </w:pPr>
            <w:r>
              <w:rPr>
                <w:rFonts w:ascii="Noto Sans" w:hAnsi="Noto Sans" w:cs="Noto Sans Devanagari" w:eastAsia="Noto Sans Devanagari"/>
                <w:b/>
                <w:i w:val="0"/>
                <w:sz w:val="15"/>
              </w:rPr>
              <w:t>Value (foreign currency amount)</w:t>
            </w:r>
          </w:p>
        </w:tc>
      </w:tr>
      <w:tr>
        <w:trPr>
          <w:cantSplit/>
        </w:trPr>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r>
      <w:tr>
        <w:trPr>
          <w:cantSplit/>
        </w:trPr>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r>
    </w:tbl>
    <w:p>
      <w:pPr>
        <w:spacing w:after="60" w:line="259" w:lineRule="auto"/>
        <w:jc w:val="center"/>
      </w:pPr>
      <w:r>
        <w:rPr>
          <w:rFonts w:ascii="Noto Sans" w:hAnsi="Noto Sans" w:cs="Noto Sans Devanagari" w:eastAsia="Noto Sans Devanagari"/>
          <w:b w:val="0"/>
          <w:i w:val="0"/>
          <w:sz w:val="19"/>
        </w:rPr>
        <w:t>Signature of Applicant</w:t>
      </w:r>
    </w:p>
    <w:p>
      <w:pPr>
        <w:spacing w:after="72" w:line="259" w:lineRule="auto"/>
      </w:pPr>
      <w:r>
        <w:rPr>
          <w:rFonts w:ascii="Noto Sans" w:hAnsi="Noto Sans" w:cs="Noto Sans Devanagari" w:eastAsia="Noto Sans Devanagari"/>
          <w:b w:val="0"/>
          <w:i w:val="0"/>
          <w:color w:val="222222"/>
          <w:sz w:val="19"/>
        </w:rPr>
        <w:t>In case of amendment or cancellation:</w:t>
      </w:r>
    </w:p>
    <w:p>
      <w:pPr>
        <w:spacing w:after="72" w:line="259" w:lineRule="auto"/>
        <w:ind w:left="144"/>
      </w:pPr>
      <w:r>
        <w:rPr>
          <w:rFonts w:ascii="Noto Sans" w:hAnsi="Noto Sans" w:cs="Noto Sans Devanagari" w:eastAsia="Noto Sans Devanagari"/>
          <w:b w:val="0"/>
          <w:i w:val="0"/>
          <w:color w:val="222222"/>
          <w:sz w:val="19"/>
        </w:rPr>
        <w:t>1. Letter of Credit No. ____________________      Name of Firm: ____________________</w:t>
      </w:r>
    </w:p>
    <w:p>
      <w:pPr>
        <w:spacing w:after="72" w:line="259" w:lineRule="auto"/>
        <w:ind w:left="144"/>
      </w:pPr>
      <w:r>
        <w:rPr>
          <w:rFonts w:ascii="Noto Sans" w:hAnsi="Noto Sans" w:cs="Noto Sans Devanagari" w:eastAsia="Noto Sans Devanagari"/>
          <w:b w:val="0"/>
          <w:i w:val="0"/>
          <w:color w:val="222222"/>
          <w:sz w:val="19"/>
        </w:rPr>
        <w:t>2. Points requiring amendment:                         Address: ____________________</w:t>
      </w:r>
    </w:p>
    <w:p>
      <w:pPr>
        <w:spacing w:after="72" w:line="259" w:lineRule="auto"/>
        <w:ind w:left="144"/>
      </w:pPr>
      <w:r>
        <w:rPr>
          <w:rFonts w:ascii="Noto Sans" w:hAnsi="Noto Sans" w:cs="Noto Sans Devanagari" w:eastAsia="Noto Sans Devanagari"/>
          <w:b w:val="0"/>
          <w:i w:val="0"/>
          <w:color w:val="222222"/>
          <w:sz w:val="19"/>
        </w:rPr>
        <w:t>(a) ____________________________________      Income Tax Registration No.: ____________________</w:t>
      </w:r>
    </w:p>
    <w:p>
      <w:pPr>
        <w:spacing w:after="72" w:line="259" w:lineRule="auto"/>
        <w:ind w:left="144"/>
      </w:pPr>
      <w:r>
        <w:rPr>
          <w:rFonts w:ascii="Noto Sans" w:hAnsi="Noto Sans" w:cs="Noto Sans Devanagari" w:eastAsia="Noto Sans Devanagari"/>
          <w:b w:val="0"/>
          <w:i w:val="0"/>
          <w:color w:val="222222"/>
          <w:sz w:val="19"/>
        </w:rPr>
        <w:t>(b) ____________________________________</w:t>
      </w:r>
    </w:p>
    <w:p>
      <w:pPr>
        <w:spacing w:after="72" w:line="259" w:lineRule="auto"/>
      </w:pPr>
      <w:r>
        <w:rPr>
          <w:rFonts w:ascii="Noto Sans" w:hAnsi="Noto Sans" w:cs="Noto Sans Devanagari" w:eastAsia="Noto Sans Devanagari"/>
          <w:b w:val="0"/>
          <w:i w:val="0"/>
          <w:color w:val="222222"/>
          <w:sz w:val="19"/>
        </w:rPr>
        <w:t>Particulars to be completed by the concerned bank:</w:t>
      </w:r>
    </w:p>
    <w:p>
      <w:pPr>
        <w:spacing w:after="72" w:line="259" w:lineRule="auto"/>
        <w:ind w:left="144"/>
      </w:pPr>
      <w:r>
        <w:rPr>
          <w:rFonts w:ascii="Noto Sans" w:hAnsi="Noto Sans" w:cs="Noto Sans Devanagari" w:eastAsia="Noto Sans Devanagari"/>
          <w:b w:val="0"/>
          <w:i w:val="0"/>
          <w:color w:val="222222"/>
          <w:sz w:val="19"/>
        </w:rPr>
        <w:t>1. Import Letter of Credit No. ____________________     2. Date opened (A.D.) ____________________</w:t>
      </w:r>
    </w:p>
    <w:p>
      <w:pPr>
        <w:spacing w:after="72" w:line="259" w:lineRule="auto"/>
        <w:ind w:left="144"/>
      </w:pPr>
      <w:r>
        <w:rPr>
          <w:rFonts w:ascii="Noto Sans" w:hAnsi="Noto Sans" w:cs="Noto Sans Devanagari" w:eastAsia="Noto Sans Devanagari"/>
          <w:b w:val="0"/>
          <w:i w:val="0"/>
          <w:color w:val="222222"/>
          <w:sz w:val="19"/>
        </w:rPr>
        <w:t>3. Validity date ____________________                         4. Amount of Letter of Credit opened (in foreign currency) ____________________</w:t>
      </w:r>
    </w:p>
    <w:p>
      <w:pPr>
        <w:spacing w:after="72" w:line="259" w:lineRule="auto"/>
        <w:ind w:left="144"/>
      </w:pPr>
      <w:r>
        <w:rPr>
          <w:rFonts w:ascii="Noto Sans" w:hAnsi="Noto Sans" w:cs="Noto Sans Devanagari" w:eastAsia="Noto Sans Devanagari"/>
          <w:b w:val="0"/>
          <w:i w:val="0"/>
          <w:color w:val="222222"/>
          <w:sz w:val="19"/>
        </w:rPr>
        <w:t>5. Source of payment: (a) From the bank’s foreign currency balance     (b) From the importer’s foreign currency account</w:t>
      </w:r>
    </w:p>
    <w:p>
      <w:pPr>
        <w:spacing w:after="72" w:line="259" w:lineRule="auto"/>
        <w:ind w:left="144"/>
      </w:pPr>
      <w:r>
        <w:rPr>
          <w:rFonts w:ascii="Noto Sans" w:hAnsi="Noto Sans" w:cs="Noto Sans Devanagari" w:eastAsia="Noto Sans Devanagari"/>
          <w:b w:val="0"/>
          <w:i w:val="0"/>
          <w:color w:val="222222"/>
          <w:sz w:val="19"/>
        </w:rPr>
        <w:t>6. Exchange rate: ____________________                      7. Name of Advising Bank: ____________________</w:t>
      </w:r>
    </w:p>
    <w:p>
      <w:pPr>
        <w:spacing w:after="72" w:line="259" w:lineRule="auto"/>
        <w:ind w:left="144"/>
      </w:pPr>
      <w:r>
        <w:rPr>
          <w:rFonts w:ascii="Noto Sans" w:hAnsi="Noto Sans" w:cs="Noto Sans Devanagari" w:eastAsia="Noto Sans Devanagari"/>
          <w:b w:val="0"/>
          <w:i w:val="0"/>
          <w:color w:val="222222"/>
          <w:sz w:val="19"/>
        </w:rPr>
        <w:t>8. Payment arrangement of the Letter of Credit: (a) Sight     (b) Usance (period) ____________________</w:t>
      </w:r>
    </w:p>
    <w:p>
      <w:pPr>
        <w:spacing w:after="72" w:line="259" w:lineRule="auto"/>
      </w:pPr>
      <w:r>
        <w:rPr>
          <w:rFonts w:ascii="Noto Sans" w:hAnsi="Noto Sans" w:cs="Noto Sans Devanagari" w:eastAsia="Noto Sans Devanagari"/>
          <w:b w:val="0"/>
          <w:i w:val="0"/>
          <w:color w:val="222222"/>
          <w:sz w:val="19"/>
        </w:rPr>
        <w:t>It is certified that, in accordance with the above particulars and the applicable rules, the import Letter of Credit has been (a) opened / (b) amended / (c) cancelled, as applicable.</w:t>
      </w:r>
    </w:p>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Bank Seal:</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1.2</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१.१.४ को (क) को प्रयोजनका लागि)</w:t>
      </w:r>
    </w:p>
    <w:p>
      <w:pPr>
        <w:spacing w:after="100" w:line="259" w:lineRule="auto"/>
        <w:jc w:val="center"/>
      </w:pPr>
      <w:r>
        <w:rPr>
          <w:rFonts w:ascii="Noto Sans" w:hAnsi="Noto Sans" w:cs="Noto Sans Devanagari" w:eastAsia="Noto Sans Devanagari"/>
          <w:b/>
          <w:i w:val="0"/>
          <w:sz w:val="19"/>
        </w:rPr>
        <w:t>वि.वि.नि.फा.नं. ४</w:t>
      </w:r>
    </w:p>
    <w:p>
      <w:pPr>
        <w:spacing w:after="60" w:line="259" w:lineRule="auto"/>
        <w:jc w:val="center"/>
      </w:pPr>
      <w:r>
        <w:rPr>
          <w:rFonts w:ascii="Noto Sans" w:hAnsi="Noto Sans" w:cs="Noto Sans Devanagari" w:eastAsia="Noto Sans Devanagari"/>
          <w:b w:val="0"/>
          <w:i w:val="0"/>
          <w:sz w:val="20"/>
        </w:rPr>
        <w:t>________________________ बैंक</w:t>
      </w:r>
    </w:p>
    <w:p>
      <w:pPr>
        <w:spacing w:after="60" w:line="259" w:lineRule="auto"/>
        <w:jc w:val="center"/>
      </w:pPr>
      <w:r>
        <w:rPr>
          <w:rFonts w:ascii="Noto Sans" w:hAnsi="Noto Sans" w:cs="Noto Sans Devanagari" w:eastAsia="Noto Sans Devanagari"/>
          <w:b w:val="0"/>
          <w:i w:val="0"/>
          <w:sz w:val="20"/>
        </w:rPr>
        <w:t>________________________ शाखा</w:t>
      </w:r>
    </w:p>
    <w:p>
      <w:pPr>
        <w:spacing w:after="60" w:line="259" w:lineRule="auto"/>
        <w:jc w:val="center"/>
      </w:pPr>
      <w:r>
        <w:rPr>
          <w:rFonts w:ascii="Noto Sans" w:hAnsi="Noto Sans" w:cs="Noto Sans Devanagari" w:eastAsia="Noto Sans Devanagari"/>
          <w:b w:val="0"/>
          <w:i w:val="0"/>
          <w:sz w:val="20"/>
        </w:rPr>
        <w:t>सि.नं. ____________________    मिति ः ____________________</w:t>
      </w:r>
    </w:p>
    <w:p>
      <w:pPr>
        <w:spacing w:after="60" w:line="259" w:lineRule="auto"/>
        <w:jc w:val="center"/>
      </w:pPr>
      <w:r>
        <w:rPr>
          <w:rFonts w:ascii="Noto Sans" w:hAnsi="Noto Sans" w:cs="Noto Sans Devanagari" w:eastAsia="Noto Sans Devanagari"/>
          <w:b/>
          <w:i w:val="0"/>
          <w:sz w:val="20"/>
        </w:rPr>
        <w:t>विषयः पैठारीको भुक्तानी प्रमाणपत्र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निम्न विवरण बमोजिमका सामानको पैठारीको लागि मेसर्स श्री __________________________ ले यस बैंकबाट निम्नानुसार (क) भुक्तानी गरी (ख) क्रेडिट सुविधा (यूसान्स प्रतीतपत्र) अन्तर्गत कागजात छुटाउनु भएको व्यहोरा प्रमाणित गर्दछु ।</w:t>
      </w:r>
    </w:p>
    <w:p>
      <w:pPr>
        <w:spacing w:after="64" w:line="259" w:lineRule="auto"/>
        <w:ind w:left="144"/>
      </w:pPr>
      <w:r>
        <w:rPr>
          <w:rFonts w:ascii="Noto Sans" w:hAnsi="Noto Sans" w:cs="Noto Sans Devanagari" w:eastAsia="Noto Sans Devanagari"/>
          <w:b w:val="0"/>
          <w:i w:val="0"/>
          <w:sz w:val="20"/>
        </w:rPr>
        <w:t>१. आयात प्रतीतपत्र/डि.ए.पी./डि.ए.ए. नम्बर ____________________</w:t>
      </w:r>
    </w:p>
    <w:p>
      <w:pPr>
        <w:spacing w:after="64" w:line="259" w:lineRule="auto"/>
        <w:ind w:left="144"/>
      </w:pPr>
      <w:r>
        <w:rPr>
          <w:rFonts w:ascii="Noto Sans" w:hAnsi="Noto Sans" w:cs="Noto Sans Devanagari" w:eastAsia="Noto Sans Devanagari"/>
          <w:b w:val="0"/>
          <w:i w:val="0"/>
          <w:sz w:val="20"/>
        </w:rPr>
        <w:t>२. प्रतीतपत्र खोलेको/डि.ए.पी./डि.ए.ए. प्राप्त भएको वि.मु. रकम ____________________</w:t>
      </w:r>
    </w:p>
    <w:p>
      <w:pPr>
        <w:spacing w:after="64" w:line="259" w:lineRule="auto"/>
        <w:ind w:left="144"/>
      </w:pPr>
      <w:r>
        <w:rPr>
          <w:rFonts w:ascii="Noto Sans" w:hAnsi="Noto Sans" w:cs="Noto Sans Devanagari" w:eastAsia="Noto Sans Devanagari"/>
          <w:b w:val="0"/>
          <w:i w:val="0"/>
          <w:sz w:val="20"/>
        </w:rPr>
        <w:t>३. भुक्तानी गरिएको वि.मु. रकम ____________________</w:t>
      </w:r>
    </w:p>
    <w:p>
      <w:pPr>
        <w:spacing w:after="64" w:line="259" w:lineRule="auto"/>
        <w:ind w:left="144"/>
      </w:pPr>
      <w:r>
        <w:rPr>
          <w:rFonts w:ascii="Noto Sans" w:hAnsi="Noto Sans" w:cs="Noto Sans Devanagari" w:eastAsia="Noto Sans Devanagari"/>
          <w:b w:val="0"/>
          <w:i w:val="0"/>
          <w:sz w:val="20"/>
        </w:rPr>
        <w:t>४. भुक्तानी गरिएको मिति ____________________</w:t>
      </w:r>
    </w:p>
    <w:p>
      <w:pPr>
        <w:spacing w:after="64" w:line="259" w:lineRule="auto"/>
        <w:ind w:left="144"/>
      </w:pPr>
      <w:r>
        <w:rPr>
          <w:rFonts w:ascii="Noto Sans" w:hAnsi="Noto Sans" w:cs="Noto Sans Devanagari" w:eastAsia="Noto Sans Devanagari"/>
          <w:b w:val="0"/>
          <w:i w:val="0"/>
          <w:sz w:val="20"/>
        </w:rPr>
        <w:t>५. क्रेडिट सुविधा अन्तर्गतको वि.मु. रकम ____________________</w:t>
      </w:r>
    </w:p>
    <w:p>
      <w:pPr>
        <w:spacing w:after="64" w:line="259" w:lineRule="auto"/>
        <w:ind w:left="144"/>
      </w:pPr>
      <w:r>
        <w:rPr>
          <w:rFonts w:ascii="Noto Sans" w:hAnsi="Noto Sans" w:cs="Noto Sans Devanagari" w:eastAsia="Noto Sans Devanagari"/>
          <w:b w:val="0"/>
          <w:i w:val="0"/>
          <w:sz w:val="20"/>
        </w:rPr>
        <w:t>६. विनिमय दर ____________________</w:t>
      </w:r>
    </w:p>
    <w:p>
      <w:pPr>
        <w:spacing w:after="64" w:line="259" w:lineRule="auto"/>
        <w:ind w:left="144"/>
      </w:pPr>
      <w:r>
        <w:rPr>
          <w:rFonts w:ascii="Noto Sans" w:hAnsi="Noto Sans" w:cs="Noto Sans Devanagari" w:eastAsia="Noto Sans Devanagari"/>
          <w:b w:val="0"/>
          <w:i w:val="0"/>
          <w:sz w:val="20"/>
        </w:rPr>
        <w:t>७. भुक्तानीको स्रोत ः (क) बैंकको मौज्दातबाट     (ख) आयातकर्ताको वि.मु. खाताबाट</w:t>
      </w:r>
    </w:p>
    <w:p>
      <w:pPr>
        <w:spacing w:after="64" w:line="259" w:lineRule="auto"/>
        <w:ind w:left="144"/>
      </w:pPr>
      <w:r>
        <w:rPr>
          <w:rFonts w:ascii="Noto Sans" w:hAnsi="Noto Sans" w:cs="Noto Sans Devanagari" w:eastAsia="Noto Sans Devanagari"/>
          <w:b w:val="0"/>
          <w:i w:val="0"/>
          <w:sz w:val="20"/>
        </w:rPr>
        <w:t>८. सामानको विवरण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556"/>
        <w:gridCol w:w="2556"/>
        <w:gridCol w:w="2556"/>
        <w:gridCol w:w="2556"/>
      </w:tblGrid>
      <w:tr>
        <w:trPr>
          <w:cantSplit/>
        </w:trPr>
        <w:tc>
          <w:tcPr>
            <w:tcW w:type="dxa" w:w="2556"/>
            <w:vAlign w:val="center"/>
            <w:shd w:fill="DCE6F1"/>
          </w:tcPr>
          <w:p>
            <w:pPr>
              <w:spacing w:after="0"/>
              <w:jc w:val="center"/>
            </w:pPr>
            <w:r>
              <w:rPr>
                <w:rFonts w:ascii="Noto Sans" w:hAnsi="Noto Sans" w:cs="Noto Sans Devanagari" w:eastAsia="Noto Sans Devanagari"/>
                <w:b/>
                <w:i w:val="0"/>
                <w:sz w:val="16"/>
              </w:rPr>
              <w:t>भुक्तानी गरिएको सामानको विवरण</w:t>
            </w:r>
          </w:p>
        </w:tc>
        <w:tc>
          <w:tcPr>
            <w:tcW w:type="dxa" w:w="2556"/>
            <w:vAlign w:val="center"/>
            <w:shd w:fill="DCE6F1"/>
          </w:tcPr>
          <w:p>
            <w:pPr>
              <w:spacing w:after="0"/>
              <w:jc w:val="center"/>
            </w:pPr>
            <w:r>
              <w:rPr>
                <w:rFonts w:ascii="Noto Sans" w:hAnsi="Noto Sans" w:cs="Noto Sans Devanagari" w:eastAsia="Noto Sans Devanagari"/>
                <w:b/>
                <w:i w:val="0"/>
                <w:sz w:val="16"/>
              </w:rPr>
              <w:t>हार्मोनिक कोड नं.</w:t>
            </w:r>
          </w:p>
        </w:tc>
        <w:tc>
          <w:tcPr>
            <w:tcW w:type="dxa" w:w="2556"/>
            <w:vAlign w:val="center"/>
            <w:shd w:fill="DCE6F1"/>
          </w:tcPr>
          <w:p>
            <w:pPr>
              <w:spacing w:after="0"/>
              <w:jc w:val="center"/>
            </w:pPr>
            <w:r>
              <w:rPr>
                <w:rFonts w:ascii="Noto Sans" w:hAnsi="Noto Sans" w:cs="Noto Sans Devanagari" w:eastAsia="Noto Sans Devanagari"/>
                <w:b/>
                <w:i w:val="0"/>
                <w:sz w:val="16"/>
              </w:rPr>
              <w:t>परिमाण</w:t>
            </w:r>
          </w:p>
        </w:tc>
        <w:tc>
          <w:tcPr>
            <w:tcW w:type="dxa" w:w="2556"/>
            <w:vAlign w:val="center"/>
            <w:shd w:fill="DCE6F1"/>
          </w:tcPr>
          <w:p>
            <w:pPr>
              <w:spacing w:after="0"/>
              <w:jc w:val="center"/>
            </w:pPr>
            <w:r>
              <w:rPr>
                <w:rFonts w:ascii="Noto Sans" w:hAnsi="Noto Sans" w:cs="Noto Sans Devanagari" w:eastAsia="Noto Sans Devanagari"/>
                <w:b/>
                <w:i w:val="0"/>
                <w:sz w:val="16"/>
              </w:rPr>
              <w:t>भुक्तानी रकम (वि.मु.)</w:t>
            </w:r>
          </w:p>
        </w:tc>
      </w:tr>
      <w:tr>
        <w:trPr>
          <w:cantSplit/>
        </w:trPr>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r>
      <w:tr>
        <w:trPr>
          <w:cantSplit/>
        </w:trPr>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c>
          <w:tcPr>
            <w:tcW w:type="dxa" w:w="2556"/>
            <w:vAlign w:val="center"/>
          </w:tcPr>
          <w:p>
            <w:pPr>
              <w:spacing w:after="0"/>
              <w:jc w:val="center"/>
            </w:pPr>
            <w:r>
              <w:rPr>
                <w:rFonts w:ascii="Noto Sans" w:hAnsi="Noto Sans" w:cs="Noto Sans Devanagari" w:eastAsia="Noto Sans Devanagari"/>
                <w:b w:val="0"/>
                <w:i w:val="0"/>
                <w:sz w:val="16"/>
              </w:rPr>
            </w:r>
          </w:p>
        </w:tc>
      </w:tr>
    </w:tbl>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छाप ः</w:t>
      </w:r>
    </w:p>
    <w:p>
      <w:pPr>
        <w:spacing w:after="64" w:line="259" w:lineRule="auto"/>
      </w:pPr>
      <w:r>
        <w:rPr>
          <w:rFonts w:ascii="Noto Sans" w:hAnsi="Noto Sans" w:cs="Noto Sans Devanagari" w:eastAsia="Noto Sans Devanagari"/>
          <w:b w:val="0"/>
          <w:i w:val="0"/>
          <w:sz w:val="20"/>
        </w:rPr>
        <w:t>द्रष्टव्यः</w:t>
      </w:r>
    </w:p>
    <w:p>
      <w:pPr>
        <w:spacing w:after="64" w:line="259" w:lineRule="auto"/>
      </w:pPr>
      <w:r>
        <w:rPr>
          <w:rFonts w:ascii="Noto Sans" w:hAnsi="Noto Sans" w:cs="Noto Sans Devanagari" w:eastAsia="Noto Sans Devanagari"/>
          <w:b w:val="0"/>
          <w:i w:val="0"/>
          <w:sz w:val="20"/>
        </w:rPr>
        <w:t>डि.ए.पी. भन्नाले Documents Against Payment लाई जनाउँछ ।</w:t>
      </w:r>
    </w:p>
    <w:p>
      <w:pPr>
        <w:spacing w:after="64" w:line="259" w:lineRule="auto"/>
      </w:pPr>
      <w:r>
        <w:rPr>
          <w:rFonts w:ascii="Noto Sans" w:hAnsi="Noto Sans" w:cs="Noto Sans Devanagari" w:eastAsia="Noto Sans Devanagari"/>
          <w:b w:val="0"/>
          <w:i w:val="0"/>
          <w:sz w:val="20"/>
        </w:rPr>
        <w:t>डि.ए.ए. भन्नाले Documents Against Acceptance भन्ने जनाउँछ ।</w:t>
      </w:r>
    </w:p>
    <w:p>
      <w:pPr>
        <w:spacing w:after="60" w:line="259" w:lineRule="auto"/>
        <w:jc w:val="center"/>
      </w:pPr>
      <w:r>
        <w:rPr>
          <w:rFonts w:ascii="Noto Sans" w:hAnsi="Noto Sans" w:cs="Noto Sans Devanagari" w:eastAsia="Noto Sans Devanagari"/>
          <w:b/>
          <w:i w:val="0"/>
          <w:sz w:val="20"/>
        </w:rPr>
        <w:t>भन्सार प्रयोजनको लागि</w:t>
      </w:r>
    </w:p>
    <w:p>
      <w:pPr>
        <w:spacing w:after="64" w:line="259" w:lineRule="auto"/>
      </w:pPr>
      <w:r>
        <w:rPr>
          <w:rFonts w:ascii="Noto Sans" w:hAnsi="Noto Sans" w:cs="Noto Sans Devanagari" w:eastAsia="Noto Sans Devanagari"/>
          <w:b w:val="0"/>
          <w:i w:val="0"/>
          <w:sz w:val="20"/>
        </w:rPr>
        <w:t>माथि उल्लिखित विवरण अनुसारको मूल्य विदेशी मुद्रा ____________________ को जम्मा ____________________ परिमाणको ____________________ सामानहरू मिति ____________________ को भन्सार रसिद नं. ____________________ बाट यस भन्सार कार्यालयबाट छुटाई लगेको प्रमाणित गर्दछौँ ।</w:t>
      </w:r>
    </w:p>
    <w:p>
      <w:pPr>
        <w:spacing w:after="60" w:line="259" w:lineRule="auto"/>
        <w:jc w:val="center"/>
      </w:pPr>
      <w:r>
        <w:rPr>
          <w:rFonts w:ascii="Noto Sans" w:hAnsi="Noto Sans" w:cs="Noto Sans Devanagari" w:eastAsia="Noto Sans Devanagari"/>
          <w:b w:val="0"/>
          <w:i w:val="0"/>
          <w:sz w:val="20"/>
        </w:rPr>
        <w:t>भन्सार अधिकृतको दस्तखत</w:t>
      </w:r>
    </w:p>
    <w:p>
      <w:pPr>
        <w:spacing w:after="60" w:line="259" w:lineRule="auto"/>
        <w:jc w:val="center"/>
      </w:pPr>
      <w:r>
        <w:rPr>
          <w:rFonts w:ascii="Noto Sans" w:hAnsi="Noto Sans" w:cs="Noto Sans Devanagari" w:eastAsia="Noto Sans Devanagari"/>
          <w:b w:val="0"/>
          <w:i w:val="0"/>
          <w:sz w:val="20"/>
        </w:rPr>
        <w:t>भन्सार अधिकृतको नाम ः ____________________</w:t>
      </w:r>
    </w:p>
    <w:p>
      <w:pPr>
        <w:spacing w:after="60" w:line="259" w:lineRule="auto"/>
        <w:jc w:val="center"/>
      </w:pPr>
      <w:r>
        <w:rPr>
          <w:rFonts w:ascii="Noto Sans" w:hAnsi="Noto Sans" w:cs="Noto Sans Devanagari" w:eastAsia="Noto Sans Devanagari"/>
          <w:b w:val="0"/>
          <w:i w:val="0"/>
          <w:sz w:val="20"/>
        </w:rPr>
        <w:t>छाप</w:t>
      </w:r>
    </w:p>
    <w:p>
      <w:pPr>
        <w:spacing w:after="64" w:line="259" w:lineRule="auto"/>
      </w:pPr>
      <w:r>
        <w:rPr>
          <w:rFonts w:ascii="Noto Sans" w:hAnsi="Noto Sans" w:cs="Noto Sans Devanagari" w:eastAsia="Noto Sans Devanagari"/>
          <w:b w:val="0"/>
          <w:i w:val="0"/>
          <w:sz w:val="20"/>
        </w:rPr>
        <w:t>नोट ः</w:t>
      </w:r>
    </w:p>
    <w:p>
      <w:pPr>
        <w:spacing w:after="64" w:line="259" w:lineRule="auto"/>
        <w:ind w:left="144"/>
      </w:pPr>
      <w:r>
        <w:rPr>
          <w:rFonts w:ascii="Noto Sans" w:hAnsi="Noto Sans" w:cs="Noto Sans Devanagari" w:eastAsia="Noto Sans Devanagari"/>
          <w:b w:val="0"/>
          <w:i w:val="0"/>
          <w:sz w:val="20"/>
        </w:rPr>
        <w:t>(क) पहिलो २ प्रति भन्सार प्रयोजनको लागि (भन्सार कार्यालयबाट प्रमाणित गरिसकेपछि १ प्रति सम्बन्धित बैंकमा नै बुझाउनु पर्ने) ।</w:t>
      </w:r>
    </w:p>
    <w:p>
      <w:pPr>
        <w:spacing w:after="64" w:line="259" w:lineRule="auto"/>
        <w:ind w:left="144"/>
      </w:pPr>
      <w:r>
        <w:rPr>
          <w:rFonts w:ascii="Noto Sans" w:hAnsi="Noto Sans" w:cs="Noto Sans Devanagari" w:eastAsia="Noto Sans Devanagari"/>
          <w:b w:val="0"/>
          <w:i w:val="0"/>
          <w:sz w:val="20"/>
        </w:rPr>
        <w:t>(ख) तेस्रो प्रति नेपाल राष्ट्र बैंक, विदेशी विनिमय व्यवस्थापन विभाग, बालुवाटारमा पठाउनु पर्ने ।</w:t>
      </w:r>
    </w:p>
    <w:p>
      <w:pPr>
        <w:spacing w:after="64" w:line="259" w:lineRule="auto"/>
        <w:ind w:left="144"/>
      </w:pPr>
      <w:r>
        <w:rPr>
          <w:rFonts w:ascii="Noto Sans" w:hAnsi="Noto Sans" w:cs="Noto Sans Devanagari" w:eastAsia="Noto Sans Devanagari"/>
          <w:b w:val="0"/>
          <w:i w:val="0"/>
          <w:sz w:val="20"/>
        </w:rPr>
        <w:t>(ग) चौथो प्रति सम्बन्धित बैंकमा अभिलेख राख्नु पर्ने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1.2</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1.1.4(a) of F.E. Circular No. 1)</w:t>
      </w:r>
    </w:p>
    <w:p>
      <w:pPr>
        <w:spacing w:after="100" w:line="259" w:lineRule="auto"/>
        <w:jc w:val="center"/>
      </w:pPr>
      <w:r>
        <w:rPr>
          <w:rFonts w:ascii="Noto Sans" w:hAnsi="Noto Sans" w:cs="Noto Sans Devanagari" w:eastAsia="Noto Sans Devanagari"/>
          <w:b/>
          <w:i w:val="0"/>
          <w:sz w:val="18"/>
        </w:rPr>
        <w:t>F.E. Control Form No. 4</w:t>
      </w:r>
    </w:p>
    <w:p>
      <w:pPr>
        <w:spacing w:after="60" w:line="259" w:lineRule="auto"/>
        <w:jc w:val="center"/>
      </w:pPr>
      <w:r>
        <w:rPr>
          <w:rFonts w:ascii="Noto Sans" w:hAnsi="Noto Sans" w:cs="Noto Sans Devanagari" w:eastAsia="Noto Sans Devanagari"/>
          <w:b w:val="0"/>
          <w:i w:val="0"/>
          <w:sz w:val="19"/>
        </w:rPr>
        <w:t>________________________ Bank</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val="0"/>
          <w:i w:val="0"/>
          <w:sz w:val="19"/>
        </w:rPr>
        <w:t>Serial No. ____________________    Date: ____________________</w:t>
      </w:r>
    </w:p>
    <w:p>
      <w:pPr>
        <w:spacing w:after="60" w:line="259" w:lineRule="auto"/>
        <w:jc w:val="center"/>
      </w:pPr>
      <w:r>
        <w:rPr>
          <w:rFonts w:ascii="Noto Sans" w:hAnsi="Noto Sans" w:cs="Noto Sans Devanagari" w:eastAsia="Noto Sans Devanagari"/>
          <w:b/>
          <w:i w:val="0"/>
          <w:sz w:val="19"/>
        </w:rPr>
        <w:t>Subject: Certificate of Payment for Import</w:t>
      </w:r>
    </w:p>
    <w:p>
      <w:pPr>
        <w:spacing w:after="72" w:line="259" w:lineRule="auto"/>
      </w:pPr>
      <w:r>
        <w:rPr>
          <w:rFonts w:ascii="Noto Sans" w:hAnsi="Noto Sans" w:cs="Noto Sans Devanagari" w:eastAsia="Noto Sans Devanagari"/>
          <w:b w:val="0"/>
          <w:i w:val="0"/>
          <w:color w:val="222222"/>
          <w:sz w:val="19"/>
        </w:rPr>
        <w:t>Sir/Madam,</w:t>
      </w:r>
    </w:p>
    <w:p>
      <w:pPr>
        <w:spacing w:after="72" w:line="259" w:lineRule="auto"/>
      </w:pPr>
      <w:r>
        <w:rPr>
          <w:rFonts w:ascii="Noto Sans" w:hAnsi="Noto Sans" w:cs="Noto Sans Devanagari" w:eastAsia="Noto Sans Devanagari"/>
          <w:b w:val="0"/>
          <w:i w:val="0"/>
          <w:color w:val="222222"/>
          <w:sz w:val="19"/>
        </w:rPr>
        <w:t>This is to certify that, for the import of the goods described below, M/s __________________________ has, through this Bank, (a) made payment as stated below / (b) obtained release of documents under the credit facility (Usance Letter of Credit), as applicable.</w:t>
      </w:r>
    </w:p>
    <w:p>
      <w:pPr>
        <w:spacing w:after="72" w:line="259" w:lineRule="auto"/>
        <w:ind w:left="144"/>
      </w:pPr>
      <w:r>
        <w:rPr>
          <w:rFonts w:ascii="Noto Sans" w:hAnsi="Noto Sans" w:cs="Noto Sans Devanagari" w:eastAsia="Noto Sans Devanagari"/>
          <w:b w:val="0"/>
          <w:i w:val="0"/>
          <w:color w:val="222222"/>
          <w:sz w:val="19"/>
        </w:rPr>
        <w:t>1. Import Letter of Credit / DAP / DAA No. ____________________</w:t>
      </w:r>
    </w:p>
    <w:p>
      <w:pPr>
        <w:spacing w:after="72" w:line="259" w:lineRule="auto"/>
        <w:ind w:left="144"/>
      </w:pPr>
      <w:r>
        <w:rPr>
          <w:rFonts w:ascii="Noto Sans" w:hAnsi="Noto Sans" w:cs="Noto Sans Devanagari" w:eastAsia="Noto Sans Devanagari"/>
          <w:b w:val="0"/>
          <w:i w:val="0"/>
          <w:color w:val="222222"/>
          <w:sz w:val="19"/>
        </w:rPr>
        <w:t>2. Foreign currency amount of Letter of Credit opened / DAP / DAA received ____________________</w:t>
      </w:r>
    </w:p>
    <w:p>
      <w:pPr>
        <w:spacing w:after="72" w:line="259" w:lineRule="auto"/>
        <w:ind w:left="144"/>
      </w:pPr>
      <w:r>
        <w:rPr>
          <w:rFonts w:ascii="Noto Sans" w:hAnsi="Noto Sans" w:cs="Noto Sans Devanagari" w:eastAsia="Noto Sans Devanagari"/>
          <w:b w:val="0"/>
          <w:i w:val="0"/>
          <w:color w:val="222222"/>
          <w:sz w:val="19"/>
        </w:rPr>
        <w:t>3. Foreign currency amount paid ____________________</w:t>
      </w:r>
    </w:p>
    <w:p>
      <w:pPr>
        <w:spacing w:after="72" w:line="259" w:lineRule="auto"/>
        <w:ind w:left="144"/>
      </w:pPr>
      <w:r>
        <w:rPr>
          <w:rFonts w:ascii="Noto Sans" w:hAnsi="Noto Sans" w:cs="Noto Sans Devanagari" w:eastAsia="Noto Sans Devanagari"/>
          <w:b w:val="0"/>
          <w:i w:val="0"/>
          <w:color w:val="222222"/>
          <w:sz w:val="19"/>
        </w:rPr>
        <w:t>4. Date of payment ____________________</w:t>
      </w:r>
    </w:p>
    <w:p>
      <w:pPr>
        <w:spacing w:after="72" w:line="259" w:lineRule="auto"/>
        <w:ind w:left="144"/>
      </w:pPr>
      <w:r>
        <w:rPr>
          <w:rFonts w:ascii="Noto Sans" w:hAnsi="Noto Sans" w:cs="Noto Sans Devanagari" w:eastAsia="Noto Sans Devanagari"/>
          <w:b w:val="0"/>
          <w:i w:val="0"/>
          <w:color w:val="222222"/>
          <w:sz w:val="19"/>
        </w:rPr>
        <w:t>5. Foreign currency amount under credit facility ____________________</w:t>
      </w:r>
    </w:p>
    <w:p>
      <w:pPr>
        <w:spacing w:after="72" w:line="259" w:lineRule="auto"/>
        <w:ind w:left="144"/>
      </w:pPr>
      <w:r>
        <w:rPr>
          <w:rFonts w:ascii="Noto Sans" w:hAnsi="Noto Sans" w:cs="Noto Sans Devanagari" w:eastAsia="Noto Sans Devanagari"/>
          <w:b w:val="0"/>
          <w:i w:val="0"/>
          <w:color w:val="222222"/>
          <w:sz w:val="19"/>
        </w:rPr>
        <w:t>6. Exchange rate ____________________</w:t>
      </w:r>
    </w:p>
    <w:p>
      <w:pPr>
        <w:spacing w:after="72" w:line="259" w:lineRule="auto"/>
        <w:ind w:left="144"/>
      </w:pPr>
      <w:r>
        <w:rPr>
          <w:rFonts w:ascii="Noto Sans" w:hAnsi="Noto Sans" w:cs="Noto Sans Devanagari" w:eastAsia="Noto Sans Devanagari"/>
          <w:b w:val="0"/>
          <w:i w:val="0"/>
          <w:color w:val="222222"/>
          <w:sz w:val="19"/>
        </w:rPr>
        <w:t>7. Source of payment: (a) From the bank’s foreign currency balance     (b) From the importer’s foreign currency account</w:t>
      </w:r>
    </w:p>
    <w:p>
      <w:pPr>
        <w:spacing w:after="72" w:line="259" w:lineRule="auto"/>
        <w:ind w:left="144"/>
      </w:pPr>
      <w:r>
        <w:rPr>
          <w:rFonts w:ascii="Noto Sans" w:hAnsi="Noto Sans" w:cs="Noto Sans Devanagari" w:eastAsia="Noto Sans Devanagari"/>
          <w:b w:val="0"/>
          <w:i w:val="0"/>
          <w:color w:val="222222"/>
          <w:sz w:val="19"/>
        </w:rPr>
        <w:t>8. Particulars of goods: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556"/>
        <w:gridCol w:w="2556"/>
        <w:gridCol w:w="2556"/>
        <w:gridCol w:w="2556"/>
      </w:tblGrid>
      <w:tr>
        <w:trPr>
          <w:cantSplit/>
        </w:trPr>
        <w:tc>
          <w:tcPr>
            <w:tcW w:type="dxa" w:w="2556"/>
            <w:vAlign w:val="center"/>
            <w:shd w:fill="DCE6F1"/>
          </w:tcPr>
          <w:p>
            <w:pPr>
              <w:spacing w:after="0"/>
              <w:jc w:val="center"/>
            </w:pPr>
            <w:r>
              <w:rPr>
                <w:rFonts w:ascii="Noto Sans" w:hAnsi="Noto Sans" w:cs="Noto Sans Devanagari" w:eastAsia="Noto Sans Devanagari"/>
                <w:b/>
                <w:i w:val="0"/>
                <w:sz w:val="15"/>
              </w:rPr>
              <w:t>Particulars of goods for which payment was made</w:t>
            </w:r>
          </w:p>
        </w:tc>
        <w:tc>
          <w:tcPr>
            <w:tcW w:type="dxa" w:w="2556"/>
            <w:vAlign w:val="center"/>
            <w:shd w:fill="DCE6F1"/>
          </w:tcPr>
          <w:p>
            <w:pPr>
              <w:spacing w:after="0"/>
              <w:jc w:val="center"/>
            </w:pPr>
            <w:r>
              <w:rPr>
                <w:rFonts w:ascii="Noto Sans" w:hAnsi="Noto Sans" w:cs="Noto Sans Devanagari" w:eastAsia="Noto Sans Devanagari"/>
                <w:b/>
                <w:i w:val="0"/>
                <w:sz w:val="15"/>
              </w:rPr>
              <w:t>Harmonized Code No.</w:t>
            </w:r>
          </w:p>
        </w:tc>
        <w:tc>
          <w:tcPr>
            <w:tcW w:type="dxa" w:w="2556"/>
            <w:vAlign w:val="center"/>
            <w:shd w:fill="DCE6F1"/>
          </w:tcPr>
          <w:p>
            <w:pPr>
              <w:spacing w:after="0"/>
              <w:jc w:val="center"/>
            </w:pPr>
            <w:r>
              <w:rPr>
                <w:rFonts w:ascii="Noto Sans" w:hAnsi="Noto Sans" w:cs="Noto Sans Devanagari" w:eastAsia="Noto Sans Devanagari"/>
                <w:b/>
                <w:i w:val="0"/>
                <w:sz w:val="15"/>
              </w:rPr>
              <w:t>Quantity</w:t>
            </w:r>
          </w:p>
        </w:tc>
        <w:tc>
          <w:tcPr>
            <w:tcW w:type="dxa" w:w="2556"/>
            <w:vAlign w:val="center"/>
            <w:shd w:fill="DCE6F1"/>
          </w:tcPr>
          <w:p>
            <w:pPr>
              <w:spacing w:after="0"/>
              <w:jc w:val="center"/>
            </w:pPr>
            <w:r>
              <w:rPr>
                <w:rFonts w:ascii="Noto Sans" w:hAnsi="Noto Sans" w:cs="Noto Sans Devanagari" w:eastAsia="Noto Sans Devanagari"/>
                <w:b/>
                <w:i w:val="0"/>
                <w:sz w:val="15"/>
              </w:rPr>
              <w:t>Amount paid (foreign currency)</w:t>
            </w:r>
          </w:p>
        </w:tc>
      </w:tr>
      <w:tr>
        <w:trPr>
          <w:cantSplit/>
        </w:trPr>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r>
      <w:tr>
        <w:trPr>
          <w:cantSplit/>
        </w:trPr>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c>
          <w:tcPr>
            <w:tcW w:type="dxa" w:w="2556"/>
            <w:vAlign w:val="center"/>
          </w:tcPr>
          <w:p>
            <w:pPr>
              <w:spacing w:after="0"/>
              <w:jc w:val="center"/>
            </w:pPr>
            <w:r>
              <w:rPr>
                <w:rFonts w:ascii="Noto Sans" w:hAnsi="Noto Sans" w:cs="Noto Sans Devanagari" w:eastAsia="Noto Sans Devanagari"/>
                <w:b w:val="0"/>
                <w:i w:val="0"/>
                <w:sz w:val="15"/>
              </w:rPr>
            </w:r>
          </w:p>
        </w:tc>
      </w:tr>
    </w:tbl>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Seal:</w:t>
      </w:r>
    </w:p>
    <w:p>
      <w:pPr>
        <w:spacing w:after="72" w:line="259" w:lineRule="auto"/>
      </w:pPr>
      <w:r>
        <w:rPr>
          <w:rFonts w:ascii="Noto Sans" w:hAnsi="Noto Sans" w:cs="Noto Sans Devanagari" w:eastAsia="Noto Sans Devanagari"/>
          <w:b w:val="0"/>
          <w:i w:val="0"/>
          <w:color w:val="222222"/>
          <w:sz w:val="19"/>
        </w:rPr>
        <w:t>Note:</w:t>
      </w:r>
    </w:p>
    <w:p>
      <w:pPr>
        <w:spacing w:after="72" w:line="259" w:lineRule="auto"/>
      </w:pPr>
      <w:r>
        <w:rPr>
          <w:rFonts w:ascii="Noto Sans" w:hAnsi="Noto Sans" w:cs="Noto Sans Devanagari" w:eastAsia="Noto Sans Devanagari"/>
          <w:b w:val="0"/>
          <w:i w:val="0"/>
          <w:color w:val="222222"/>
          <w:sz w:val="19"/>
        </w:rPr>
        <w:t>DAP means Documents Against Payment.</w:t>
      </w:r>
    </w:p>
    <w:p>
      <w:pPr>
        <w:spacing w:after="72" w:line="259" w:lineRule="auto"/>
      </w:pPr>
      <w:r>
        <w:rPr>
          <w:rFonts w:ascii="Noto Sans" w:hAnsi="Noto Sans" w:cs="Noto Sans Devanagari" w:eastAsia="Noto Sans Devanagari"/>
          <w:b w:val="0"/>
          <w:i w:val="0"/>
          <w:color w:val="222222"/>
          <w:sz w:val="19"/>
        </w:rPr>
        <w:t>DAA means Documents Against Acceptance.</w:t>
      </w:r>
    </w:p>
    <w:p>
      <w:pPr>
        <w:spacing w:after="60" w:line="259" w:lineRule="auto"/>
        <w:jc w:val="center"/>
      </w:pPr>
      <w:r>
        <w:rPr>
          <w:rFonts w:ascii="Noto Sans" w:hAnsi="Noto Sans" w:cs="Noto Sans Devanagari" w:eastAsia="Noto Sans Devanagari"/>
          <w:b/>
          <w:i w:val="0"/>
          <w:sz w:val="19"/>
        </w:rPr>
        <w:t>For Customs Purposes</w:t>
      </w:r>
    </w:p>
    <w:p>
      <w:pPr>
        <w:spacing w:after="72" w:line="259" w:lineRule="auto"/>
      </w:pPr>
      <w:r>
        <w:rPr>
          <w:rFonts w:ascii="Noto Sans" w:hAnsi="Noto Sans" w:cs="Noto Sans Devanagari" w:eastAsia="Noto Sans Devanagari"/>
          <w:b w:val="0"/>
          <w:i w:val="0"/>
          <w:color w:val="222222"/>
          <w:sz w:val="19"/>
        </w:rPr>
        <w:t>It is certified that, in accordance with the particulars stated above, goods having a value of foreign currency ____________________, in a total quantity of ____________________, were released from this Customs Office under Customs Receipt No. ____________________ dated ____________________.</w:t>
      </w:r>
    </w:p>
    <w:p>
      <w:pPr>
        <w:spacing w:after="60" w:line="259" w:lineRule="auto"/>
        <w:jc w:val="center"/>
      </w:pPr>
      <w:r>
        <w:rPr>
          <w:rFonts w:ascii="Noto Sans" w:hAnsi="Noto Sans" w:cs="Noto Sans Devanagari" w:eastAsia="Noto Sans Devanagari"/>
          <w:b w:val="0"/>
          <w:i w:val="0"/>
          <w:sz w:val="19"/>
        </w:rPr>
        <w:t>Signature of Customs Officer</w:t>
      </w:r>
    </w:p>
    <w:p>
      <w:pPr>
        <w:spacing w:after="60" w:line="259" w:lineRule="auto"/>
        <w:jc w:val="center"/>
      </w:pPr>
      <w:r>
        <w:rPr>
          <w:rFonts w:ascii="Noto Sans" w:hAnsi="Noto Sans" w:cs="Noto Sans Devanagari" w:eastAsia="Noto Sans Devanagari"/>
          <w:b w:val="0"/>
          <w:i w:val="0"/>
          <w:sz w:val="19"/>
        </w:rPr>
        <w:t>Name of Customs Officer: ____________________</w:t>
      </w:r>
    </w:p>
    <w:p>
      <w:pPr>
        <w:spacing w:after="60" w:line="259" w:lineRule="auto"/>
        <w:jc w:val="center"/>
      </w:pPr>
      <w:r>
        <w:rPr>
          <w:rFonts w:ascii="Noto Sans" w:hAnsi="Noto Sans" w:cs="Noto Sans Devanagari" w:eastAsia="Noto Sans Devanagari"/>
          <w:b w:val="0"/>
          <w:i w:val="0"/>
          <w:sz w:val="19"/>
        </w:rPr>
        <w:t>Seal</w:t>
      </w:r>
    </w:p>
    <w:p>
      <w:pPr>
        <w:spacing w:after="72" w:line="259" w:lineRule="auto"/>
      </w:pPr>
      <w:r>
        <w:rPr>
          <w:rFonts w:ascii="Noto Sans" w:hAnsi="Noto Sans" w:cs="Noto Sans Devanagari" w:eastAsia="Noto Sans Devanagari"/>
          <w:b w:val="0"/>
          <w:i w:val="0"/>
          <w:color w:val="222222"/>
          <w:sz w:val="19"/>
        </w:rPr>
        <w:t>Note:</w:t>
      </w:r>
    </w:p>
    <w:p>
      <w:pPr>
        <w:spacing w:after="72" w:line="259" w:lineRule="auto"/>
        <w:ind w:left="144"/>
      </w:pPr>
      <w:r>
        <w:rPr>
          <w:rFonts w:ascii="Noto Sans" w:hAnsi="Noto Sans" w:cs="Noto Sans Devanagari" w:eastAsia="Noto Sans Devanagari"/>
          <w:b w:val="0"/>
          <w:i w:val="0"/>
          <w:color w:val="222222"/>
          <w:sz w:val="19"/>
        </w:rPr>
        <w:t>(a) The first two copies are for customs purposes (after certification by the Customs Office, one copy shall be submitted to the concerned bank).</w:t>
      </w:r>
    </w:p>
    <w:p>
      <w:pPr>
        <w:spacing w:after="72" w:line="259" w:lineRule="auto"/>
        <w:ind w:left="144"/>
      </w:pPr>
      <w:r>
        <w:rPr>
          <w:rFonts w:ascii="Noto Sans" w:hAnsi="Noto Sans" w:cs="Noto Sans Devanagari" w:eastAsia="Noto Sans Devanagari"/>
          <w:b w:val="0"/>
          <w:i w:val="0"/>
          <w:color w:val="222222"/>
          <w:sz w:val="19"/>
        </w:rPr>
        <w:t>(b) The third copy shall be sent to Nepal Rastra Bank, Foreign Exchange Management Department, Baluwatar.</w:t>
      </w:r>
    </w:p>
    <w:p>
      <w:pPr>
        <w:spacing w:after="72" w:line="259" w:lineRule="auto"/>
        <w:ind w:left="144"/>
      </w:pPr>
      <w:r>
        <w:rPr>
          <w:rFonts w:ascii="Noto Sans" w:hAnsi="Noto Sans" w:cs="Noto Sans Devanagari" w:eastAsia="Noto Sans Devanagari"/>
          <w:b w:val="0"/>
          <w:i w:val="0"/>
          <w:color w:val="222222"/>
          <w:sz w:val="19"/>
        </w:rPr>
        <w:t>(c) The fourth copy shall be retained on record by the concerned bank.</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1.3</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१.१.४ (ख) को (७) को प्रयोजनका लागि)</w:t>
      </w:r>
    </w:p>
    <w:p>
      <w:pPr>
        <w:spacing w:after="100" w:line="259" w:lineRule="auto"/>
        <w:jc w:val="center"/>
      </w:pPr>
      <w:r>
        <w:rPr>
          <w:rFonts w:ascii="Noto Sans" w:hAnsi="Noto Sans" w:cs="Noto Sans Devanagari" w:eastAsia="Noto Sans Devanagari"/>
          <w:b/>
          <w:i w:val="0"/>
          <w:sz w:val="19"/>
        </w:rPr>
        <w:t>वि.वि.नि.फा.नं. ४(घ)</w:t>
      </w:r>
    </w:p>
    <w:p>
      <w:pPr>
        <w:spacing w:after="60" w:line="259" w:lineRule="auto"/>
        <w:jc w:val="center"/>
      </w:pPr>
      <w:r>
        <w:rPr>
          <w:rFonts w:ascii="Noto Sans" w:hAnsi="Noto Sans" w:cs="Noto Sans Devanagari" w:eastAsia="Noto Sans Devanagari"/>
          <w:b w:val="0"/>
          <w:i w:val="0"/>
          <w:sz w:val="20"/>
        </w:rPr>
        <w:t>मिति ः ____________________</w:t>
      </w:r>
    </w:p>
    <w:p>
      <w:pPr>
        <w:spacing w:after="60" w:line="259" w:lineRule="auto"/>
        <w:jc w:val="center"/>
      </w:pPr>
      <w:r>
        <w:rPr>
          <w:rFonts w:ascii="Noto Sans" w:hAnsi="Noto Sans" w:cs="Noto Sans Devanagari" w:eastAsia="Noto Sans Devanagari"/>
          <w:b w:val="0"/>
          <w:i w:val="0"/>
          <w:sz w:val="20"/>
        </w:rPr>
        <w:t>________________________ शाखा</w:t>
      </w:r>
    </w:p>
    <w:p>
      <w:pPr>
        <w:spacing w:after="60" w:line="259" w:lineRule="auto"/>
        <w:jc w:val="center"/>
      </w:pPr>
      <w:r>
        <w:rPr>
          <w:rFonts w:ascii="Noto Sans" w:hAnsi="Noto Sans" w:cs="Noto Sans Devanagari" w:eastAsia="Noto Sans Devanagari"/>
          <w:b/>
          <w:i w:val="0"/>
          <w:sz w:val="20"/>
        </w:rPr>
        <w:t>क्रेडिट सुविधा (Usance प्रतीतपत्र) अन्तर्गत भुक्तानी गरेको प्रमाणपत्र</w:t>
      </w:r>
    </w:p>
    <w:p>
      <w:pPr>
        <w:spacing w:after="64" w:line="259" w:lineRule="auto"/>
      </w:pPr>
      <w:r>
        <w:rPr>
          <w:rFonts w:ascii="Noto Sans" w:hAnsi="Noto Sans" w:cs="Noto Sans Devanagari" w:eastAsia="Noto Sans Devanagari"/>
          <w:b w:val="0"/>
          <w:i w:val="0"/>
          <w:sz w:val="20"/>
        </w:rPr>
        <w:t>श्री नेपाल राष्ट्र बैंक</w:t>
      </w:r>
    </w:p>
    <w:p>
      <w:pPr>
        <w:spacing w:after="64" w:line="259" w:lineRule="auto"/>
      </w:pPr>
      <w:r>
        <w:rPr>
          <w:rFonts w:ascii="Noto Sans" w:hAnsi="Noto Sans" w:cs="Noto Sans Devanagari" w:eastAsia="Noto Sans Devanagari"/>
          <w:b w:val="0"/>
          <w:i w:val="0"/>
          <w:sz w:val="20"/>
        </w:rPr>
        <w:t>विदेशी विनिमय व्यवस्थापन विभाग</w:t>
      </w:r>
    </w:p>
    <w:p>
      <w:pPr>
        <w:spacing w:after="64" w:line="259" w:lineRule="auto"/>
      </w:pPr>
      <w:r>
        <w:rPr>
          <w:rFonts w:ascii="Noto Sans" w:hAnsi="Noto Sans" w:cs="Noto Sans Devanagari" w:eastAsia="Noto Sans Devanagari"/>
          <w:b w:val="0"/>
          <w:i w:val="0"/>
          <w:sz w:val="20"/>
        </w:rPr>
        <w:t>बालुवाटार, काठमाडौं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तल उल्लिखित आयातकर्ताले क्रेडिट सुविधा (Usance प्रतीतपत्र) अन्तर्गत खोलेको प्रतीतपत्रबाट मिति ____________________ मा छुटाएको Document को भुक्तानी निम्न बमोजिम भएको व्यहोरा प्रमाणित गर्दछु ।</w:t>
      </w:r>
    </w:p>
    <w:p>
      <w:pPr>
        <w:spacing w:after="64" w:line="259" w:lineRule="auto"/>
        <w:ind w:left="144"/>
      </w:pPr>
      <w:r>
        <w:rPr>
          <w:rFonts w:ascii="Noto Sans" w:hAnsi="Noto Sans" w:cs="Noto Sans Devanagari" w:eastAsia="Noto Sans Devanagari"/>
          <w:b w:val="0"/>
          <w:i w:val="0"/>
          <w:sz w:val="20"/>
        </w:rPr>
        <w:t>१. आयातकर्ताको नाम ः ____________________</w:t>
      </w:r>
    </w:p>
    <w:p>
      <w:pPr>
        <w:spacing w:after="64" w:line="259" w:lineRule="auto"/>
        <w:ind w:left="144"/>
      </w:pPr>
      <w:r>
        <w:rPr>
          <w:rFonts w:ascii="Noto Sans" w:hAnsi="Noto Sans" w:cs="Noto Sans Devanagari" w:eastAsia="Noto Sans Devanagari"/>
          <w:b w:val="0"/>
          <w:i w:val="0"/>
          <w:sz w:val="20"/>
        </w:rPr>
        <w:t>२. प्रतीतपत्र नं. ः ____________________</w:t>
      </w:r>
    </w:p>
    <w:p>
      <w:pPr>
        <w:spacing w:after="64" w:line="259" w:lineRule="auto"/>
        <w:ind w:left="144"/>
      </w:pPr>
      <w:r>
        <w:rPr>
          <w:rFonts w:ascii="Noto Sans" w:hAnsi="Noto Sans" w:cs="Noto Sans Devanagari" w:eastAsia="Noto Sans Devanagari"/>
          <w:b w:val="0"/>
          <w:i w:val="0"/>
          <w:sz w:val="20"/>
        </w:rPr>
        <w:t>३. प्रतीतपत्र खोल्दाको मिति ः ____________________</w:t>
      </w:r>
    </w:p>
    <w:p>
      <w:pPr>
        <w:spacing w:after="64" w:line="259" w:lineRule="auto"/>
        <w:ind w:left="144"/>
      </w:pPr>
      <w:r>
        <w:rPr>
          <w:rFonts w:ascii="Noto Sans" w:hAnsi="Noto Sans" w:cs="Noto Sans Devanagari" w:eastAsia="Noto Sans Devanagari"/>
          <w:b w:val="0"/>
          <w:i w:val="0"/>
          <w:sz w:val="20"/>
        </w:rPr>
        <w:t>४. प्रतीतपत्र खोल्दाको रकम ः ____________________</w:t>
      </w:r>
    </w:p>
    <w:p>
      <w:pPr>
        <w:spacing w:after="64" w:line="259" w:lineRule="auto"/>
        <w:ind w:left="144"/>
      </w:pPr>
      <w:r>
        <w:rPr>
          <w:rFonts w:ascii="Noto Sans" w:hAnsi="Noto Sans" w:cs="Noto Sans Devanagari" w:eastAsia="Noto Sans Devanagari"/>
          <w:b w:val="0"/>
          <w:i w:val="0"/>
          <w:sz w:val="20"/>
        </w:rPr>
        <w:t>५. भुक्तानी गरिएको वि.मु. रकम ः ____________________</w:t>
      </w:r>
    </w:p>
    <w:p>
      <w:pPr>
        <w:spacing w:after="64" w:line="259" w:lineRule="auto"/>
        <w:ind w:left="144"/>
      </w:pPr>
      <w:r>
        <w:rPr>
          <w:rFonts w:ascii="Noto Sans" w:hAnsi="Noto Sans" w:cs="Noto Sans Devanagari" w:eastAsia="Noto Sans Devanagari"/>
          <w:b w:val="0"/>
          <w:i w:val="0"/>
          <w:sz w:val="20"/>
        </w:rPr>
        <w:t>६. भुक्तानी मिति ः ____________________</w:t>
      </w:r>
    </w:p>
    <w:p>
      <w:pPr>
        <w:spacing w:after="64" w:line="259" w:lineRule="auto"/>
        <w:ind w:left="144"/>
      </w:pPr>
      <w:r>
        <w:rPr>
          <w:rFonts w:ascii="Noto Sans" w:hAnsi="Noto Sans" w:cs="Noto Sans Devanagari" w:eastAsia="Noto Sans Devanagari"/>
          <w:b w:val="0"/>
          <w:i w:val="0"/>
          <w:sz w:val="20"/>
        </w:rPr>
        <w:t>७. विनिमय दर ः ____________________</w:t>
      </w:r>
    </w:p>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नाम ः ____________________</w:t>
      </w:r>
    </w:p>
    <w:p>
      <w:pPr>
        <w:spacing w:after="60" w:line="259" w:lineRule="auto"/>
        <w:jc w:val="center"/>
      </w:pPr>
      <w:r>
        <w:rPr>
          <w:rFonts w:ascii="Noto Sans" w:hAnsi="Noto Sans" w:cs="Noto Sans Devanagari" w:eastAsia="Noto Sans Devanagari"/>
          <w:b w:val="0"/>
          <w:i w:val="0"/>
          <w:sz w:val="20"/>
        </w:rPr>
        <w:t>पद ः ____________________</w:t>
      </w:r>
    </w:p>
    <w:p>
      <w:pPr>
        <w:spacing w:after="60" w:line="259" w:lineRule="auto"/>
        <w:jc w:val="center"/>
      </w:pPr>
      <w:r>
        <w:rPr>
          <w:rFonts w:ascii="Noto Sans" w:hAnsi="Noto Sans" w:cs="Noto Sans Devanagari" w:eastAsia="Noto Sans Devanagari"/>
          <w:b w:val="0"/>
          <w:i w:val="0"/>
          <w:sz w:val="20"/>
        </w:rPr>
        <w:t>बैंकको छाप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1.3</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1.1.4(b)(7) of F.E. Circular No. 1)</w:t>
      </w:r>
    </w:p>
    <w:p>
      <w:pPr>
        <w:spacing w:after="100" w:line="259" w:lineRule="auto"/>
        <w:jc w:val="center"/>
      </w:pPr>
      <w:r>
        <w:rPr>
          <w:rFonts w:ascii="Noto Sans" w:hAnsi="Noto Sans" w:cs="Noto Sans Devanagari" w:eastAsia="Noto Sans Devanagari"/>
          <w:b/>
          <w:i w:val="0"/>
          <w:sz w:val="18"/>
        </w:rPr>
        <w:t>F.E. Control Form No. 4(d)</w:t>
      </w:r>
    </w:p>
    <w:p>
      <w:pPr>
        <w:spacing w:after="60" w:line="259" w:lineRule="auto"/>
        <w:jc w:val="center"/>
      </w:pPr>
      <w:r>
        <w:rPr>
          <w:rFonts w:ascii="Noto Sans" w:hAnsi="Noto Sans" w:cs="Noto Sans Devanagari" w:eastAsia="Noto Sans Devanagari"/>
          <w:b w:val="0"/>
          <w:i w:val="0"/>
          <w:sz w:val="19"/>
        </w:rPr>
        <w:t>Date: ____________________</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i w:val="0"/>
          <w:sz w:val="19"/>
        </w:rPr>
        <w:t>Certificate of Payment under Credit Facility (Usance Letter of Credit)</w:t>
      </w:r>
    </w:p>
    <w:p>
      <w:pPr>
        <w:spacing w:after="72" w:line="259" w:lineRule="auto"/>
      </w:pPr>
      <w:r>
        <w:rPr>
          <w:rFonts w:ascii="Noto Sans" w:hAnsi="Noto Sans" w:cs="Noto Sans Devanagari" w:eastAsia="Noto Sans Devanagari"/>
          <w:b w:val="0"/>
          <w:i w:val="0"/>
          <w:color w:val="222222"/>
          <w:sz w:val="19"/>
        </w:rPr>
        <w:t>To: Nepal Rastra Bank</w:t>
      </w:r>
    </w:p>
    <w:p>
      <w:pPr>
        <w:spacing w:after="72" w:line="259" w:lineRule="auto"/>
      </w:pPr>
      <w:r>
        <w:rPr>
          <w:rFonts w:ascii="Noto Sans" w:hAnsi="Noto Sans" w:cs="Noto Sans Devanagari" w:eastAsia="Noto Sans Devanagari"/>
          <w:b w:val="0"/>
          <w:i w:val="0"/>
          <w:color w:val="222222"/>
          <w:sz w:val="19"/>
        </w:rPr>
        <w:t>Foreign Exchange Management Department</w:t>
      </w:r>
    </w:p>
    <w:p>
      <w:pPr>
        <w:spacing w:after="72" w:line="259" w:lineRule="auto"/>
      </w:pPr>
      <w:r>
        <w:rPr>
          <w:rFonts w:ascii="Noto Sans" w:hAnsi="Noto Sans" w:cs="Noto Sans Devanagari" w:eastAsia="Noto Sans Devanagari"/>
          <w:b w:val="0"/>
          <w:i w:val="0"/>
          <w:color w:val="222222"/>
          <w:sz w:val="19"/>
        </w:rPr>
        <w:t>Baluwatar, Kathmandu.</w:t>
      </w:r>
    </w:p>
    <w:p>
      <w:pPr>
        <w:spacing w:after="72" w:line="259" w:lineRule="auto"/>
      </w:pPr>
      <w:r>
        <w:rPr>
          <w:rFonts w:ascii="Noto Sans" w:hAnsi="Noto Sans" w:cs="Noto Sans Devanagari" w:eastAsia="Noto Sans Devanagari"/>
          <w:b w:val="0"/>
          <w:i w:val="0"/>
          <w:color w:val="222222"/>
          <w:sz w:val="19"/>
        </w:rPr>
        <w:t>Sir/Madam,</w:t>
      </w:r>
    </w:p>
    <w:p>
      <w:pPr>
        <w:spacing w:after="72" w:line="259" w:lineRule="auto"/>
      </w:pPr>
      <w:r>
        <w:rPr>
          <w:rFonts w:ascii="Noto Sans" w:hAnsi="Noto Sans" w:cs="Noto Sans Devanagari" w:eastAsia="Noto Sans Devanagari"/>
          <w:b w:val="0"/>
          <w:i w:val="0"/>
          <w:color w:val="222222"/>
          <w:sz w:val="19"/>
        </w:rPr>
        <w:t>This is to certify that payment for the Document released on ____________________ under the Letter of Credit opened by the importer named below under the credit facility (Usance Letter of Credit) has been made as follows:</w:t>
      </w:r>
    </w:p>
    <w:p>
      <w:pPr>
        <w:spacing w:after="72" w:line="259" w:lineRule="auto"/>
        <w:ind w:left="144"/>
      </w:pPr>
      <w:r>
        <w:rPr>
          <w:rFonts w:ascii="Noto Sans" w:hAnsi="Noto Sans" w:cs="Noto Sans Devanagari" w:eastAsia="Noto Sans Devanagari"/>
          <w:b w:val="0"/>
          <w:i w:val="0"/>
          <w:color w:val="222222"/>
          <w:sz w:val="19"/>
        </w:rPr>
        <w:t>1. Name of importer: ____________________</w:t>
      </w:r>
    </w:p>
    <w:p>
      <w:pPr>
        <w:spacing w:after="72" w:line="259" w:lineRule="auto"/>
        <w:ind w:left="144"/>
      </w:pPr>
      <w:r>
        <w:rPr>
          <w:rFonts w:ascii="Noto Sans" w:hAnsi="Noto Sans" w:cs="Noto Sans Devanagari" w:eastAsia="Noto Sans Devanagari"/>
          <w:b w:val="0"/>
          <w:i w:val="0"/>
          <w:color w:val="222222"/>
          <w:sz w:val="19"/>
        </w:rPr>
        <w:t>2. Letter of Credit No.: ____________________</w:t>
      </w:r>
    </w:p>
    <w:p>
      <w:pPr>
        <w:spacing w:after="72" w:line="259" w:lineRule="auto"/>
        <w:ind w:left="144"/>
      </w:pPr>
      <w:r>
        <w:rPr>
          <w:rFonts w:ascii="Noto Sans" w:hAnsi="Noto Sans" w:cs="Noto Sans Devanagari" w:eastAsia="Noto Sans Devanagari"/>
          <w:b w:val="0"/>
          <w:i w:val="0"/>
          <w:color w:val="222222"/>
          <w:sz w:val="19"/>
        </w:rPr>
        <w:t>3. Date of opening of Letter of Credit: ____________________</w:t>
      </w:r>
    </w:p>
    <w:p>
      <w:pPr>
        <w:spacing w:after="72" w:line="259" w:lineRule="auto"/>
        <w:ind w:left="144"/>
      </w:pPr>
      <w:r>
        <w:rPr>
          <w:rFonts w:ascii="Noto Sans" w:hAnsi="Noto Sans" w:cs="Noto Sans Devanagari" w:eastAsia="Noto Sans Devanagari"/>
          <w:b w:val="0"/>
          <w:i w:val="0"/>
          <w:color w:val="222222"/>
          <w:sz w:val="19"/>
        </w:rPr>
        <w:t>4. Amount of Letter of Credit at opening: ____________________</w:t>
      </w:r>
    </w:p>
    <w:p>
      <w:pPr>
        <w:spacing w:after="72" w:line="259" w:lineRule="auto"/>
        <w:ind w:left="144"/>
      </w:pPr>
      <w:r>
        <w:rPr>
          <w:rFonts w:ascii="Noto Sans" w:hAnsi="Noto Sans" w:cs="Noto Sans Devanagari" w:eastAsia="Noto Sans Devanagari"/>
          <w:b w:val="0"/>
          <w:i w:val="0"/>
          <w:color w:val="222222"/>
          <w:sz w:val="19"/>
        </w:rPr>
        <w:t>5. Foreign currency amount paid: ____________________</w:t>
      </w:r>
    </w:p>
    <w:p>
      <w:pPr>
        <w:spacing w:after="72" w:line="259" w:lineRule="auto"/>
        <w:ind w:left="144"/>
      </w:pPr>
      <w:r>
        <w:rPr>
          <w:rFonts w:ascii="Noto Sans" w:hAnsi="Noto Sans" w:cs="Noto Sans Devanagari" w:eastAsia="Noto Sans Devanagari"/>
          <w:b w:val="0"/>
          <w:i w:val="0"/>
          <w:color w:val="222222"/>
          <w:sz w:val="19"/>
        </w:rPr>
        <w:t>6. Date of payment: ____________________</w:t>
      </w:r>
    </w:p>
    <w:p>
      <w:pPr>
        <w:spacing w:after="72" w:line="259" w:lineRule="auto"/>
        <w:ind w:left="144"/>
      </w:pPr>
      <w:r>
        <w:rPr>
          <w:rFonts w:ascii="Noto Sans" w:hAnsi="Noto Sans" w:cs="Noto Sans Devanagari" w:eastAsia="Noto Sans Devanagari"/>
          <w:b w:val="0"/>
          <w:i w:val="0"/>
          <w:color w:val="222222"/>
          <w:sz w:val="19"/>
        </w:rPr>
        <w:t>7. Exchange rate: ____________________</w:t>
      </w:r>
    </w:p>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Name: ____________________</w:t>
      </w:r>
    </w:p>
    <w:p>
      <w:pPr>
        <w:spacing w:after="60" w:line="259" w:lineRule="auto"/>
        <w:jc w:val="center"/>
      </w:pPr>
      <w:r>
        <w:rPr>
          <w:rFonts w:ascii="Noto Sans" w:hAnsi="Noto Sans" w:cs="Noto Sans Devanagari" w:eastAsia="Noto Sans Devanagari"/>
          <w:b w:val="0"/>
          <w:i w:val="0"/>
          <w:sz w:val="19"/>
        </w:rPr>
        <w:t>Designation: ____________________</w:t>
      </w:r>
    </w:p>
    <w:p>
      <w:pPr>
        <w:spacing w:after="60" w:line="259" w:lineRule="auto"/>
        <w:jc w:val="center"/>
      </w:pPr>
      <w:r>
        <w:rPr>
          <w:rFonts w:ascii="Noto Sans" w:hAnsi="Noto Sans" w:cs="Noto Sans Devanagari" w:eastAsia="Noto Sans Devanagari"/>
          <w:b w:val="0"/>
          <w:i w:val="0"/>
          <w:sz w:val="19"/>
        </w:rPr>
        <w:t>Bank Seal:</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1.4</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१.१.१२ को (छ) को प्रयोजनका लागि)</w:t>
      </w:r>
    </w:p>
    <w:p>
      <w:pPr>
        <w:spacing w:after="60" w:line="259" w:lineRule="auto"/>
        <w:jc w:val="center"/>
      </w:pPr>
      <w:r>
        <w:rPr>
          <w:rFonts w:ascii="Noto Sans" w:hAnsi="Noto Sans" w:cs="Noto Sans Devanagari" w:eastAsia="Noto Sans Devanagari"/>
          <w:b/>
          <w:i w:val="0"/>
          <w:sz w:val="20"/>
        </w:rPr>
        <w:t>परिवर्त्य विदेशी मुद्रामा सामान आयात गर्ने गरी खोलिएका प्रतीतपत्रहरूको साप्ताहिक विवरण</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852"/>
        <w:gridCol w:w="852"/>
        <w:gridCol w:w="852"/>
        <w:gridCol w:w="852"/>
        <w:gridCol w:w="852"/>
        <w:gridCol w:w="852"/>
        <w:gridCol w:w="852"/>
        <w:gridCol w:w="852"/>
        <w:gridCol w:w="852"/>
        <w:gridCol w:w="852"/>
        <w:gridCol w:w="852"/>
        <w:gridCol w:w="852"/>
      </w:tblGrid>
      <w:tr>
        <w:trPr>
          <w:cantSplit/>
        </w:trPr>
        <w:tc>
          <w:tcPr>
            <w:tcW w:type="dxa" w:w="852"/>
            <w:vAlign w:val="center"/>
            <w:shd w:fill="DCE6F1"/>
          </w:tcPr>
          <w:p>
            <w:pPr>
              <w:spacing w:after="0"/>
              <w:jc w:val="center"/>
            </w:pPr>
            <w:r>
              <w:rPr>
                <w:rFonts w:ascii="Noto Sans" w:hAnsi="Noto Sans" w:cs="Noto Sans Devanagari" w:eastAsia="Noto Sans Devanagari"/>
                <w:b/>
                <w:i w:val="0"/>
                <w:sz w:val="13"/>
              </w:rPr>
              <w:t>सि.नं.</w:t>
            </w:r>
          </w:p>
        </w:tc>
        <w:tc>
          <w:tcPr>
            <w:tcW w:type="dxa" w:w="852"/>
            <w:vAlign w:val="center"/>
            <w:shd w:fill="DCE6F1"/>
          </w:tcPr>
          <w:p>
            <w:pPr>
              <w:spacing w:after="0"/>
              <w:jc w:val="center"/>
            </w:pPr>
            <w:r>
              <w:rPr>
                <w:rFonts w:ascii="Noto Sans" w:hAnsi="Noto Sans" w:cs="Noto Sans Devanagari" w:eastAsia="Noto Sans Devanagari"/>
                <w:b/>
                <w:i w:val="0"/>
                <w:sz w:val="13"/>
              </w:rPr>
              <w:t>एल.सी. नं.</w:t>
            </w:r>
          </w:p>
        </w:tc>
        <w:tc>
          <w:tcPr>
            <w:tcW w:type="dxa" w:w="852"/>
            <w:vAlign w:val="center"/>
            <w:shd w:fill="DCE6F1"/>
          </w:tcPr>
          <w:p>
            <w:pPr>
              <w:spacing w:after="0"/>
              <w:jc w:val="center"/>
            </w:pPr>
            <w:r>
              <w:rPr>
                <w:rFonts w:ascii="Noto Sans" w:hAnsi="Noto Sans" w:cs="Noto Sans Devanagari" w:eastAsia="Noto Sans Devanagari"/>
                <w:b/>
                <w:i w:val="0"/>
                <w:sz w:val="13"/>
              </w:rPr>
              <w:t>खोलेको मिति</w:t>
            </w:r>
          </w:p>
        </w:tc>
        <w:tc>
          <w:tcPr>
            <w:tcW w:type="dxa" w:w="852"/>
            <w:vAlign w:val="center"/>
            <w:shd w:fill="DCE6F1"/>
          </w:tcPr>
          <w:p>
            <w:pPr>
              <w:spacing w:after="0"/>
              <w:jc w:val="center"/>
            </w:pPr>
            <w:r>
              <w:rPr>
                <w:rFonts w:ascii="Noto Sans" w:hAnsi="Noto Sans" w:cs="Noto Sans Devanagari" w:eastAsia="Noto Sans Devanagari"/>
                <w:b/>
                <w:i w:val="0"/>
                <w:sz w:val="13"/>
              </w:rPr>
              <w:t>प्रतीतपत्रको म्याद</w:t>
            </w:r>
          </w:p>
        </w:tc>
        <w:tc>
          <w:tcPr>
            <w:tcW w:type="dxa" w:w="852"/>
            <w:vAlign w:val="center"/>
            <w:shd w:fill="DCE6F1"/>
          </w:tcPr>
          <w:p>
            <w:pPr>
              <w:spacing w:after="0"/>
              <w:jc w:val="center"/>
            </w:pPr>
            <w:r>
              <w:rPr>
                <w:rFonts w:ascii="Noto Sans" w:hAnsi="Noto Sans" w:cs="Noto Sans Devanagari" w:eastAsia="Noto Sans Devanagari"/>
                <w:b/>
                <w:i w:val="0"/>
                <w:sz w:val="13"/>
              </w:rPr>
              <w:t>आयातकर्ताको नाम</w:t>
            </w:r>
          </w:p>
        </w:tc>
        <w:tc>
          <w:tcPr>
            <w:tcW w:type="dxa" w:w="852"/>
            <w:vAlign w:val="center"/>
            <w:shd w:fill="DCE6F1"/>
          </w:tcPr>
          <w:p>
            <w:pPr>
              <w:spacing w:after="0"/>
              <w:jc w:val="center"/>
            </w:pPr>
            <w:r>
              <w:rPr>
                <w:rFonts w:ascii="Noto Sans" w:hAnsi="Noto Sans" w:cs="Noto Sans Devanagari" w:eastAsia="Noto Sans Devanagari"/>
                <w:b/>
                <w:i w:val="0"/>
                <w:sz w:val="13"/>
              </w:rPr>
              <w:t>बेनिफिसियरीको नाम</w:t>
            </w:r>
          </w:p>
        </w:tc>
        <w:tc>
          <w:tcPr>
            <w:tcW w:type="dxa" w:w="852"/>
            <w:vAlign w:val="center"/>
            <w:shd w:fill="DCE6F1"/>
          </w:tcPr>
          <w:p>
            <w:pPr>
              <w:spacing w:after="0"/>
              <w:jc w:val="center"/>
            </w:pPr>
            <w:r>
              <w:rPr>
                <w:rFonts w:ascii="Noto Sans" w:hAnsi="Noto Sans" w:cs="Noto Sans Devanagari" w:eastAsia="Noto Sans Devanagari"/>
                <w:b/>
                <w:i w:val="0"/>
                <w:sz w:val="13"/>
              </w:rPr>
              <w:t>नाम</w:t>
            </w:r>
          </w:p>
        </w:tc>
        <w:tc>
          <w:tcPr>
            <w:tcW w:type="dxa" w:w="852"/>
            <w:vAlign w:val="center"/>
            <w:shd w:fill="DCE6F1"/>
          </w:tcPr>
          <w:p>
            <w:pPr>
              <w:spacing w:after="0"/>
              <w:jc w:val="center"/>
            </w:pPr>
            <w:r>
              <w:rPr>
                <w:rFonts w:ascii="Noto Sans" w:hAnsi="Noto Sans" w:cs="Noto Sans Devanagari" w:eastAsia="Noto Sans Devanagari"/>
                <w:b/>
                <w:i w:val="0"/>
                <w:sz w:val="13"/>
              </w:rPr>
              <w:t>परिमाण</w:t>
            </w:r>
          </w:p>
        </w:tc>
        <w:tc>
          <w:tcPr>
            <w:tcW w:type="dxa" w:w="852"/>
            <w:vAlign w:val="center"/>
            <w:shd w:fill="DCE6F1"/>
          </w:tcPr>
          <w:p>
            <w:pPr>
              <w:spacing w:after="0"/>
              <w:jc w:val="center"/>
            </w:pPr>
            <w:r>
              <w:rPr>
                <w:rFonts w:ascii="Noto Sans" w:hAnsi="Noto Sans" w:cs="Noto Sans Devanagari" w:eastAsia="Noto Sans Devanagari"/>
                <w:b/>
                <w:i w:val="0"/>
                <w:sz w:val="13"/>
              </w:rPr>
              <w:t>मूल्य</w:t>
            </w:r>
          </w:p>
        </w:tc>
        <w:tc>
          <w:tcPr>
            <w:tcW w:type="dxa" w:w="852"/>
            <w:vAlign w:val="center"/>
            <w:shd w:fill="DCE6F1"/>
          </w:tcPr>
          <w:p>
            <w:pPr>
              <w:spacing w:after="0"/>
              <w:jc w:val="center"/>
            </w:pPr>
            <w:r>
              <w:rPr>
                <w:rFonts w:ascii="Noto Sans" w:hAnsi="Noto Sans" w:cs="Noto Sans Devanagari" w:eastAsia="Noto Sans Devanagari"/>
                <w:b/>
                <w:i w:val="0"/>
                <w:sz w:val="13"/>
              </w:rPr>
              <w:t>उत्पादन भएको देश</w:t>
            </w:r>
          </w:p>
        </w:tc>
        <w:tc>
          <w:tcPr>
            <w:tcW w:type="dxa" w:w="852"/>
            <w:vAlign w:val="center"/>
            <w:shd w:fill="DCE6F1"/>
          </w:tcPr>
          <w:p>
            <w:pPr>
              <w:spacing w:after="0"/>
              <w:jc w:val="center"/>
            </w:pPr>
            <w:r>
              <w:rPr>
                <w:rFonts w:ascii="Noto Sans" w:hAnsi="Noto Sans" w:cs="Noto Sans Devanagari" w:eastAsia="Noto Sans Devanagari"/>
                <w:b/>
                <w:i w:val="0"/>
                <w:sz w:val="13"/>
              </w:rPr>
              <w:t>चलान भएको देश</w:t>
            </w:r>
          </w:p>
        </w:tc>
        <w:tc>
          <w:tcPr>
            <w:tcW w:type="dxa" w:w="852"/>
            <w:vAlign w:val="center"/>
            <w:shd w:fill="DCE6F1"/>
          </w:tcPr>
          <w:p>
            <w:pPr>
              <w:spacing w:after="0"/>
              <w:jc w:val="center"/>
            </w:pPr>
            <w:r>
              <w:rPr>
                <w:rFonts w:ascii="Noto Sans" w:hAnsi="Noto Sans" w:cs="Noto Sans Devanagari" w:eastAsia="Noto Sans Devanagari"/>
                <w:b/>
                <w:i w:val="0"/>
                <w:sz w:val="13"/>
              </w:rPr>
              <w:t>कुनै संशोधन भए</w:t>
            </w:r>
          </w:p>
        </w:tc>
      </w:tr>
      <w:tr>
        <w:trPr>
          <w:cantSplit/>
        </w:trPr>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r>
      <w:tr>
        <w:trPr>
          <w:cantSplit/>
        </w:trPr>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r>
      <w:tr>
        <w:trPr>
          <w:cantSplit/>
        </w:trPr>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c>
          <w:tcPr>
            <w:tcW w:type="dxa" w:w="852"/>
            <w:vAlign w:val="center"/>
          </w:tcPr>
          <w:p>
            <w:pPr>
              <w:spacing w:after="0"/>
              <w:jc w:val="center"/>
            </w:pPr>
            <w:r>
              <w:rPr>
                <w:rFonts w:ascii="Noto Sans" w:hAnsi="Noto Sans" w:cs="Noto Sans Devanagari" w:eastAsia="Noto Sans Devanagari"/>
                <w:b w:val="0"/>
                <w:i w:val="0"/>
                <w:sz w:val="13"/>
              </w:rPr>
            </w:r>
          </w:p>
        </w:tc>
      </w:tr>
    </w:tbl>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नाम ः ____________________</w:t>
      </w:r>
    </w:p>
    <w:p>
      <w:pPr>
        <w:spacing w:after="60" w:line="259" w:lineRule="auto"/>
        <w:jc w:val="center"/>
      </w:pPr>
      <w:r>
        <w:rPr>
          <w:rFonts w:ascii="Noto Sans" w:hAnsi="Noto Sans" w:cs="Noto Sans Devanagari" w:eastAsia="Noto Sans Devanagari"/>
          <w:b w:val="0"/>
          <w:i w:val="0"/>
          <w:sz w:val="20"/>
        </w:rPr>
        <w:t>पद ः ____________________</w:t>
      </w:r>
    </w:p>
    <w:p>
      <w:pPr>
        <w:spacing w:after="60" w:line="259" w:lineRule="auto"/>
        <w:jc w:val="center"/>
      </w:pPr>
      <w:r>
        <w:rPr>
          <w:rFonts w:ascii="Noto Sans" w:hAnsi="Noto Sans" w:cs="Noto Sans Devanagari" w:eastAsia="Noto Sans Devanagari"/>
          <w:b w:val="0"/>
          <w:i w:val="0"/>
          <w:sz w:val="20"/>
        </w:rPr>
        <w:t>बैंकको छाप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1.4</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1.1.12(g) of F.E. Circular No. 1)</w:t>
      </w:r>
    </w:p>
    <w:p>
      <w:pPr>
        <w:spacing w:after="60" w:line="259" w:lineRule="auto"/>
        <w:jc w:val="center"/>
      </w:pPr>
      <w:r>
        <w:rPr>
          <w:rFonts w:ascii="Noto Sans" w:hAnsi="Noto Sans" w:cs="Noto Sans Devanagari" w:eastAsia="Noto Sans Devanagari"/>
          <w:b/>
          <w:i w:val="0"/>
          <w:sz w:val="19"/>
        </w:rPr>
        <w:t>Weekly Statement of Letters of Credit Opened for Import of Goods in Convertible Foreign Currency</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852"/>
        <w:gridCol w:w="852"/>
        <w:gridCol w:w="852"/>
        <w:gridCol w:w="852"/>
        <w:gridCol w:w="852"/>
        <w:gridCol w:w="852"/>
        <w:gridCol w:w="852"/>
        <w:gridCol w:w="852"/>
        <w:gridCol w:w="852"/>
        <w:gridCol w:w="852"/>
        <w:gridCol w:w="852"/>
        <w:gridCol w:w="852"/>
      </w:tblGrid>
      <w:tr>
        <w:trPr>
          <w:cantSplit/>
        </w:trPr>
        <w:tc>
          <w:tcPr>
            <w:tcW w:type="dxa" w:w="852"/>
            <w:vAlign w:val="center"/>
            <w:shd w:fill="DCE6F1"/>
          </w:tcPr>
          <w:p>
            <w:pPr>
              <w:spacing w:after="0"/>
              <w:jc w:val="center"/>
            </w:pPr>
            <w:r>
              <w:rPr>
                <w:rFonts w:ascii="Noto Sans" w:hAnsi="Noto Sans" w:cs="Noto Sans Devanagari" w:eastAsia="Noto Sans Devanagari"/>
                <w:b/>
                <w:i w:val="0"/>
                <w:sz w:val="12"/>
              </w:rPr>
              <w:t>S.N.</w:t>
            </w:r>
          </w:p>
        </w:tc>
        <w:tc>
          <w:tcPr>
            <w:tcW w:type="dxa" w:w="852"/>
            <w:vAlign w:val="center"/>
            <w:shd w:fill="DCE6F1"/>
          </w:tcPr>
          <w:p>
            <w:pPr>
              <w:spacing w:after="0"/>
              <w:jc w:val="center"/>
            </w:pPr>
            <w:r>
              <w:rPr>
                <w:rFonts w:ascii="Noto Sans" w:hAnsi="Noto Sans" w:cs="Noto Sans Devanagari" w:eastAsia="Noto Sans Devanagari"/>
                <w:b/>
                <w:i w:val="0"/>
                <w:sz w:val="12"/>
              </w:rPr>
              <w:t>L/C No.</w:t>
            </w:r>
          </w:p>
        </w:tc>
        <w:tc>
          <w:tcPr>
            <w:tcW w:type="dxa" w:w="852"/>
            <w:vAlign w:val="center"/>
            <w:shd w:fill="DCE6F1"/>
          </w:tcPr>
          <w:p>
            <w:pPr>
              <w:spacing w:after="0"/>
              <w:jc w:val="center"/>
            </w:pPr>
            <w:r>
              <w:rPr>
                <w:rFonts w:ascii="Noto Sans" w:hAnsi="Noto Sans" w:cs="Noto Sans Devanagari" w:eastAsia="Noto Sans Devanagari"/>
                <w:b/>
                <w:i w:val="0"/>
                <w:sz w:val="12"/>
              </w:rPr>
              <w:t>Date opened</w:t>
            </w:r>
          </w:p>
        </w:tc>
        <w:tc>
          <w:tcPr>
            <w:tcW w:type="dxa" w:w="852"/>
            <w:vAlign w:val="center"/>
            <w:shd w:fill="DCE6F1"/>
          </w:tcPr>
          <w:p>
            <w:pPr>
              <w:spacing w:after="0"/>
              <w:jc w:val="center"/>
            </w:pPr>
            <w:r>
              <w:rPr>
                <w:rFonts w:ascii="Noto Sans" w:hAnsi="Noto Sans" w:cs="Noto Sans Devanagari" w:eastAsia="Noto Sans Devanagari"/>
                <w:b/>
                <w:i w:val="0"/>
                <w:sz w:val="12"/>
              </w:rPr>
              <w:t>Validity of L/C</w:t>
            </w:r>
          </w:p>
        </w:tc>
        <w:tc>
          <w:tcPr>
            <w:tcW w:type="dxa" w:w="852"/>
            <w:vAlign w:val="center"/>
            <w:shd w:fill="DCE6F1"/>
          </w:tcPr>
          <w:p>
            <w:pPr>
              <w:spacing w:after="0"/>
              <w:jc w:val="center"/>
            </w:pPr>
            <w:r>
              <w:rPr>
                <w:rFonts w:ascii="Noto Sans" w:hAnsi="Noto Sans" w:cs="Noto Sans Devanagari" w:eastAsia="Noto Sans Devanagari"/>
                <w:b/>
                <w:i w:val="0"/>
                <w:sz w:val="12"/>
              </w:rPr>
              <w:t>Name of importer</w:t>
            </w:r>
          </w:p>
        </w:tc>
        <w:tc>
          <w:tcPr>
            <w:tcW w:type="dxa" w:w="852"/>
            <w:vAlign w:val="center"/>
            <w:shd w:fill="DCE6F1"/>
          </w:tcPr>
          <w:p>
            <w:pPr>
              <w:spacing w:after="0"/>
              <w:jc w:val="center"/>
            </w:pPr>
            <w:r>
              <w:rPr>
                <w:rFonts w:ascii="Noto Sans" w:hAnsi="Noto Sans" w:cs="Noto Sans Devanagari" w:eastAsia="Noto Sans Devanagari"/>
                <w:b/>
                <w:i w:val="0"/>
                <w:sz w:val="12"/>
              </w:rPr>
              <w:t>Name of beneficiary</w:t>
            </w:r>
          </w:p>
        </w:tc>
        <w:tc>
          <w:tcPr>
            <w:tcW w:type="dxa" w:w="852"/>
            <w:vAlign w:val="center"/>
            <w:shd w:fill="DCE6F1"/>
          </w:tcPr>
          <w:p>
            <w:pPr>
              <w:spacing w:after="0"/>
              <w:jc w:val="center"/>
            </w:pPr>
            <w:r>
              <w:rPr>
                <w:rFonts w:ascii="Noto Sans" w:hAnsi="Noto Sans" w:cs="Noto Sans Devanagari" w:eastAsia="Noto Sans Devanagari"/>
                <w:b/>
                <w:i w:val="0"/>
                <w:sz w:val="12"/>
              </w:rPr>
              <w:t>Name of goods</w:t>
            </w:r>
          </w:p>
        </w:tc>
        <w:tc>
          <w:tcPr>
            <w:tcW w:type="dxa" w:w="852"/>
            <w:vAlign w:val="center"/>
            <w:shd w:fill="DCE6F1"/>
          </w:tcPr>
          <w:p>
            <w:pPr>
              <w:spacing w:after="0"/>
              <w:jc w:val="center"/>
            </w:pPr>
            <w:r>
              <w:rPr>
                <w:rFonts w:ascii="Noto Sans" w:hAnsi="Noto Sans" w:cs="Noto Sans Devanagari" w:eastAsia="Noto Sans Devanagari"/>
                <w:b/>
                <w:i w:val="0"/>
                <w:sz w:val="12"/>
              </w:rPr>
              <w:t>Quantity</w:t>
            </w:r>
          </w:p>
        </w:tc>
        <w:tc>
          <w:tcPr>
            <w:tcW w:type="dxa" w:w="852"/>
            <w:vAlign w:val="center"/>
            <w:shd w:fill="DCE6F1"/>
          </w:tcPr>
          <w:p>
            <w:pPr>
              <w:spacing w:after="0"/>
              <w:jc w:val="center"/>
            </w:pPr>
            <w:r>
              <w:rPr>
                <w:rFonts w:ascii="Noto Sans" w:hAnsi="Noto Sans" w:cs="Noto Sans Devanagari" w:eastAsia="Noto Sans Devanagari"/>
                <w:b/>
                <w:i w:val="0"/>
                <w:sz w:val="12"/>
              </w:rPr>
              <w:t>Value</w:t>
            </w:r>
          </w:p>
        </w:tc>
        <w:tc>
          <w:tcPr>
            <w:tcW w:type="dxa" w:w="852"/>
            <w:vAlign w:val="center"/>
            <w:shd w:fill="DCE6F1"/>
          </w:tcPr>
          <w:p>
            <w:pPr>
              <w:spacing w:after="0"/>
              <w:jc w:val="center"/>
            </w:pPr>
            <w:r>
              <w:rPr>
                <w:rFonts w:ascii="Noto Sans" w:hAnsi="Noto Sans" w:cs="Noto Sans Devanagari" w:eastAsia="Noto Sans Devanagari"/>
                <w:b/>
                <w:i w:val="0"/>
                <w:sz w:val="12"/>
              </w:rPr>
              <w:t>Country of production</w:t>
            </w:r>
          </w:p>
        </w:tc>
        <w:tc>
          <w:tcPr>
            <w:tcW w:type="dxa" w:w="852"/>
            <w:vAlign w:val="center"/>
            <w:shd w:fill="DCE6F1"/>
          </w:tcPr>
          <w:p>
            <w:pPr>
              <w:spacing w:after="0"/>
              <w:jc w:val="center"/>
            </w:pPr>
            <w:r>
              <w:rPr>
                <w:rFonts w:ascii="Noto Sans" w:hAnsi="Noto Sans" w:cs="Noto Sans Devanagari" w:eastAsia="Noto Sans Devanagari"/>
                <w:b/>
                <w:i w:val="0"/>
                <w:sz w:val="12"/>
              </w:rPr>
              <w:t>Country of shipment</w:t>
            </w:r>
          </w:p>
        </w:tc>
        <w:tc>
          <w:tcPr>
            <w:tcW w:type="dxa" w:w="852"/>
            <w:vAlign w:val="center"/>
            <w:shd w:fill="DCE6F1"/>
          </w:tcPr>
          <w:p>
            <w:pPr>
              <w:spacing w:after="0"/>
              <w:jc w:val="center"/>
            </w:pPr>
            <w:r>
              <w:rPr>
                <w:rFonts w:ascii="Noto Sans" w:hAnsi="Noto Sans" w:cs="Noto Sans Devanagari" w:eastAsia="Noto Sans Devanagari"/>
                <w:b/>
                <w:i w:val="0"/>
                <w:sz w:val="12"/>
              </w:rPr>
              <w:t>Any amendment</w:t>
            </w:r>
          </w:p>
        </w:tc>
      </w:tr>
      <w:tr>
        <w:trPr>
          <w:cantSplit/>
        </w:trPr>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r>
      <w:tr>
        <w:trPr>
          <w:cantSplit/>
        </w:trPr>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r>
      <w:tr>
        <w:trPr>
          <w:cantSplit/>
        </w:trPr>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c>
          <w:tcPr>
            <w:tcW w:type="dxa" w:w="852"/>
            <w:vAlign w:val="center"/>
          </w:tcPr>
          <w:p>
            <w:pPr>
              <w:spacing w:after="0"/>
              <w:jc w:val="center"/>
            </w:pPr>
            <w:r>
              <w:rPr>
                <w:rFonts w:ascii="Noto Sans" w:hAnsi="Noto Sans" w:cs="Noto Sans Devanagari" w:eastAsia="Noto Sans Devanagari"/>
                <w:b w:val="0"/>
                <w:i w:val="0"/>
                <w:sz w:val="12"/>
              </w:rPr>
            </w:r>
          </w:p>
        </w:tc>
      </w:tr>
    </w:tbl>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Name: ____________________</w:t>
      </w:r>
    </w:p>
    <w:p>
      <w:pPr>
        <w:spacing w:after="60" w:line="259" w:lineRule="auto"/>
        <w:jc w:val="center"/>
      </w:pPr>
      <w:r>
        <w:rPr>
          <w:rFonts w:ascii="Noto Sans" w:hAnsi="Noto Sans" w:cs="Noto Sans Devanagari" w:eastAsia="Noto Sans Devanagari"/>
          <w:b w:val="0"/>
          <w:i w:val="0"/>
          <w:sz w:val="19"/>
        </w:rPr>
        <w:t>Designation: ____________________</w:t>
      </w:r>
    </w:p>
    <w:p>
      <w:pPr>
        <w:spacing w:after="60" w:line="259" w:lineRule="auto"/>
        <w:jc w:val="center"/>
      </w:pPr>
      <w:r>
        <w:rPr>
          <w:rFonts w:ascii="Noto Sans" w:hAnsi="Noto Sans" w:cs="Noto Sans Devanagari" w:eastAsia="Noto Sans Devanagari"/>
          <w:b w:val="0"/>
          <w:i w:val="0"/>
          <w:sz w:val="19"/>
        </w:rPr>
        <w:t>Bank Seal:</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1.5</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१.३.१ को (घ) को प्रयोजनको लागि)</w:t>
      </w:r>
    </w:p>
    <w:p>
      <w:pPr>
        <w:spacing w:after="100" w:line="259" w:lineRule="auto"/>
        <w:jc w:val="center"/>
      </w:pPr>
      <w:r>
        <w:rPr>
          <w:rFonts w:ascii="Noto Sans" w:hAnsi="Noto Sans" w:cs="Noto Sans Devanagari" w:eastAsia="Noto Sans Devanagari"/>
          <w:b/>
          <w:i w:val="0"/>
          <w:sz w:val="19"/>
        </w:rPr>
        <w:t>वि.वि.नि.फा.नं. ३(ख)</w:t>
      </w:r>
    </w:p>
    <w:p>
      <w:pPr>
        <w:spacing w:after="60" w:line="259" w:lineRule="auto"/>
        <w:jc w:val="center"/>
      </w:pPr>
      <w:r>
        <w:rPr>
          <w:rFonts w:ascii="Noto Sans" w:hAnsi="Noto Sans" w:cs="Noto Sans Devanagari" w:eastAsia="Noto Sans Devanagari"/>
          <w:b w:val="0"/>
          <w:i w:val="0"/>
          <w:sz w:val="20"/>
        </w:rPr>
        <w:t>मिति ः ____________________</w:t>
      </w:r>
    </w:p>
    <w:p>
      <w:pPr>
        <w:spacing w:after="60" w:line="259" w:lineRule="auto"/>
        <w:jc w:val="center"/>
      </w:pPr>
      <w:r>
        <w:rPr>
          <w:rFonts w:ascii="Noto Sans" w:hAnsi="Noto Sans" w:cs="Noto Sans Devanagari" w:eastAsia="Noto Sans Devanagari"/>
          <w:b w:val="0"/>
          <w:i w:val="0"/>
          <w:sz w:val="20"/>
        </w:rPr>
        <w:t>________________________ बैंक</w:t>
      </w:r>
    </w:p>
    <w:p>
      <w:pPr>
        <w:spacing w:after="60" w:line="259" w:lineRule="auto"/>
        <w:jc w:val="center"/>
      </w:pPr>
      <w:r>
        <w:rPr>
          <w:rFonts w:ascii="Noto Sans" w:hAnsi="Noto Sans" w:cs="Noto Sans Devanagari" w:eastAsia="Noto Sans Devanagari"/>
          <w:b w:val="0"/>
          <w:i w:val="0"/>
          <w:sz w:val="20"/>
        </w:rPr>
        <w:t>________________________ शाखा ।</w:t>
      </w:r>
    </w:p>
    <w:p>
      <w:pPr>
        <w:spacing w:after="60" w:line="259" w:lineRule="auto"/>
        <w:jc w:val="center"/>
      </w:pPr>
      <w:r>
        <w:rPr>
          <w:rFonts w:ascii="Noto Sans" w:hAnsi="Noto Sans" w:cs="Noto Sans Devanagari" w:eastAsia="Noto Sans Devanagari"/>
          <w:b/>
          <w:i w:val="0"/>
          <w:sz w:val="20"/>
        </w:rPr>
        <w:t>विषयः परिवर्त्य वि.मु.को नगद/ड्राफ्ट/टी.टी. सटही सुविधा सम्बन्धमा ।</w:t>
      </w:r>
    </w:p>
    <w:p>
      <w:pPr>
        <w:spacing w:after="64" w:line="259" w:lineRule="auto"/>
      </w:pPr>
      <w:r>
        <w:rPr>
          <w:rFonts w:ascii="Noto Sans" w:hAnsi="Noto Sans" w:cs="Noto Sans Devanagari" w:eastAsia="Noto Sans Devanagari"/>
          <w:b w:val="0"/>
          <w:i w:val="0"/>
          <w:sz w:val="20"/>
        </w:rPr>
        <w:t>श्री व्यवस्थापकज्यू,</w:t>
      </w:r>
    </w:p>
    <w:p>
      <w:pPr>
        <w:spacing w:after="64" w:line="259" w:lineRule="auto"/>
      </w:pPr>
      <w:r>
        <w:rPr>
          <w:rFonts w:ascii="Noto Sans" w:hAnsi="Noto Sans" w:cs="Noto Sans Devanagari" w:eastAsia="Noto Sans Devanagari"/>
          <w:b w:val="0"/>
          <w:i w:val="0"/>
          <w:sz w:val="20"/>
        </w:rPr>
        <w:t>यस फर्म/कम्पनीलाई निम्न बमोजिमका सामान तातोपानी/रसुवागढी/मुस्ताङ्ग भन्सार विन्दुमार्फत् चीनबाट आयात गर्नुपर्ने भएको र सोको भुक्तानी नगद/ड्राफ्ट/टी.टी.को माध्यमबाट गर्नुपर्ने भएको हुँदा कृपया निम्नानुसार नगद विदेशी मुद्रा/ड्राफ्ट/टी.टी. सटही सुविधा उपलब्ध गराई दिनुहुन अनुरोध गर्दछु । उपर्युक्त सटही अनुसारको वस्तु आयात गरी सोको निस्सा एवम् यसको लागि प्राप्त Transport Document को प्रतिलिपि १२० (एक सय बीस) दिनभित्र पेश गर्नेछु । उपर्युक्त मालवस्तु आयात गरी नसकेको व्यहोरा समेत अनुरोध गर्दछु । साथै, अन्य बैंक मार्फत् सोही Beneficiary लाई पछिल्लो सात कार्यदिनभित्र नगद/ड्राफ्ट/टी.टी. बाट रकम नपठाएको र सोही Beneficiary बाट यस पूर्व लिएको नगद/ड्राफ्ट/टी.टी. सुविधा अन्तर्गतको मालसामान Shipment हुन बाँकी नरहेको स्वघोषणा गर्दछु ।</w:t>
      </w:r>
    </w:p>
    <w:p>
      <w:pPr>
        <w:spacing w:after="64" w:line="259" w:lineRule="auto"/>
        <w:ind w:left="144"/>
      </w:pPr>
      <w:r>
        <w:rPr>
          <w:rFonts w:ascii="Noto Sans" w:hAnsi="Noto Sans" w:cs="Noto Sans Devanagari" w:eastAsia="Noto Sans Devanagari"/>
          <w:b w:val="0"/>
          <w:i w:val="0"/>
          <w:sz w:val="20"/>
        </w:rPr>
        <w:t>१. वस्तुको नाम ः ____________________</w:t>
      </w:r>
    </w:p>
    <w:p>
      <w:pPr>
        <w:spacing w:after="64" w:line="259" w:lineRule="auto"/>
        <w:ind w:left="144"/>
      </w:pPr>
      <w:r>
        <w:rPr>
          <w:rFonts w:ascii="Noto Sans" w:hAnsi="Noto Sans" w:cs="Noto Sans Devanagari" w:eastAsia="Noto Sans Devanagari"/>
          <w:b w:val="0"/>
          <w:i w:val="0"/>
          <w:sz w:val="20"/>
        </w:rPr>
        <w:t>२. परिमाण ः ____________________</w:t>
      </w:r>
    </w:p>
    <w:p>
      <w:pPr>
        <w:spacing w:after="64" w:line="259" w:lineRule="auto"/>
        <w:ind w:left="144"/>
      </w:pPr>
      <w:r>
        <w:rPr>
          <w:rFonts w:ascii="Noto Sans" w:hAnsi="Noto Sans" w:cs="Noto Sans Devanagari" w:eastAsia="Noto Sans Devanagari"/>
          <w:b w:val="0"/>
          <w:i w:val="0"/>
          <w:sz w:val="20"/>
        </w:rPr>
        <w:t>३. विदेशी मुद्रा रकम ः ____________________</w:t>
      </w:r>
    </w:p>
    <w:p>
      <w:pPr>
        <w:spacing w:after="64" w:line="259" w:lineRule="auto"/>
        <w:ind w:left="144"/>
      </w:pPr>
      <w:r>
        <w:rPr>
          <w:rFonts w:ascii="Noto Sans" w:hAnsi="Noto Sans" w:cs="Noto Sans Devanagari" w:eastAsia="Noto Sans Devanagari"/>
          <w:b w:val="0"/>
          <w:i w:val="0"/>
          <w:sz w:val="20"/>
        </w:rPr>
        <w:t>४. Beneficiary को नाम ठेगाना ः ____________________</w:t>
      </w:r>
    </w:p>
    <w:p>
      <w:pPr>
        <w:spacing w:after="64" w:line="259" w:lineRule="auto"/>
        <w:ind w:left="144"/>
      </w:pPr>
      <w:r>
        <w:rPr>
          <w:rFonts w:ascii="Noto Sans" w:hAnsi="Noto Sans" w:cs="Noto Sans Devanagari" w:eastAsia="Noto Sans Devanagari"/>
          <w:b w:val="0"/>
          <w:i w:val="0"/>
          <w:sz w:val="20"/>
        </w:rPr>
        <w:t>(ड्राफ्ट/टी.टी.को हकमा मात्र लागू हुने)</w:t>
      </w:r>
    </w:p>
    <w:p>
      <w:pPr>
        <w:spacing w:after="60" w:line="259" w:lineRule="auto"/>
        <w:jc w:val="center"/>
      </w:pPr>
      <w:r>
        <w:rPr>
          <w:rFonts w:ascii="Noto Sans" w:hAnsi="Noto Sans" w:cs="Noto Sans Devanagari" w:eastAsia="Noto Sans Devanagari"/>
          <w:b w:val="0"/>
          <w:i w:val="0"/>
          <w:sz w:val="20"/>
        </w:rPr>
        <w:t>निवेदक,</w:t>
      </w:r>
    </w:p>
    <w:p>
      <w:pPr>
        <w:spacing w:after="60" w:line="259" w:lineRule="auto"/>
        <w:jc w:val="center"/>
      </w:pPr>
      <w:r>
        <w:rPr>
          <w:rFonts w:ascii="Noto Sans" w:hAnsi="Noto Sans" w:cs="Noto Sans Devanagari" w:eastAsia="Noto Sans Devanagari"/>
          <w:b w:val="0"/>
          <w:i w:val="0"/>
          <w:sz w:val="20"/>
        </w:rPr>
        <w:t>आधिकारिक दस्तखत</w:t>
      </w:r>
    </w:p>
    <w:p>
      <w:pPr>
        <w:spacing w:after="60" w:line="259" w:lineRule="auto"/>
        <w:jc w:val="center"/>
      </w:pPr>
      <w:r>
        <w:rPr>
          <w:rFonts w:ascii="Noto Sans" w:hAnsi="Noto Sans" w:cs="Noto Sans Devanagari" w:eastAsia="Noto Sans Devanagari"/>
          <w:b w:val="0"/>
          <w:i w:val="0"/>
          <w:sz w:val="20"/>
        </w:rPr>
        <w:t>(आयातकर्ता फर्म/कम्पनीको नाम र छाप)</w:t>
      </w:r>
    </w:p>
    <w:p>
      <w:pPr>
        <w:spacing w:after="64" w:line="259" w:lineRule="auto"/>
      </w:pPr>
      <w:r>
        <w:rPr>
          <w:rFonts w:ascii="Noto Sans" w:hAnsi="Noto Sans" w:cs="Noto Sans Devanagari" w:eastAsia="Noto Sans Devanagari"/>
          <w:b w:val="0"/>
          <w:i w:val="0"/>
          <w:sz w:val="20"/>
        </w:rPr>
        <w:t>नोटः आयात गरिने सम्पूर्ण वस्तुहरूको नाम, ब्राण्ड, परिमाण, इकाइ मूल्य र कुल मूल्यबारे विस्तृत र छुट्टाछुट्टै विवरण अनिवार्य रुपले उल्लेख भएको हुनु पर्नेछ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1.5</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1.3.1(d) of F.E. Circular No. 1)</w:t>
      </w:r>
    </w:p>
    <w:p>
      <w:pPr>
        <w:spacing w:after="100" w:line="259" w:lineRule="auto"/>
        <w:jc w:val="center"/>
      </w:pPr>
      <w:r>
        <w:rPr>
          <w:rFonts w:ascii="Noto Sans" w:hAnsi="Noto Sans" w:cs="Noto Sans Devanagari" w:eastAsia="Noto Sans Devanagari"/>
          <w:b/>
          <w:i w:val="0"/>
          <w:sz w:val="18"/>
        </w:rPr>
        <w:t>F.E. Control Form No. 3(b)</w:t>
      </w:r>
    </w:p>
    <w:p>
      <w:pPr>
        <w:spacing w:after="60" w:line="259" w:lineRule="auto"/>
        <w:jc w:val="center"/>
      </w:pPr>
      <w:r>
        <w:rPr>
          <w:rFonts w:ascii="Noto Sans" w:hAnsi="Noto Sans" w:cs="Noto Sans Devanagari" w:eastAsia="Noto Sans Devanagari"/>
          <w:b w:val="0"/>
          <w:i w:val="0"/>
          <w:sz w:val="19"/>
        </w:rPr>
        <w:t>Date: ____________________</w:t>
      </w:r>
    </w:p>
    <w:p>
      <w:pPr>
        <w:spacing w:after="60" w:line="259" w:lineRule="auto"/>
        <w:jc w:val="center"/>
      </w:pPr>
      <w:r>
        <w:rPr>
          <w:rFonts w:ascii="Noto Sans" w:hAnsi="Noto Sans" w:cs="Noto Sans Devanagari" w:eastAsia="Noto Sans Devanagari"/>
          <w:b w:val="0"/>
          <w:i w:val="0"/>
          <w:sz w:val="19"/>
        </w:rPr>
        <w:t>________________________ Bank</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i w:val="0"/>
          <w:sz w:val="19"/>
        </w:rPr>
        <w:t>Subject: Cash / Draft / T.T. Exchange Facility in Convertible Foreign Currency</w:t>
      </w:r>
    </w:p>
    <w:p>
      <w:pPr>
        <w:spacing w:after="72" w:line="259" w:lineRule="auto"/>
      </w:pPr>
      <w:r>
        <w:rPr>
          <w:rFonts w:ascii="Noto Sans" w:hAnsi="Noto Sans" w:cs="Noto Sans Devanagari" w:eastAsia="Noto Sans Devanagari"/>
          <w:b w:val="0"/>
          <w:i w:val="0"/>
          <w:color w:val="222222"/>
          <w:sz w:val="19"/>
        </w:rPr>
        <w:t>To: The Manager</w:t>
      </w:r>
    </w:p>
    <w:p>
      <w:pPr>
        <w:spacing w:after="72" w:line="259" w:lineRule="auto"/>
      </w:pPr>
      <w:r>
        <w:rPr>
          <w:rFonts w:ascii="Noto Sans" w:hAnsi="Noto Sans" w:cs="Noto Sans Devanagari" w:eastAsia="Noto Sans Devanagari"/>
          <w:b w:val="0"/>
          <w:i w:val="0"/>
          <w:color w:val="222222"/>
          <w:sz w:val="19"/>
        </w:rPr>
        <w:t>As this firm/company is required to import the goods described below from China through the Tatopani / Rasuwagadhi / Mustang customs point and payment thereof is required to be made through cash / Draft / T.T., I request that the following cash foreign currency / Draft / T.T. exchange facility be provided. I shall import the goods against the aforesaid exchange facility and submit evidence thereof together with a copy of the Transport Document received for the purpose within 120 (one hundred twenty) days. I further state that the aforesaid goods have not yet been imported. I also self-declare that no amount has been remitted through cash / Draft / T.T. to the same Beneficiary through any other bank during the preceding seven working days and that no shipment remains pending under any earlier cash / Draft / T.T. facility obtained from the same Beneficiary.</w:t>
      </w:r>
    </w:p>
    <w:p>
      <w:pPr>
        <w:spacing w:after="72" w:line="259" w:lineRule="auto"/>
        <w:ind w:left="144"/>
      </w:pPr>
      <w:r>
        <w:rPr>
          <w:rFonts w:ascii="Noto Sans" w:hAnsi="Noto Sans" w:cs="Noto Sans Devanagari" w:eastAsia="Noto Sans Devanagari"/>
          <w:b w:val="0"/>
          <w:i w:val="0"/>
          <w:color w:val="222222"/>
          <w:sz w:val="19"/>
        </w:rPr>
        <w:t>1. Name of goods: ____________________</w:t>
      </w:r>
    </w:p>
    <w:p>
      <w:pPr>
        <w:spacing w:after="72" w:line="259" w:lineRule="auto"/>
        <w:ind w:left="144"/>
      </w:pPr>
      <w:r>
        <w:rPr>
          <w:rFonts w:ascii="Noto Sans" w:hAnsi="Noto Sans" w:cs="Noto Sans Devanagari" w:eastAsia="Noto Sans Devanagari"/>
          <w:b w:val="0"/>
          <w:i w:val="0"/>
          <w:color w:val="222222"/>
          <w:sz w:val="19"/>
        </w:rPr>
        <w:t>2. Quantity: ____________________</w:t>
      </w:r>
    </w:p>
    <w:p>
      <w:pPr>
        <w:spacing w:after="72" w:line="259" w:lineRule="auto"/>
        <w:ind w:left="144"/>
      </w:pPr>
      <w:r>
        <w:rPr>
          <w:rFonts w:ascii="Noto Sans" w:hAnsi="Noto Sans" w:cs="Noto Sans Devanagari" w:eastAsia="Noto Sans Devanagari"/>
          <w:b w:val="0"/>
          <w:i w:val="0"/>
          <w:color w:val="222222"/>
          <w:sz w:val="19"/>
        </w:rPr>
        <w:t>3. Foreign currency amount: ____________________</w:t>
      </w:r>
    </w:p>
    <w:p>
      <w:pPr>
        <w:spacing w:after="72" w:line="259" w:lineRule="auto"/>
        <w:ind w:left="144"/>
      </w:pPr>
      <w:r>
        <w:rPr>
          <w:rFonts w:ascii="Noto Sans" w:hAnsi="Noto Sans" w:cs="Noto Sans Devanagari" w:eastAsia="Noto Sans Devanagari"/>
          <w:b w:val="0"/>
          <w:i w:val="0"/>
          <w:color w:val="222222"/>
          <w:sz w:val="19"/>
        </w:rPr>
        <w:t>4. Name and address of Beneficiary: ____________________</w:t>
      </w:r>
    </w:p>
    <w:p>
      <w:pPr>
        <w:spacing w:after="72" w:line="259" w:lineRule="auto"/>
        <w:ind w:left="144"/>
      </w:pPr>
      <w:r>
        <w:rPr>
          <w:rFonts w:ascii="Noto Sans" w:hAnsi="Noto Sans" w:cs="Noto Sans Devanagari" w:eastAsia="Noto Sans Devanagari"/>
          <w:b w:val="0"/>
          <w:i w:val="0"/>
          <w:color w:val="222222"/>
          <w:sz w:val="19"/>
        </w:rPr>
        <w:t>(Applicable only in the case of Draft / T.T.)</w:t>
      </w:r>
    </w:p>
    <w:p>
      <w:pPr>
        <w:spacing w:after="60" w:line="259" w:lineRule="auto"/>
        <w:jc w:val="center"/>
      </w:pPr>
      <w:r>
        <w:rPr>
          <w:rFonts w:ascii="Noto Sans" w:hAnsi="Noto Sans" w:cs="Noto Sans Devanagari" w:eastAsia="Noto Sans Devanagari"/>
          <w:b w:val="0"/>
          <w:i w:val="0"/>
          <w:sz w:val="19"/>
        </w:rPr>
        <w:t>Applicant,</w:t>
      </w:r>
    </w:p>
    <w:p>
      <w:pPr>
        <w:spacing w:after="60" w:line="259" w:lineRule="auto"/>
        <w:jc w:val="center"/>
      </w:pPr>
      <w:r>
        <w:rPr>
          <w:rFonts w:ascii="Noto Sans" w:hAnsi="Noto Sans" w:cs="Noto Sans Devanagari" w:eastAsia="Noto Sans Devanagari"/>
          <w:b w:val="0"/>
          <w:i w:val="0"/>
          <w:sz w:val="19"/>
        </w:rPr>
        <w:t>Authorised Signature</w:t>
      </w:r>
    </w:p>
    <w:p>
      <w:pPr>
        <w:spacing w:after="60" w:line="259" w:lineRule="auto"/>
        <w:jc w:val="center"/>
      </w:pPr>
      <w:r>
        <w:rPr>
          <w:rFonts w:ascii="Noto Sans" w:hAnsi="Noto Sans" w:cs="Noto Sans Devanagari" w:eastAsia="Noto Sans Devanagari"/>
          <w:b w:val="0"/>
          <w:i w:val="0"/>
          <w:sz w:val="19"/>
        </w:rPr>
        <w:t>(Name and seal of importer firm/company)</w:t>
      </w:r>
    </w:p>
    <w:p>
      <w:pPr>
        <w:spacing w:after="72" w:line="259" w:lineRule="auto"/>
      </w:pPr>
      <w:r>
        <w:rPr>
          <w:rFonts w:ascii="Noto Sans" w:hAnsi="Noto Sans" w:cs="Noto Sans Devanagari" w:eastAsia="Noto Sans Devanagari"/>
          <w:b w:val="0"/>
          <w:i w:val="0"/>
          <w:color w:val="222222"/>
          <w:sz w:val="19"/>
        </w:rPr>
        <w:t>Note: The name, brand, quantity, unit price and total value of all goods to be imported shall be stated mandatorily in detailed and separate particulars.</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1.6</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१.३.१ को (घ) को प्रयोजनको लागि)</w:t>
      </w:r>
    </w:p>
    <w:p>
      <w:pPr>
        <w:spacing w:after="100" w:line="259" w:lineRule="auto"/>
        <w:jc w:val="center"/>
      </w:pPr>
      <w:r>
        <w:rPr>
          <w:rFonts w:ascii="Noto Sans" w:hAnsi="Noto Sans" w:cs="Noto Sans Devanagari" w:eastAsia="Noto Sans Devanagari"/>
          <w:b/>
          <w:i w:val="0"/>
          <w:sz w:val="19"/>
        </w:rPr>
        <w:t>वि.वि.नि.फा.नं. ४(ख)</w:t>
      </w:r>
    </w:p>
    <w:p>
      <w:pPr>
        <w:spacing w:after="60" w:line="259" w:lineRule="auto"/>
        <w:jc w:val="center"/>
      </w:pPr>
      <w:r>
        <w:rPr>
          <w:rFonts w:ascii="Noto Sans" w:hAnsi="Noto Sans" w:cs="Noto Sans Devanagari" w:eastAsia="Noto Sans Devanagari"/>
          <w:b w:val="0"/>
          <w:i w:val="0"/>
          <w:sz w:val="20"/>
        </w:rPr>
        <w:t>________________________ बैंक</w:t>
      </w:r>
    </w:p>
    <w:p>
      <w:pPr>
        <w:spacing w:after="60" w:line="259" w:lineRule="auto"/>
        <w:jc w:val="center"/>
      </w:pPr>
      <w:r>
        <w:rPr>
          <w:rFonts w:ascii="Noto Sans" w:hAnsi="Noto Sans" w:cs="Noto Sans Devanagari" w:eastAsia="Noto Sans Devanagari"/>
          <w:b w:val="0"/>
          <w:i w:val="0"/>
          <w:sz w:val="20"/>
        </w:rPr>
        <w:t>________________________ शाखा</w:t>
      </w:r>
    </w:p>
    <w:p>
      <w:pPr>
        <w:spacing w:after="60" w:line="259" w:lineRule="auto"/>
        <w:jc w:val="center"/>
      </w:pPr>
      <w:r>
        <w:rPr>
          <w:rFonts w:ascii="Noto Sans" w:hAnsi="Noto Sans" w:cs="Noto Sans Devanagari" w:eastAsia="Noto Sans Devanagari"/>
          <w:b w:val="0"/>
          <w:i w:val="0"/>
          <w:sz w:val="20"/>
        </w:rPr>
        <w:t>मिति ः ____________________</w:t>
      </w:r>
    </w:p>
    <w:p>
      <w:pPr>
        <w:spacing w:after="64" w:line="259" w:lineRule="auto"/>
      </w:pPr>
      <w:r>
        <w:rPr>
          <w:rFonts w:ascii="Noto Sans" w:hAnsi="Noto Sans" w:cs="Noto Sans Devanagari" w:eastAsia="Noto Sans Devanagari"/>
          <w:b w:val="0"/>
          <w:i w:val="0"/>
          <w:sz w:val="20"/>
        </w:rPr>
        <w:t>नेपाल सरकार</w:t>
      </w:r>
    </w:p>
    <w:p>
      <w:pPr>
        <w:spacing w:after="64" w:line="259" w:lineRule="auto"/>
      </w:pPr>
      <w:r>
        <w:rPr>
          <w:rFonts w:ascii="Noto Sans" w:hAnsi="Noto Sans" w:cs="Noto Sans Devanagari" w:eastAsia="Noto Sans Devanagari"/>
          <w:b w:val="0"/>
          <w:i w:val="0"/>
          <w:sz w:val="20"/>
        </w:rPr>
        <w:t>तातोपानी/रसुवागढी/मुस्ताङ्ग भन्सार कार्यालय ।</w:t>
      </w:r>
    </w:p>
    <w:p>
      <w:pPr>
        <w:spacing w:after="60" w:line="259" w:lineRule="auto"/>
        <w:jc w:val="center"/>
      </w:pPr>
      <w:r>
        <w:rPr>
          <w:rFonts w:ascii="Noto Sans" w:hAnsi="Noto Sans" w:cs="Noto Sans Devanagari" w:eastAsia="Noto Sans Devanagari"/>
          <w:b/>
          <w:i w:val="0"/>
          <w:sz w:val="20"/>
        </w:rPr>
        <w:t>विषय ः– ड्राफ्ट/टी.टी. सटही सुविधा सम्बन्धमा ।</w:t>
      </w:r>
    </w:p>
    <w:p>
      <w:pPr>
        <w:spacing w:after="64" w:line="259" w:lineRule="auto"/>
      </w:pPr>
      <w:r>
        <w:rPr>
          <w:rFonts w:ascii="Noto Sans" w:hAnsi="Noto Sans" w:cs="Noto Sans Devanagari" w:eastAsia="Noto Sans Devanagari"/>
          <w:b w:val="0"/>
          <w:i w:val="0"/>
          <w:sz w:val="20"/>
        </w:rPr>
        <w:t>निम्न विवरण बमोजिमको सामानको पैठारीको लागि श्री ____________________ लाई यस बैंक/वित्तीय संस्थाबाट निम्नानुसारको विदेशी मुद्राको ड्राफ्ट/टी.टी. प्रदान गरिएको व्यहोरा प्रमाणित गरिएको छ । यस सम्बन्धी प्रोफर्मा इन्भ्वाइसको प्रतिलिपि यसैसाथ संलग्न छ । साथै, आयातकर्ताले उक्त वस्तु Transport Document जारी गराई ढुवानी गर्ने व्यहोरा समेत अनुरोध 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rPr>
        <w:tc>
          <w:tcPr>
            <w:tcW w:type="dxa" w:w="2045"/>
            <w:vAlign w:val="center"/>
            <w:shd w:fill="DCE6F1"/>
          </w:tcPr>
          <w:p>
            <w:pPr>
              <w:spacing w:after="0"/>
              <w:jc w:val="center"/>
            </w:pPr>
            <w:r>
              <w:rPr>
                <w:rFonts w:ascii="Noto Sans" w:hAnsi="Noto Sans" w:cs="Noto Sans Devanagari" w:eastAsia="Noto Sans Devanagari"/>
                <w:b/>
                <w:i w:val="0"/>
                <w:sz w:val="15"/>
              </w:rPr>
              <w:t>क्र.सं.</w:t>
            </w:r>
          </w:p>
        </w:tc>
        <w:tc>
          <w:tcPr>
            <w:tcW w:type="dxa" w:w="2045"/>
            <w:vAlign w:val="center"/>
            <w:shd w:fill="DCE6F1"/>
          </w:tcPr>
          <w:p>
            <w:pPr>
              <w:spacing w:after="0"/>
              <w:jc w:val="center"/>
            </w:pPr>
            <w:r>
              <w:rPr>
                <w:rFonts w:ascii="Noto Sans" w:hAnsi="Noto Sans" w:cs="Noto Sans Devanagari" w:eastAsia="Noto Sans Devanagari"/>
                <w:b/>
                <w:i w:val="0"/>
                <w:sz w:val="15"/>
              </w:rPr>
              <w:t>आयात गरिने सामानको विवरण</w:t>
            </w:r>
          </w:p>
        </w:tc>
        <w:tc>
          <w:tcPr>
            <w:tcW w:type="dxa" w:w="2045"/>
            <w:vAlign w:val="center"/>
            <w:shd w:fill="DCE6F1"/>
          </w:tcPr>
          <w:p>
            <w:pPr>
              <w:spacing w:after="0"/>
              <w:jc w:val="center"/>
            </w:pPr>
            <w:r>
              <w:rPr>
                <w:rFonts w:ascii="Noto Sans" w:hAnsi="Noto Sans" w:cs="Noto Sans Devanagari" w:eastAsia="Noto Sans Devanagari"/>
                <w:b/>
                <w:i w:val="0"/>
                <w:sz w:val="15"/>
              </w:rPr>
              <w:t>हार्मोनिक कोड नम्बर</w:t>
            </w:r>
          </w:p>
        </w:tc>
        <w:tc>
          <w:tcPr>
            <w:tcW w:type="dxa" w:w="2045"/>
            <w:vAlign w:val="center"/>
            <w:shd w:fill="DCE6F1"/>
          </w:tcPr>
          <w:p>
            <w:pPr>
              <w:spacing w:after="0"/>
              <w:jc w:val="center"/>
            </w:pPr>
            <w:r>
              <w:rPr>
                <w:rFonts w:ascii="Noto Sans" w:hAnsi="Noto Sans" w:cs="Noto Sans Devanagari" w:eastAsia="Noto Sans Devanagari"/>
                <w:b/>
                <w:i w:val="0"/>
                <w:sz w:val="15"/>
              </w:rPr>
              <w:t>परिमाण</w:t>
            </w:r>
          </w:p>
        </w:tc>
        <w:tc>
          <w:tcPr>
            <w:tcW w:type="dxa" w:w="2045"/>
            <w:vAlign w:val="center"/>
            <w:shd w:fill="DCE6F1"/>
          </w:tcPr>
          <w:p>
            <w:pPr>
              <w:spacing w:after="0"/>
              <w:jc w:val="center"/>
            </w:pPr>
            <w:r>
              <w:rPr>
                <w:rFonts w:ascii="Noto Sans" w:hAnsi="Noto Sans" w:cs="Noto Sans Devanagari" w:eastAsia="Noto Sans Devanagari"/>
                <w:b/>
                <w:i w:val="0"/>
                <w:sz w:val="15"/>
              </w:rPr>
              <w:t>सटही लिएको कुल वि.मु. रकम</w:t>
            </w:r>
          </w:p>
        </w:tc>
      </w:tr>
      <w:tr>
        <w:trPr>
          <w:cantSplit/>
        </w:trPr>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r>
      <w:tr>
        <w:trPr>
          <w:cantSplit/>
        </w:trPr>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r>
    </w:tbl>
    <w:p>
      <w:pPr>
        <w:spacing w:after="60" w:line="259" w:lineRule="auto"/>
        <w:jc w:val="center"/>
      </w:pPr>
      <w:r>
        <w:rPr>
          <w:rFonts w:ascii="Noto Sans" w:hAnsi="Noto Sans" w:cs="Noto Sans Devanagari" w:eastAsia="Noto Sans Devanagari"/>
          <w:b w:val="0"/>
          <w:i w:val="0"/>
          <w:sz w:val="20"/>
        </w:rPr>
        <w:t>भवदीय,</w:t>
      </w:r>
    </w:p>
    <w:p>
      <w:pPr>
        <w:spacing w:after="60" w:line="259" w:lineRule="auto"/>
        <w:jc w:val="center"/>
      </w:pPr>
      <w:r>
        <w:rPr>
          <w:rFonts w:ascii="Noto Sans" w:hAnsi="Noto Sans" w:cs="Noto Sans Devanagari" w:eastAsia="Noto Sans Devanagari"/>
          <w:b w:val="0"/>
          <w:i w:val="0"/>
          <w:sz w:val="20"/>
        </w:rPr>
        <w:t>विवरण तयार गर्नेको दस्तखत                         अख्तियार प्राप्त अधिकारीको दस्तखत</w:t>
      </w:r>
    </w:p>
    <w:p>
      <w:pPr>
        <w:spacing w:after="60" w:line="259" w:lineRule="auto"/>
        <w:jc w:val="center"/>
      </w:pPr>
      <w:r>
        <w:rPr>
          <w:rFonts w:ascii="Noto Sans" w:hAnsi="Noto Sans" w:cs="Noto Sans Devanagari" w:eastAsia="Noto Sans Devanagari"/>
          <w:b w:val="0"/>
          <w:i w:val="0"/>
          <w:sz w:val="20"/>
        </w:rPr>
        <w:t>नाम ः ____________________</w:t>
      </w:r>
    </w:p>
    <w:p>
      <w:pPr>
        <w:spacing w:after="60" w:line="259" w:lineRule="auto"/>
        <w:jc w:val="center"/>
      </w:pPr>
      <w:r>
        <w:rPr>
          <w:rFonts w:ascii="Noto Sans" w:hAnsi="Noto Sans" w:cs="Noto Sans Devanagari" w:eastAsia="Noto Sans Devanagari"/>
          <w:b w:val="0"/>
          <w:i w:val="0"/>
          <w:sz w:val="20"/>
        </w:rPr>
        <w:t>पद ः ____________________</w:t>
      </w:r>
    </w:p>
    <w:p>
      <w:pPr>
        <w:spacing w:after="60" w:line="259" w:lineRule="auto"/>
        <w:jc w:val="center"/>
      </w:pPr>
      <w:r>
        <w:rPr>
          <w:rFonts w:ascii="Noto Sans" w:hAnsi="Noto Sans" w:cs="Noto Sans Devanagari" w:eastAsia="Noto Sans Devanagari"/>
          <w:b w:val="0"/>
          <w:i w:val="0"/>
          <w:sz w:val="20"/>
        </w:rPr>
        <w:t>बैंकको छाप ः</w:t>
      </w:r>
    </w:p>
    <w:p>
      <w:pPr>
        <w:spacing w:after="64" w:line="259" w:lineRule="auto"/>
      </w:pPr>
      <w:r>
        <w:rPr>
          <w:rFonts w:ascii="Noto Sans" w:hAnsi="Noto Sans" w:cs="Noto Sans Devanagari" w:eastAsia="Noto Sans Devanagari"/>
          <w:b w:val="0"/>
          <w:i w:val="0"/>
          <w:sz w:val="20"/>
        </w:rPr>
        <w:t>नोटः</w:t>
      </w:r>
    </w:p>
    <w:p>
      <w:pPr>
        <w:spacing w:after="64" w:line="259" w:lineRule="auto"/>
      </w:pPr>
      <w:r>
        <w:rPr>
          <w:rFonts w:ascii="Noto Sans" w:hAnsi="Noto Sans" w:cs="Noto Sans Devanagari" w:eastAsia="Noto Sans Devanagari"/>
          <w:b w:val="0"/>
          <w:i w:val="0"/>
          <w:sz w:val="20"/>
        </w:rPr>
        <w:t>क. आयात गरिने सम्पूर्ण वस्तुहरूको नाम, ब्राण्ड, परिमाण, इकाइ मूल्य र कुल मूल्यबारे विस्तृत र प्रमाणित विवरण अनिवार्य रुपले उल्लेख गर्नु पर्नेछ । यस पृष्ठमा नअटाएको खण्डमा पछाडिको पृष्ठ प्रयोग गर्नु पर्नेछ ।</w:t>
      </w:r>
    </w:p>
    <w:p>
      <w:pPr>
        <w:spacing w:after="64" w:line="259" w:lineRule="auto"/>
      </w:pPr>
      <w:r>
        <w:rPr>
          <w:rFonts w:ascii="Noto Sans" w:hAnsi="Noto Sans" w:cs="Noto Sans Devanagari" w:eastAsia="Noto Sans Devanagari"/>
          <w:b w:val="0"/>
          <w:i w:val="0"/>
          <w:sz w:val="20"/>
        </w:rPr>
        <w:t>ख. माथि उल्लेखित ड्राफ्ट/टी.टी. को मिति भन्दा अगाडि नै नेपाल भित्रिसकेको मालवस्तुहरूको आयातको लागि यो फाराम प्रयोग गर्न मिल्ने छैन ।</w:t>
      </w:r>
    </w:p>
    <w:p>
      <w:pPr>
        <w:spacing w:after="60" w:line="259" w:lineRule="auto"/>
        <w:jc w:val="center"/>
      </w:pPr>
      <w:r>
        <w:rPr>
          <w:rFonts w:ascii="Noto Sans" w:hAnsi="Noto Sans" w:cs="Noto Sans Devanagari" w:eastAsia="Noto Sans Devanagari"/>
          <w:b/>
          <w:i w:val="0"/>
          <w:sz w:val="20"/>
        </w:rPr>
        <w:t>भन्सार प्रयोजनको लागि</w:t>
      </w:r>
    </w:p>
    <w:p>
      <w:pPr>
        <w:spacing w:after="64" w:line="259" w:lineRule="auto"/>
      </w:pPr>
      <w:r>
        <w:rPr>
          <w:rFonts w:ascii="Noto Sans" w:hAnsi="Noto Sans" w:cs="Noto Sans Devanagari" w:eastAsia="Noto Sans Devanagari"/>
          <w:b w:val="0"/>
          <w:i w:val="0"/>
          <w:sz w:val="20"/>
        </w:rPr>
        <w:t>माथि उल्लेखित विवरण अनुसारको मूल्य विदेशी मुद्रा ____________________ को जम्मा ____________________ परिमाणको ____________________ सामानहरू मिति ____________________ को भन्सार रसिद नं. ____________________ बाट यस भन्सार कार्यालयबाट छुटाई लगेको प्रमाणित गर्दछौँ ।</w:t>
      </w:r>
    </w:p>
    <w:p>
      <w:pPr>
        <w:spacing w:after="60" w:line="259" w:lineRule="auto"/>
        <w:jc w:val="center"/>
      </w:pPr>
      <w:r>
        <w:rPr>
          <w:rFonts w:ascii="Noto Sans" w:hAnsi="Noto Sans" w:cs="Noto Sans Devanagari" w:eastAsia="Noto Sans Devanagari"/>
          <w:b w:val="0"/>
          <w:i w:val="0"/>
          <w:sz w:val="20"/>
        </w:rPr>
        <w:t>भन्सार अधिकृतको दस्तखत र छाप</w:t>
      </w:r>
    </w:p>
    <w:p>
      <w:pPr>
        <w:spacing w:after="64" w:line="259" w:lineRule="auto"/>
      </w:pPr>
      <w:r>
        <w:rPr>
          <w:rFonts w:ascii="Noto Sans" w:hAnsi="Noto Sans" w:cs="Noto Sans Devanagari" w:eastAsia="Noto Sans Devanagari"/>
          <w:b w:val="0"/>
          <w:i w:val="0"/>
          <w:sz w:val="20"/>
        </w:rPr>
        <w:t>नोट ः</w:t>
      </w:r>
    </w:p>
    <w:p>
      <w:pPr>
        <w:spacing w:after="64" w:line="259" w:lineRule="auto"/>
        <w:ind w:left="144"/>
      </w:pPr>
      <w:r>
        <w:rPr>
          <w:rFonts w:ascii="Noto Sans" w:hAnsi="Noto Sans" w:cs="Noto Sans Devanagari" w:eastAsia="Noto Sans Devanagari"/>
          <w:b w:val="0"/>
          <w:i w:val="0"/>
          <w:sz w:val="20"/>
        </w:rPr>
        <w:t>(क) पहिलो २ प्रति भन्सार प्रयोजनको लागि (भन्सार कार्यालयबाट प्रमाणित गरिसकेपछि १ प्रति सम्बन्धित बैंक/वित्तीय संस्थामा नै बुझाउनुपर्ने) ।</w:t>
      </w:r>
    </w:p>
    <w:p>
      <w:pPr>
        <w:spacing w:after="64" w:line="259" w:lineRule="auto"/>
        <w:ind w:left="144"/>
      </w:pPr>
      <w:r>
        <w:rPr>
          <w:rFonts w:ascii="Noto Sans" w:hAnsi="Noto Sans" w:cs="Noto Sans Devanagari" w:eastAsia="Noto Sans Devanagari"/>
          <w:b w:val="0"/>
          <w:i w:val="0"/>
          <w:sz w:val="20"/>
        </w:rPr>
        <w:t>(ख) तेस्रो प्रति सम्बन्धित बैंक/वित्तीय संस्थामा अभिलेख राख्नुपर्ने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1.6</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1.3.1(d) of F.E. Circular No. 1)</w:t>
      </w:r>
    </w:p>
    <w:p>
      <w:pPr>
        <w:spacing w:after="100" w:line="259" w:lineRule="auto"/>
        <w:jc w:val="center"/>
      </w:pPr>
      <w:r>
        <w:rPr>
          <w:rFonts w:ascii="Noto Sans" w:hAnsi="Noto Sans" w:cs="Noto Sans Devanagari" w:eastAsia="Noto Sans Devanagari"/>
          <w:b/>
          <w:i w:val="0"/>
          <w:sz w:val="18"/>
        </w:rPr>
        <w:t>F.E. Control Form No. 4(b)</w:t>
      </w:r>
    </w:p>
    <w:p>
      <w:pPr>
        <w:spacing w:after="60" w:line="259" w:lineRule="auto"/>
        <w:jc w:val="center"/>
      </w:pPr>
      <w:r>
        <w:rPr>
          <w:rFonts w:ascii="Noto Sans" w:hAnsi="Noto Sans" w:cs="Noto Sans Devanagari" w:eastAsia="Noto Sans Devanagari"/>
          <w:b w:val="0"/>
          <w:i w:val="0"/>
          <w:sz w:val="19"/>
        </w:rPr>
        <w:t>________________________ Bank</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val="0"/>
          <w:i w:val="0"/>
          <w:sz w:val="19"/>
        </w:rPr>
        <w:t>Date: ____________________</w:t>
      </w:r>
    </w:p>
    <w:p>
      <w:pPr>
        <w:spacing w:after="72" w:line="259" w:lineRule="auto"/>
      </w:pPr>
      <w:r>
        <w:rPr>
          <w:rFonts w:ascii="Noto Sans" w:hAnsi="Noto Sans" w:cs="Noto Sans Devanagari" w:eastAsia="Noto Sans Devanagari"/>
          <w:b w:val="0"/>
          <w:i w:val="0"/>
          <w:color w:val="222222"/>
          <w:sz w:val="19"/>
        </w:rPr>
        <w:t>Government of Nepal</w:t>
      </w:r>
    </w:p>
    <w:p>
      <w:pPr>
        <w:spacing w:after="72" w:line="259" w:lineRule="auto"/>
      </w:pPr>
      <w:r>
        <w:rPr>
          <w:rFonts w:ascii="Noto Sans" w:hAnsi="Noto Sans" w:cs="Noto Sans Devanagari" w:eastAsia="Noto Sans Devanagari"/>
          <w:b w:val="0"/>
          <w:i w:val="0"/>
          <w:color w:val="222222"/>
          <w:sz w:val="19"/>
        </w:rPr>
        <w:t>Tatopani / Rasuwagadhi / Mustang Customs Office.</w:t>
      </w:r>
    </w:p>
    <w:p>
      <w:pPr>
        <w:spacing w:after="60" w:line="259" w:lineRule="auto"/>
        <w:jc w:val="center"/>
      </w:pPr>
      <w:r>
        <w:rPr>
          <w:rFonts w:ascii="Noto Sans" w:hAnsi="Noto Sans" w:cs="Noto Sans Devanagari" w:eastAsia="Noto Sans Devanagari"/>
          <w:b/>
          <w:i w:val="0"/>
          <w:sz w:val="19"/>
        </w:rPr>
        <w:t>Subject: Draft / T.T. Exchange Facility</w:t>
      </w:r>
    </w:p>
    <w:p>
      <w:pPr>
        <w:spacing w:after="72" w:line="259" w:lineRule="auto"/>
      </w:pPr>
      <w:r>
        <w:rPr>
          <w:rFonts w:ascii="Noto Sans" w:hAnsi="Noto Sans" w:cs="Noto Sans Devanagari" w:eastAsia="Noto Sans Devanagari"/>
          <w:b w:val="0"/>
          <w:i w:val="0"/>
          <w:color w:val="222222"/>
          <w:sz w:val="19"/>
        </w:rPr>
        <w:t>This is to certify that, for the import of the goods described below, a foreign currency Draft / T.T. has been provided by this bank/financial institution to Mr./M/s ____________________ as stated below. A copy of the relevant Proforma Invoice is enclosed herewith. It is also stated that the importer shall transport the said goods after obtaining issuance of a Transport Document.</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rPr>
        <w:tc>
          <w:tcPr>
            <w:tcW w:type="dxa" w:w="2045"/>
            <w:vAlign w:val="center"/>
            <w:shd w:fill="DCE6F1"/>
          </w:tcPr>
          <w:p>
            <w:pPr>
              <w:spacing w:after="0"/>
              <w:jc w:val="center"/>
            </w:pPr>
            <w:r>
              <w:rPr>
                <w:rFonts w:ascii="Noto Sans" w:hAnsi="Noto Sans" w:cs="Noto Sans Devanagari" w:eastAsia="Noto Sans Devanagari"/>
                <w:b/>
                <w:i w:val="0"/>
                <w:sz w:val="14"/>
              </w:rPr>
              <w:t>S.N.</w:t>
            </w:r>
          </w:p>
        </w:tc>
        <w:tc>
          <w:tcPr>
            <w:tcW w:type="dxa" w:w="2045"/>
            <w:vAlign w:val="center"/>
            <w:shd w:fill="DCE6F1"/>
          </w:tcPr>
          <w:p>
            <w:pPr>
              <w:spacing w:after="0"/>
              <w:jc w:val="center"/>
            </w:pPr>
            <w:r>
              <w:rPr>
                <w:rFonts w:ascii="Noto Sans" w:hAnsi="Noto Sans" w:cs="Noto Sans Devanagari" w:eastAsia="Noto Sans Devanagari"/>
                <w:b/>
                <w:i w:val="0"/>
                <w:sz w:val="14"/>
              </w:rPr>
              <w:t>Particulars of goods to be imported</w:t>
            </w:r>
          </w:p>
        </w:tc>
        <w:tc>
          <w:tcPr>
            <w:tcW w:type="dxa" w:w="2045"/>
            <w:vAlign w:val="center"/>
            <w:shd w:fill="DCE6F1"/>
          </w:tcPr>
          <w:p>
            <w:pPr>
              <w:spacing w:after="0"/>
              <w:jc w:val="center"/>
            </w:pPr>
            <w:r>
              <w:rPr>
                <w:rFonts w:ascii="Noto Sans" w:hAnsi="Noto Sans" w:cs="Noto Sans Devanagari" w:eastAsia="Noto Sans Devanagari"/>
                <w:b/>
                <w:i w:val="0"/>
                <w:sz w:val="14"/>
              </w:rPr>
              <w:t>Harmonized Code No.</w:t>
            </w:r>
          </w:p>
        </w:tc>
        <w:tc>
          <w:tcPr>
            <w:tcW w:type="dxa" w:w="2045"/>
            <w:vAlign w:val="center"/>
            <w:shd w:fill="DCE6F1"/>
          </w:tcPr>
          <w:p>
            <w:pPr>
              <w:spacing w:after="0"/>
              <w:jc w:val="center"/>
            </w:pPr>
            <w:r>
              <w:rPr>
                <w:rFonts w:ascii="Noto Sans" w:hAnsi="Noto Sans" w:cs="Noto Sans Devanagari" w:eastAsia="Noto Sans Devanagari"/>
                <w:b/>
                <w:i w:val="0"/>
                <w:sz w:val="14"/>
              </w:rPr>
              <w:t>Quantity</w:t>
            </w:r>
          </w:p>
        </w:tc>
        <w:tc>
          <w:tcPr>
            <w:tcW w:type="dxa" w:w="2045"/>
            <w:vAlign w:val="center"/>
            <w:shd w:fill="DCE6F1"/>
          </w:tcPr>
          <w:p>
            <w:pPr>
              <w:spacing w:after="0"/>
              <w:jc w:val="center"/>
            </w:pPr>
            <w:r>
              <w:rPr>
                <w:rFonts w:ascii="Noto Sans" w:hAnsi="Noto Sans" w:cs="Noto Sans Devanagari" w:eastAsia="Noto Sans Devanagari"/>
                <w:b/>
                <w:i w:val="0"/>
                <w:sz w:val="14"/>
              </w:rPr>
              <w:t>Total foreign currency amount exchanged</w:t>
            </w:r>
          </w:p>
        </w:tc>
      </w:tr>
      <w:tr>
        <w:trPr>
          <w:cantSplit/>
        </w:trPr>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r>
      <w:tr>
        <w:trPr>
          <w:cantSplit/>
        </w:trPr>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r>
    </w:tbl>
    <w:p>
      <w:pPr>
        <w:spacing w:after="60" w:line="259" w:lineRule="auto"/>
        <w:jc w:val="center"/>
      </w:pPr>
      <w:r>
        <w:rPr>
          <w:rFonts w:ascii="Noto Sans" w:hAnsi="Noto Sans" w:cs="Noto Sans Devanagari" w:eastAsia="Noto Sans Devanagari"/>
          <w:b w:val="0"/>
          <w:i w:val="0"/>
          <w:sz w:val="19"/>
        </w:rPr>
        <w:t>Yours faithfully,</w:t>
      </w:r>
    </w:p>
    <w:p>
      <w:pPr>
        <w:spacing w:after="60" w:line="259" w:lineRule="auto"/>
        <w:jc w:val="center"/>
      </w:pPr>
      <w:r>
        <w:rPr>
          <w:rFonts w:ascii="Noto Sans" w:hAnsi="Noto Sans" w:cs="Noto Sans Devanagari" w:eastAsia="Noto Sans Devanagari"/>
          <w:b w:val="0"/>
          <w:i w:val="0"/>
          <w:sz w:val="19"/>
        </w:rPr>
        <w:t>Signature of preparer of particulars                         Signature of Authorised Officer</w:t>
      </w:r>
    </w:p>
    <w:p>
      <w:pPr>
        <w:spacing w:after="60" w:line="259" w:lineRule="auto"/>
        <w:jc w:val="center"/>
      </w:pPr>
      <w:r>
        <w:rPr>
          <w:rFonts w:ascii="Noto Sans" w:hAnsi="Noto Sans" w:cs="Noto Sans Devanagari" w:eastAsia="Noto Sans Devanagari"/>
          <w:b w:val="0"/>
          <w:i w:val="0"/>
          <w:sz w:val="19"/>
        </w:rPr>
        <w:t>Name: ____________________</w:t>
      </w:r>
    </w:p>
    <w:p>
      <w:pPr>
        <w:spacing w:after="60" w:line="259" w:lineRule="auto"/>
        <w:jc w:val="center"/>
      </w:pPr>
      <w:r>
        <w:rPr>
          <w:rFonts w:ascii="Noto Sans" w:hAnsi="Noto Sans" w:cs="Noto Sans Devanagari" w:eastAsia="Noto Sans Devanagari"/>
          <w:b w:val="0"/>
          <w:i w:val="0"/>
          <w:sz w:val="19"/>
        </w:rPr>
        <w:t>Designation: ____________________</w:t>
      </w:r>
    </w:p>
    <w:p>
      <w:pPr>
        <w:spacing w:after="60" w:line="259" w:lineRule="auto"/>
        <w:jc w:val="center"/>
      </w:pPr>
      <w:r>
        <w:rPr>
          <w:rFonts w:ascii="Noto Sans" w:hAnsi="Noto Sans" w:cs="Noto Sans Devanagari" w:eastAsia="Noto Sans Devanagari"/>
          <w:b w:val="0"/>
          <w:i w:val="0"/>
          <w:sz w:val="19"/>
        </w:rPr>
        <w:t>Bank Seal:</w:t>
      </w:r>
    </w:p>
    <w:p>
      <w:pPr>
        <w:spacing w:after="72" w:line="259" w:lineRule="auto"/>
      </w:pPr>
      <w:r>
        <w:rPr>
          <w:rFonts w:ascii="Noto Sans" w:hAnsi="Noto Sans" w:cs="Noto Sans Devanagari" w:eastAsia="Noto Sans Devanagari"/>
          <w:b w:val="0"/>
          <w:i w:val="0"/>
          <w:color w:val="222222"/>
          <w:sz w:val="19"/>
        </w:rPr>
        <w:t>Note:</w:t>
      </w:r>
    </w:p>
    <w:p>
      <w:pPr>
        <w:spacing w:after="72" w:line="259" w:lineRule="auto"/>
      </w:pPr>
      <w:r>
        <w:rPr>
          <w:rFonts w:ascii="Noto Sans" w:hAnsi="Noto Sans" w:cs="Noto Sans Devanagari" w:eastAsia="Noto Sans Devanagari"/>
          <w:b w:val="0"/>
          <w:i w:val="0"/>
          <w:color w:val="222222"/>
          <w:sz w:val="19"/>
        </w:rPr>
        <w:t>a. Detailed and certified particulars of the name, brand, quantity, unit price and total value of all goods to be imported shall be mandatorily stated. If the particulars do not fit on this page, the reverse page shall be used.</w:t>
      </w:r>
    </w:p>
    <w:p>
      <w:pPr>
        <w:spacing w:after="72" w:line="259" w:lineRule="auto"/>
      </w:pPr>
      <w:r>
        <w:rPr>
          <w:rFonts w:ascii="Noto Sans" w:hAnsi="Noto Sans" w:cs="Noto Sans Devanagari" w:eastAsia="Noto Sans Devanagari"/>
          <w:b w:val="0"/>
          <w:i w:val="0"/>
          <w:color w:val="222222"/>
          <w:sz w:val="19"/>
        </w:rPr>
        <w:t>b. This form shall not be used for the import of goods that had already entered Nepal before the date of the Draft / T.T. stated above.</w:t>
      </w:r>
    </w:p>
    <w:p>
      <w:pPr>
        <w:spacing w:after="60" w:line="259" w:lineRule="auto"/>
        <w:jc w:val="center"/>
      </w:pPr>
      <w:r>
        <w:rPr>
          <w:rFonts w:ascii="Noto Sans" w:hAnsi="Noto Sans" w:cs="Noto Sans Devanagari" w:eastAsia="Noto Sans Devanagari"/>
          <w:b/>
          <w:i w:val="0"/>
          <w:sz w:val="19"/>
        </w:rPr>
        <w:t>For Customs Purposes</w:t>
      </w:r>
    </w:p>
    <w:p>
      <w:pPr>
        <w:spacing w:after="72" w:line="259" w:lineRule="auto"/>
      </w:pPr>
      <w:r>
        <w:rPr>
          <w:rFonts w:ascii="Noto Sans" w:hAnsi="Noto Sans" w:cs="Noto Sans Devanagari" w:eastAsia="Noto Sans Devanagari"/>
          <w:b w:val="0"/>
          <w:i w:val="0"/>
          <w:color w:val="222222"/>
          <w:sz w:val="19"/>
        </w:rPr>
        <w:t>It is certified that, in accordance with the particulars stated above, goods having a value of foreign currency ____________________, in a total quantity of ____________________, were released from this Customs Office under Customs Receipt No. ____________________ dated ____________________.</w:t>
      </w:r>
    </w:p>
    <w:p>
      <w:pPr>
        <w:spacing w:after="60" w:line="259" w:lineRule="auto"/>
        <w:jc w:val="center"/>
      </w:pPr>
      <w:r>
        <w:rPr>
          <w:rFonts w:ascii="Noto Sans" w:hAnsi="Noto Sans" w:cs="Noto Sans Devanagari" w:eastAsia="Noto Sans Devanagari"/>
          <w:b w:val="0"/>
          <w:i w:val="0"/>
          <w:sz w:val="19"/>
        </w:rPr>
        <w:t>Signature and Seal of Customs Officer</w:t>
      </w:r>
    </w:p>
    <w:p>
      <w:pPr>
        <w:spacing w:after="72" w:line="259" w:lineRule="auto"/>
      </w:pPr>
      <w:r>
        <w:rPr>
          <w:rFonts w:ascii="Noto Sans" w:hAnsi="Noto Sans" w:cs="Noto Sans Devanagari" w:eastAsia="Noto Sans Devanagari"/>
          <w:b w:val="0"/>
          <w:i w:val="0"/>
          <w:color w:val="222222"/>
          <w:sz w:val="19"/>
        </w:rPr>
        <w:t>Note:</w:t>
      </w:r>
    </w:p>
    <w:p>
      <w:pPr>
        <w:spacing w:after="72" w:line="259" w:lineRule="auto"/>
        <w:ind w:left="144"/>
      </w:pPr>
      <w:r>
        <w:rPr>
          <w:rFonts w:ascii="Noto Sans" w:hAnsi="Noto Sans" w:cs="Noto Sans Devanagari" w:eastAsia="Noto Sans Devanagari"/>
          <w:b w:val="0"/>
          <w:i w:val="0"/>
          <w:color w:val="222222"/>
          <w:sz w:val="19"/>
        </w:rPr>
        <w:t>(a) The first two copies are for customs purposes (after certification by the Customs Office, one copy shall be submitted to the concerned bank/financial institution).</w:t>
      </w:r>
    </w:p>
    <w:p>
      <w:pPr>
        <w:spacing w:after="72" w:line="259" w:lineRule="auto"/>
        <w:ind w:left="144"/>
      </w:pPr>
      <w:r>
        <w:rPr>
          <w:rFonts w:ascii="Noto Sans" w:hAnsi="Noto Sans" w:cs="Noto Sans Devanagari" w:eastAsia="Noto Sans Devanagari"/>
          <w:b w:val="0"/>
          <w:i w:val="0"/>
          <w:color w:val="222222"/>
          <w:sz w:val="19"/>
        </w:rPr>
        <w:t>(b) The third copy shall be retained on record by the concerned bank/financial institution.</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1.7</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१.३.४ को प्रयोजनको लागि)</w:t>
      </w:r>
    </w:p>
    <w:p>
      <w:pPr>
        <w:spacing w:after="60" w:line="259" w:lineRule="auto"/>
        <w:jc w:val="center"/>
      </w:pPr>
      <w:r>
        <w:rPr>
          <w:rFonts w:ascii="Noto Sans" w:hAnsi="Noto Sans" w:cs="Noto Sans Devanagari" w:eastAsia="Noto Sans Devanagari"/>
          <w:b w:val="0"/>
          <w:i w:val="0"/>
          <w:sz w:val="20"/>
        </w:rPr>
        <w:t>श्री नेपाल राष्ट्र बैंक</w:t>
      </w:r>
    </w:p>
    <w:p>
      <w:pPr>
        <w:spacing w:after="60" w:line="259" w:lineRule="auto"/>
        <w:jc w:val="center"/>
      </w:pPr>
      <w:r>
        <w:rPr>
          <w:rFonts w:ascii="Noto Sans" w:hAnsi="Noto Sans" w:cs="Noto Sans Devanagari" w:eastAsia="Noto Sans Devanagari"/>
          <w:b w:val="0"/>
          <w:i w:val="0"/>
          <w:sz w:val="20"/>
        </w:rPr>
        <w:t>केन्द्रीय कार्यालय</w:t>
      </w:r>
    </w:p>
    <w:p>
      <w:pPr>
        <w:spacing w:after="60" w:line="259" w:lineRule="auto"/>
        <w:jc w:val="center"/>
      </w:pPr>
      <w:r>
        <w:rPr>
          <w:rFonts w:ascii="Noto Sans" w:hAnsi="Noto Sans" w:cs="Noto Sans Devanagari" w:eastAsia="Noto Sans Devanagari"/>
          <w:b w:val="0"/>
          <w:i w:val="0"/>
          <w:sz w:val="20"/>
        </w:rPr>
        <w:t>विदेशी विनिमय व्यवस्थापन विभाग</w:t>
      </w:r>
    </w:p>
    <w:p>
      <w:pPr>
        <w:spacing w:after="60" w:line="259" w:lineRule="auto"/>
        <w:jc w:val="center"/>
      </w:pPr>
      <w:r>
        <w:rPr>
          <w:rFonts w:ascii="Noto Sans" w:hAnsi="Noto Sans" w:cs="Noto Sans Devanagari" w:eastAsia="Noto Sans Devanagari"/>
          <w:b w:val="0"/>
          <w:i w:val="0"/>
          <w:sz w:val="20"/>
        </w:rPr>
        <w:t>बालुवाटार, काठमाडौं ।</w:t>
      </w:r>
    </w:p>
    <w:p>
      <w:pPr>
        <w:spacing w:after="60" w:line="259" w:lineRule="auto"/>
        <w:jc w:val="center"/>
      </w:pPr>
      <w:r>
        <w:rPr>
          <w:rFonts w:ascii="Noto Sans" w:hAnsi="Noto Sans" w:cs="Noto Sans Devanagari" w:eastAsia="Noto Sans Devanagari"/>
          <w:b/>
          <w:i w:val="0"/>
          <w:sz w:val="20"/>
        </w:rPr>
        <w:t>विषयः– विवरण पठाएको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त्यस विभागको इ.प्रा. परिपत्र संख्या–१ को दफा १.३.४ को व्यवस्था अन्तर्गत तातोपानी/रसुवागढी/मुस्ताङ्ग भन्सार नाका मार्फत् तिब्बतबाट आयात गर्नको लागि प्रदान गरिएको विदेशी मुद्रा सटही र बैंक ड्राफ्ट/टी.टी.को विवरण निम्नानुसार भएको व्यहोरा अनुरोध छ ।</w:t>
      </w:r>
    </w:p>
    <w:p>
      <w:pPr>
        <w:spacing w:after="64" w:line="259" w:lineRule="auto"/>
        <w:ind w:left="144"/>
      </w:pPr>
      <w:r>
        <w:rPr>
          <w:rFonts w:ascii="Noto Sans" w:hAnsi="Noto Sans" w:cs="Noto Sans Devanagari" w:eastAsia="Noto Sans Devanagari"/>
          <w:b w:val="0"/>
          <w:i w:val="0"/>
          <w:sz w:val="20"/>
        </w:rPr>
        <w:t>(अमेरिकी डलरमा)</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278"/>
        <w:gridCol w:w="1278"/>
        <w:gridCol w:w="1278"/>
        <w:gridCol w:w="1278"/>
        <w:gridCol w:w="1278"/>
        <w:gridCol w:w="1278"/>
        <w:gridCol w:w="1278"/>
        <w:gridCol w:w="1278"/>
      </w:tblGrid>
      <w:tr>
        <w:trPr>
          <w:cantSplit/>
        </w:trPr>
        <w:tc>
          <w:tcPr>
            <w:tcW w:type="dxa" w:w="1278"/>
            <w:vAlign w:val="center"/>
            <w:shd w:fill="DCE6F1"/>
          </w:tcPr>
          <w:p>
            <w:pPr>
              <w:spacing w:after="0"/>
              <w:jc w:val="center"/>
            </w:pPr>
            <w:r>
              <w:rPr>
                <w:rFonts w:ascii="Noto Sans" w:hAnsi="Noto Sans" w:cs="Noto Sans Devanagari" w:eastAsia="Noto Sans Devanagari"/>
                <w:b/>
                <w:i w:val="0"/>
                <w:sz w:val="13"/>
              </w:rPr>
              <w:t>अवधि देखि</w:t>
            </w:r>
          </w:p>
        </w:tc>
        <w:tc>
          <w:tcPr>
            <w:tcW w:type="dxa" w:w="1278"/>
            <w:vAlign w:val="center"/>
            <w:shd w:fill="DCE6F1"/>
          </w:tcPr>
          <w:p>
            <w:pPr>
              <w:spacing w:after="0"/>
              <w:jc w:val="center"/>
            </w:pPr>
            <w:r>
              <w:rPr>
                <w:rFonts w:ascii="Noto Sans" w:hAnsi="Noto Sans" w:cs="Noto Sans Devanagari" w:eastAsia="Noto Sans Devanagari"/>
                <w:b/>
                <w:i w:val="0"/>
                <w:sz w:val="13"/>
              </w:rPr>
              <w:t>अवधि सम्म</w:t>
            </w:r>
          </w:p>
        </w:tc>
        <w:tc>
          <w:tcPr>
            <w:tcW w:type="dxa" w:w="1278"/>
            <w:vAlign w:val="center"/>
            <w:shd w:fill="DCE6F1"/>
          </w:tcPr>
          <w:p>
            <w:pPr>
              <w:spacing w:after="0"/>
              <w:jc w:val="center"/>
            </w:pPr>
            <w:r>
              <w:rPr>
                <w:rFonts w:ascii="Noto Sans" w:hAnsi="Noto Sans" w:cs="Noto Sans Devanagari" w:eastAsia="Noto Sans Devanagari"/>
                <w:b/>
                <w:i w:val="0"/>
                <w:sz w:val="13"/>
              </w:rPr>
              <w:t>विदेशी मुद्रा — निवेदक संख्या</w:t>
            </w:r>
          </w:p>
        </w:tc>
        <w:tc>
          <w:tcPr>
            <w:tcW w:type="dxa" w:w="1278"/>
            <w:vAlign w:val="center"/>
            <w:shd w:fill="DCE6F1"/>
          </w:tcPr>
          <w:p>
            <w:pPr>
              <w:spacing w:after="0"/>
              <w:jc w:val="center"/>
            </w:pPr>
            <w:r>
              <w:rPr>
                <w:rFonts w:ascii="Noto Sans" w:hAnsi="Noto Sans" w:cs="Noto Sans Devanagari" w:eastAsia="Noto Sans Devanagari"/>
                <w:b/>
                <w:i w:val="0"/>
                <w:sz w:val="13"/>
              </w:rPr>
              <w:t>विदेशी मुद्रा — रकम</w:t>
            </w:r>
          </w:p>
        </w:tc>
        <w:tc>
          <w:tcPr>
            <w:tcW w:type="dxa" w:w="1278"/>
            <w:vAlign w:val="center"/>
            <w:shd w:fill="DCE6F1"/>
          </w:tcPr>
          <w:p>
            <w:pPr>
              <w:spacing w:after="0"/>
              <w:jc w:val="center"/>
            </w:pPr>
            <w:r>
              <w:rPr>
                <w:rFonts w:ascii="Noto Sans" w:hAnsi="Noto Sans" w:cs="Noto Sans Devanagari" w:eastAsia="Noto Sans Devanagari"/>
                <w:b/>
                <w:i w:val="0"/>
                <w:sz w:val="13"/>
              </w:rPr>
              <w:t>ड्राफ्ट/टी.टी. — निवेदक संख्या</w:t>
            </w:r>
          </w:p>
        </w:tc>
        <w:tc>
          <w:tcPr>
            <w:tcW w:type="dxa" w:w="1278"/>
            <w:vAlign w:val="center"/>
            <w:shd w:fill="DCE6F1"/>
          </w:tcPr>
          <w:p>
            <w:pPr>
              <w:spacing w:after="0"/>
              <w:jc w:val="center"/>
            </w:pPr>
            <w:r>
              <w:rPr>
                <w:rFonts w:ascii="Noto Sans" w:hAnsi="Noto Sans" w:cs="Noto Sans Devanagari" w:eastAsia="Noto Sans Devanagari"/>
                <w:b/>
                <w:i w:val="0"/>
                <w:sz w:val="13"/>
              </w:rPr>
              <w:t>ड्राफ्ट/टी.टी. — रकम</w:t>
            </w:r>
          </w:p>
        </w:tc>
        <w:tc>
          <w:tcPr>
            <w:tcW w:type="dxa" w:w="1278"/>
            <w:vAlign w:val="center"/>
            <w:shd w:fill="DCE6F1"/>
          </w:tcPr>
          <w:p>
            <w:pPr>
              <w:spacing w:after="0"/>
              <w:jc w:val="center"/>
            </w:pPr>
            <w:r>
              <w:rPr>
                <w:rFonts w:ascii="Noto Sans" w:hAnsi="Noto Sans" w:cs="Noto Sans Devanagari" w:eastAsia="Noto Sans Devanagari"/>
                <w:b/>
                <w:i w:val="0"/>
                <w:sz w:val="13"/>
              </w:rPr>
              <w:t>जम्मा — निवेदक संख्या</w:t>
            </w:r>
          </w:p>
        </w:tc>
        <w:tc>
          <w:tcPr>
            <w:tcW w:type="dxa" w:w="1278"/>
            <w:vAlign w:val="center"/>
            <w:shd w:fill="DCE6F1"/>
          </w:tcPr>
          <w:p>
            <w:pPr>
              <w:spacing w:after="0"/>
              <w:jc w:val="center"/>
            </w:pPr>
            <w:r>
              <w:rPr>
                <w:rFonts w:ascii="Noto Sans" w:hAnsi="Noto Sans" w:cs="Noto Sans Devanagari" w:eastAsia="Noto Sans Devanagari"/>
                <w:b/>
                <w:i w:val="0"/>
                <w:sz w:val="13"/>
              </w:rPr>
              <w:t>जम्मा — रकम</w:t>
            </w:r>
          </w:p>
        </w:tc>
      </w:tr>
      <w:tr>
        <w:trPr>
          <w:cantSplit/>
        </w:trPr>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r>
      <w:tr>
        <w:trPr>
          <w:cantSplit/>
        </w:trPr>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c>
          <w:tcPr>
            <w:tcW w:type="dxa" w:w="1278"/>
            <w:vAlign w:val="center"/>
          </w:tcPr>
          <w:p>
            <w:pPr>
              <w:spacing w:after="0"/>
              <w:jc w:val="center"/>
            </w:pPr>
            <w:r>
              <w:rPr>
                <w:rFonts w:ascii="Noto Sans" w:hAnsi="Noto Sans" w:cs="Noto Sans Devanagari" w:eastAsia="Noto Sans Devanagari"/>
                <w:b w:val="0"/>
                <w:i w:val="0"/>
                <w:sz w:val="13"/>
              </w:rPr>
            </w:r>
          </w:p>
        </w:tc>
      </w:tr>
    </w:tbl>
    <w:p>
      <w:pPr>
        <w:spacing w:after="60" w:line="259" w:lineRule="auto"/>
        <w:jc w:val="center"/>
      </w:pPr>
      <w:r>
        <w:rPr>
          <w:rFonts w:ascii="Noto Sans" w:hAnsi="Noto Sans" w:cs="Noto Sans Devanagari" w:eastAsia="Noto Sans Devanagari"/>
          <w:b w:val="0"/>
          <w:i w:val="0"/>
          <w:sz w:val="20"/>
        </w:rPr>
        <w:t>भवदीय,</w:t>
      </w:r>
    </w:p>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नाम ः ____________________</w:t>
      </w:r>
    </w:p>
    <w:p>
      <w:pPr>
        <w:spacing w:after="60" w:line="259" w:lineRule="auto"/>
        <w:jc w:val="center"/>
      </w:pPr>
      <w:r>
        <w:rPr>
          <w:rFonts w:ascii="Noto Sans" w:hAnsi="Noto Sans" w:cs="Noto Sans Devanagari" w:eastAsia="Noto Sans Devanagari"/>
          <w:b w:val="0"/>
          <w:i w:val="0"/>
          <w:sz w:val="20"/>
        </w:rPr>
        <w:t>पद ः ____________________</w:t>
      </w:r>
    </w:p>
    <w:p>
      <w:pPr>
        <w:spacing w:after="60" w:line="259" w:lineRule="auto"/>
        <w:jc w:val="center"/>
      </w:pPr>
      <w:r>
        <w:rPr>
          <w:rFonts w:ascii="Noto Sans" w:hAnsi="Noto Sans" w:cs="Noto Sans Devanagari" w:eastAsia="Noto Sans Devanagari"/>
          <w:b w:val="0"/>
          <w:i w:val="0"/>
          <w:sz w:val="20"/>
        </w:rPr>
        <w:t>बैंकको छाप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1.7</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1.3.4 of F.E. Circular No. 1)</w:t>
      </w:r>
    </w:p>
    <w:p>
      <w:pPr>
        <w:spacing w:after="60" w:line="259" w:lineRule="auto"/>
        <w:jc w:val="center"/>
      </w:pPr>
      <w:r>
        <w:rPr>
          <w:rFonts w:ascii="Noto Sans" w:hAnsi="Noto Sans" w:cs="Noto Sans Devanagari" w:eastAsia="Noto Sans Devanagari"/>
          <w:b w:val="0"/>
          <w:i w:val="0"/>
          <w:sz w:val="19"/>
        </w:rPr>
        <w:t>To: Nepal Rastra Bank</w:t>
      </w:r>
    </w:p>
    <w:p>
      <w:pPr>
        <w:spacing w:after="60" w:line="259" w:lineRule="auto"/>
        <w:jc w:val="center"/>
      </w:pPr>
      <w:r>
        <w:rPr>
          <w:rFonts w:ascii="Noto Sans" w:hAnsi="Noto Sans" w:cs="Noto Sans Devanagari" w:eastAsia="Noto Sans Devanagari"/>
          <w:b w:val="0"/>
          <w:i w:val="0"/>
          <w:sz w:val="19"/>
        </w:rPr>
        <w:t>Central Office</w:t>
      </w:r>
    </w:p>
    <w:p>
      <w:pPr>
        <w:spacing w:after="60" w:line="259" w:lineRule="auto"/>
        <w:jc w:val="center"/>
      </w:pPr>
      <w:r>
        <w:rPr>
          <w:rFonts w:ascii="Noto Sans" w:hAnsi="Noto Sans" w:cs="Noto Sans Devanagari" w:eastAsia="Noto Sans Devanagari"/>
          <w:b w:val="0"/>
          <w:i w:val="0"/>
          <w:sz w:val="19"/>
        </w:rPr>
        <w:t>Foreign Exchange Management Department</w:t>
      </w:r>
    </w:p>
    <w:p>
      <w:pPr>
        <w:spacing w:after="60" w:line="259" w:lineRule="auto"/>
        <w:jc w:val="center"/>
      </w:pPr>
      <w:r>
        <w:rPr>
          <w:rFonts w:ascii="Noto Sans" w:hAnsi="Noto Sans" w:cs="Noto Sans Devanagari" w:eastAsia="Noto Sans Devanagari"/>
          <w:b w:val="0"/>
          <w:i w:val="0"/>
          <w:sz w:val="19"/>
        </w:rPr>
        <w:t>Baluwatar, Kathmandu.</w:t>
      </w:r>
    </w:p>
    <w:p>
      <w:pPr>
        <w:spacing w:after="60" w:line="259" w:lineRule="auto"/>
        <w:jc w:val="center"/>
      </w:pPr>
      <w:r>
        <w:rPr>
          <w:rFonts w:ascii="Noto Sans" w:hAnsi="Noto Sans" w:cs="Noto Sans Devanagari" w:eastAsia="Noto Sans Devanagari"/>
          <w:b/>
          <w:i w:val="0"/>
          <w:sz w:val="19"/>
        </w:rPr>
        <w:t>Subject: Submission of Statement</w:t>
      </w:r>
    </w:p>
    <w:p>
      <w:pPr>
        <w:spacing w:after="72" w:line="259" w:lineRule="auto"/>
      </w:pPr>
      <w:r>
        <w:rPr>
          <w:rFonts w:ascii="Noto Sans" w:hAnsi="Noto Sans" w:cs="Noto Sans Devanagari" w:eastAsia="Noto Sans Devanagari"/>
          <w:b w:val="0"/>
          <w:i w:val="0"/>
          <w:color w:val="222222"/>
          <w:sz w:val="19"/>
        </w:rPr>
        <w:t>Sir/Madam,</w:t>
      </w:r>
    </w:p>
    <w:p>
      <w:pPr>
        <w:spacing w:after="72" w:line="259" w:lineRule="auto"/>
      </w:pPr>
      <w:r>
        <w:rPr>
          <w:rFonts w:ascii="Noto Sans" w:hAnsi="Noto Sans" w:cs="Noto Sans Devanagari" w:eastAsia="Noto Sans Devanagari"/>
          <w:b w:val="0"/>
          <w:i w:val="0"/>
          <w:color w:val="222222"/>
          <w:sz w:val="19"/>
        </w:rPr>
        <w:t>Pursuant to the provision of Clause 1.3.4 of F.E. Circular No. 1 of your Department, the particulars of foreign currency exchange and bank Draft / T.T. provided for imports from Tibet through the Tatopani / Rasuwagadhi / Mustang customs points are submitted below.</w:t>
      </w:r>
    </w:p>
    <w:p>
      <w:pPr>
        <w:spacing w:after="72" w:line="259" w:lineRule="auto"/>
        <w:ind w:left="144"/>
      </w:pPr>
      <w:r>
        <w:rPr>
          <w:rFonts w:ascii="Noto Sans" w:hAnsi="Noto Sans" w:cs="Noto Sans Devanagari" w:eastAsia="Noto Sans Devanagari"/>
          <w:b w:val="0"/>
          <w:i w:val="0"/>
          <w:color w:val="222222"/>
          <w:sz w:val="19"/>
        </w:rPr>
        <w:t>(In U.S. Dollars)</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1278"/>
        <w:gridCol w:w="1278"/>
        <w:gridCol w:w="1278"/>
        <w:gridCol w:w="1278"/>
        <w:gridCol w:w="1278"/>
        <w:gridCol w:w="1278"/>
        <w:gridCol w:w="1278"/>
        <w:gridCol w:w="1278"/>
      </w:tblGrid>
      <w:tr>
        <w:trPr>
          <w:cantSplit/>
        </w:trPr>
        <w:tc>
          <w:tcPr>
            <w:tcW w:type="dxa" w:w="1278"/>
            <w:vAlign w:val="center"/>
            <w:shd w:fill="DCE6F1"/>
          </w:tcPr>
          <w:p>
            <w:pPr>
              <w:spacing w:after="0"/>
              <w:jc w:val="center"/>
            </w:pPr>
            <w:r>
              <w:rPr>
                <w:rFonts w:ascii="Noto Sans" w:hAnsi="Noto Sans" w:cs="Noto Sans Devanagari" w:eastAsia="Noto Sans Devanagari"/>
                <w:b/>
                <w:i w:val="0"/>
                <w:sz w:val="12"/>
              </w:rPr>
              <w:t>Period From</w:t>
            </w:r>
          </w:p>
        </w:tc>
        <w:tc>
          <w:tcPr>
            <w:tcW w:type="dxa" w:w="1278"/>
            <w:vAlign w:val="center"/>
            <w:shd w:fill="DCE6F1"/>
          </w:tcPr>
          <w:p>
            <w:pPr>
              <w:spacing w:after="0"/>
              <w:jc w:val="center"/>
            </w:pPr>
            <w:r>
              <w:rPr>
                <w:rFonts w:ascii="Noto Sans" w:hAnsi="Noto Sans" w:cs="Noto Sans Devanagari" w:eastAsia="Noto Sans Devanagari"/>
                <w:b/>
                <w:i w:val="0"/>
                <w:sz w:val="12"/>
              </w:rPr>
              <w:t>Period To</w:t>
            </w:r>
          </w:p>
        </w:tc>
        <w:tc>
          <w:tcPr>
            <w:tcW w:type="dxa" w:w="1278"/>
            <w:vAlign w:val="center"/>
            <w:shd w:fill="DCE6F1"/>
          </w:tcPr>
          <w:p>
            <w:pPr>
              <w:spacing w:after="0"/>
              <w:jc w:val="center"/>
            </w:pPr>
            <w:r>
              <w:rPr>
                <w:rFonts w:ascii="Noto Sans" w:hAnsi="Noto Sans" w:cs="Noto Sans Devanagari" w:eastAsia="Noto Sans Devanagari"/>
                <w:b/>
                <w:i w:val="0"/>
                <w:sz w:val="12"/>
              </w:rPr>
              <w:t>Foreign Currency — No. of Applicants</w:t>
            </w:r>
          </w:p>
        </w:tc>
        <w:tc>
          <w:tcPr>
            <w:tcW w:type="dxa" w:w="1278"/>
            <w:vAlign w:val="center"/>
            <w:shd w:fill="DCE6F1"/>
          </w:tcPr>
          <w:p>
            <w:pPr>
              <w:spacing w:after="0"/>
              <w:jc w:val="center"/>
            </w:pPr>
            <w:r>
              <w:rPr>
                <w:rFonts w:ascii="Noto Sans" w:hAnsi="Noto Sans" w:cs="Noto Sans Devanagari" w:eastAsia="Noto Sans Devanagari"/>
                <w:b/>
                <w:i w:val="0"/>
                <w:sz w:val="12"/>
              </w:rPr>
              <w:t>Foreign Currency — Amount</w:t>
            </w:r>
          </w:p>
        </w:tc>
        <w:tc>
          <w:tcPr>
            <w:tcW w:type="dxa" w:w="1278"/>
            <w:vAlign w:val="center"/>
            <w:shd w:fill="DCE6F1"/>
          </w:tcPr>
          <w:p>
            <w:pPr>
              <w:spacing w:after="0"/>
              <w:jc w:val="center"/>
            </w:pPr>
            <w:r>
              <w:rPr>
                <w:rFonts w:ascii="Noto Sans" w:hAnsi="Noto Sans" w:cs="Noto Sans Devanagari" w:eastAsia="Noto Sans Devanagari"/>
                <w:b/>
                <w:i w:val="0"/>
                <w:sz w:val="12"/>
              </w:rPr>
              <w:t>Draft/T.T. — No. of Applicants</w:t>
            </w:r>
          </w:p>
        </w:tc>
        <w:tc>
          <w:tcPr>
            <w:tcW w:type="dxa" w:w="1278"/>
            <w:vAlign w:val="center"/>
            <w:shd w:fill="DCE6F1"/>
          </w:tcPr>
          <w:p>
            <w:pPr>
              <w:spacing w:after="0"/>
              <w:jc w:val="center"/>
            </w:pPr>
            <w:r>
              <w:rPr>
                <w:rFonts w:ascii="Noto Sans" w:hAnsi="Noto Sans" w:cs="Noto Sans Devanagari" w:eastAsia="Noto Sans Devanagari"/>
                <w:b/>
                <w:i w:val="0"/>
                <w:sz w:val="12"/>
              </w:rPr>
              <w:t>Draft/T.T. — Amount</w:t>
            </w:r>
          </w:p>
        </w:tc>
        <w:tc>
          <w:tcPr>
            <w:tcW w:type="dxa" w:w="1278"/>
            <w:vAlign w:val="center"/>
            <w:shd w:fill="DCE6F1"/>
          </w:tcPr>
          <w:p>
            <w:pPr>
              <w:spacing w:after="0"/>
              <w:jc w:val="center"/>
            </w:pPr>
            <w:r>
              <w:rPr>
                <w:rFonts w:ascii="Noto Sans" w:hAnsi="Noto Sans" w:cs="Noto Sans Devanagari" w:eastAsia="Noto Sans Devanagari"/>
                <w:b/>
                <w:i w:val="0"/>
                <w:sz w:val="12"/>
              </w:rPr>
              <w:t>Total — No. of Applicants</w:t>
            </w:r>
          </w:p>
        </w:tc>
        <w:tc>
          <w:tcPr>
            <w:tcW w:type="dxa" w:w="1278"/>
            <w:vAlign w:val="center"/>
            <w:shd w:fill="DCE6F1"/>
          </w:tcPr>
          <w:p>
            <w:pPr>
              <w:spacing w:after="0"/>
              <w:jc w:val="center"/>
            </w:pPr>
            <w:r>
              <w:rPr>
                <w:rFonts w:ascii="Noto Sans" w:hAnsi="Noto Sans" w:cs="Noto Sans Devanagari" w:eastAsia="Noto Sans Devanagari"/>
                <w:b/>
                <w:i w:val="0"/>
                <w:sz w:val="12"/>
              </w:rPr>
              <w:t>Total — Amount</w:t>
            </w:r>
          </w:p>
        </w:tc>
      </w:tr>
      <w:tr>
        <w:trPr>
          <w:cantSplit/>
        </w:trPr>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r>
      <w:tr>
        <w:trPr>
          <w:cantSplit/>
        </w:trPr>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c>
          <w:tcPr>
            <w:tcW w:type="dxa" w:w="1278"/>
            <w:vAlign w:val="center"/>
          </w:tcPr>
          <w:p>
            <w:pPr>
              <w:spacing w:after="0"/>
              <w:jc w:val="center"/>
            </w:pPr>
            <w:r>
              <w:rPr>
                <w:rFonts w:ascii="Noto Sans" w:hAnsi="Noto Sans" w:cs="Noto Sans Devanagari" w:eastAsia="Noto Sans Devanagari"/>
                <w:b w:val="0"/>
                <w:i w:val="0"/>
                <w:sz w:val="12"/>
              </w:rPr>
            </w:r>
          </w:p>
        </w:tc>
      </w:tr>
    </w:tbl>
    <w:p>
      <w:pPr>
        <w:spacing w:after="60" w:line="259" w:lineRule="auto"/>
        <w:jc w:val="center"/>
      </w:pPr>
      <w:r>
        <w:rPr>
          <w:rFonts w:ascii="Noto Sans" w:hAnsi="Noto Sans" w:cs="Noto Sans Devanagari" w:eastAsia="Noto Sans Devanagari"/>
          <w:b w:val="0"/>
          <w:i w:val="0"/>
          <w:sz w:val="19"/>
        </w:rPr>
        <w:t>Yours faithfully,</w:t>
      </w:r>
    </w:p>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Name: ____________________</w:t>
      </w:r>
    </w:p>
    <w:p>
      <w:pPr>
        <w:spacing w:after="60" w:line="259" w:lineRule="auto"/>
        <w:jc w:val="center"/>
      </w:pPr>
      <w:r>
        <w:rPr>
          <w:rFonts w:ascii="Noto Sans" w:hAnsi="Noto Sans" w:cs="Noto Sans Devanagari" w:eastAsia="Noto Sans Devanagari"/>
          <w:b w:val="0"/>
          <w:i w:val="0"/>
          <w:sz w:val="19"/>
        </w:rPr>
        <w:t>Designation: ____________________</w:t>
      </w:r>
    </w:p>
    <w:p>
      <w:pPr>
        <w:spacing w:after="60" w:line="259" w:lineRule="auto"/>
        <w:jc w:val="center"/>
      </w:pPr>
      <w:r>
        <w:rPr>
          <w:rFonts w:ascii="Noto Sans" w:hAnsi="Noto Sans" w:cs="Noto Sans Devanagari" w:eastAsia="Noto Sans Devanagari"/>
          <w:b w:val="0"/>
          <w:i w:val="0"/>
          <w:sz w:val="19"/>
        </w:rPr>
        <w:t>Bank Seal:</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1.8</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१.७.१३ को प्रयोजनको लागि)</w:t>
      </w:r>
    </w:p>
    <w:p>
      <w:pPr>
        <w:spacing w:after="100" w:line="259" w:lineRule="auto"/>
        <w:jc w:val="center"/>
      </w:pPr>
      <w:r>
        <w:rPr>
          <w:rFonts w:ascii="Noto Sans" w:hAnsi="Noto Sans" w:cs="Noto Sans Devanagari" w:eastAsia="Noto Sans Devanagari"/>
          <w:b/>
          <w:i w:val="0"/>
          <w:sz w:val="19"/>
        </w:rPr>
        <w:t>वि.वि.नि.फा.नं. ३(क)</w:t>
      </w:r>
    </w:p>
    <w:p>
      <w:pPr>
        <w:spacing w:after="60" w:line="259" w:lineRule="auto"/>
        <w:jc w:val="center"/>
      </w:pPr>
      <w:r>
        <w:rPr>
          <w:rFonts w:ascii="Noto Sans" w:hAnsi="Noto Sans" w:cs="Noto Sans Devanagari" w:eastAsia="Noto Sans Devanagari"/>
          <w:b w:val="0"/>
          <w:i w:val="0"/>
          <w:sz w:val="20"/>
        </w:rPr>
        <w:t>मिति ः ____________________</w:t>
      </w:r>
    </w:p>
    <w:p>
      <w:pPr>
        <w:spacing w:after="60" w:line="259" w:lineRule="auto"/>
        <w:jc w:val="center"/>
      </w:pPr>
      <w:r>
        <w:rPr>
          <w:rFonts w:ascii="Noto Sans" w:hAnsi="Noto Sans" w:cs="Noto Sans Devanagari" w:eastAsia="Noto Sans Devanagari"/>
          <w:b w:val="0"/>
          <w:i w:val="0"/>
          <w:sz w:val="20"/>
        </w:rPr>
        <w:t>________________________</w:t>
      </w:r>
    </w:p>
    <w:p>
      <w:pPr>
        <w:spacing w:after="60" w:line="259" w:lineRule="auto"/>
        <w:jc w:val="center"/>
      </w:pPr>
      <w:r>
        <w:rPr>
          <w:rFonts w:ascii="Noto Sans" w:hAnsi="Noto Sans" w:cs="Noto Sans Devanagari" w:eastAsia="Noto Sans Devanagari"/>
          <w:b w:val="0"/>
          <w:i w:val="0"/>
          <w:sz w:val="20"/>
        </w:rPr>
        <w:t>________________________ शाखा ।</w:t>
      </w:r>
    </w:p>
    <w:p>
      <w:pPr>
        <w:spacing w:after="60" w:line="259" w:lineRule="auto"/>
        <w:jc w:val="center"/>
      </w:pPr>
      <w:r>
        <w:rPr>
          <w:rFonts w:ascii="Noto Sans" w:hAnsi="Noto Sans" w:cs="Noto Sans Devanagari" w:eastAsia="Noto Sans Devanagari"/>
          <w:b/>
          <w:i w:val="0"/>
          <w:sz w:val="20"/>
        </w:rPr>
        <w:t>विषय ः– ड्राफ्ट/टी.टी. सटही सुविधा सम्बन्धमा ।</w:t>
      </w:r>
    </w:p>
    <w:p>
      <w:pPr>
        <w:spacing w:after="64" w:line="259" w:lineRule="auto"/>
      </w:pPr>
      <w:r>
        <w:rPr>
          <w:rFonts w:ascii="Noto Sans" w:hAnsi="Noto Sans" w:cs="Noto Sans Devanagari" w:eastAsia="Noto Sans Devanagari"/>
          <w:b w:val="0"/>
          <w:i w:val="0"/>
          <w:sz w:val="20"/>
        </w:rPr>
        <w:t>श्री व्यवस्थापकज्यू,</w:t>
      </w:r>
    </w:p>
    <w:p>
      <w:pPr>
        <w:spacing w:after="64" w:line="259" w:lineRule="auto"/>
      </w:pPr>
      <w:r>
        <w:rPr>
          <w:rFonts w:ascii="Noto Sans" w:hAnsi="Noto Sans" w:cs="Noto Sans Devanagari" w:eastAsia="Noto Sans Devanagari"/>
          <w:b w:val="0"/>
          <w:i w:val="0"/>
          <w:sz w:val="20"/>
        </w:rPr>
        <w:t>यस फर्म/कम्पनीलाई निम्न बमोजिमका सामान आयात गर्नुपर्ने भएको र सोको भुक्तानी प्रतीतपत्रको माध्यमबाट नभईकन ड्राफ्ट/टी.टी. को माध्यमबाट गर्नुपर्ने हुँदा कृपया निम्न विवरण बमोजिमको बिक्रेता/उत्पादनकर्ता/फर्म/कम्पनी (Beneficiary) को नाममा निम्नानुसार विदेशी मुद्रा सटही सुविधा उपलब्ध गराई दिनुहुन अनुरोध गर्दछु । उपर्युक्त सटही अनुसारको वस्तु आयात गरी सो को निस्सा एवम् यसको लागि प्राप्त Transport Document को प्रतिलिपि १२० (एक सय बीस) दिनभित्र पेश गर्नेछु । उपर्युक्त मालवस्तु आयात गरी नसकेको व्यहोरा समेत अनुरोध गर्दछु । साथै, अन्य बैंक मार्फत् सोही Beneficiary लाई पछिल्लो सात कार्यदिनभित्र ड्राफ्ट/टी.टी. बाट रकम नपठाएको र सोही Beneficiary बाट ड्राफ्ट/टी.टी. अन्तर्गतको मालसामान Shipment हुन बाँकी नरहेको स्वघोषणा गर्दछु ।</w:t>
      </w:r>
    </w:p>
    <w:p>
      <w:pPr>
        <w:spacing w:after="64" w:line="259" w:lineRule="auto"/>
        <w:ind w:left="144"/>
      </w:pPr>
      <w:r>
        <w:rPr>
          <w:rFonts w:ascii="Noto Sans" w:hAnsi="Noto Sans" w:cs="Noto Sans Devanagari" w:eastAsia="Noto Sans Devanagari"/>
          <w:b w:val="0"/>
          <w:i w:val="0"/>
          <w:sz w:val="20"/>
        </w:rPr>
        <w:t>१. वस्तुको नाम ः ____________________</w:t>
      </w:r>
    </w:p>
    <w:p>
      <w:pPr>
        <w:spacing w:after="64" w:line="259" w:lineRule="auto"/>
        <w:ind w:left="144"/>
      </w:pPr>
      <w:r>
        <w:rPr>
          <w:rFonts w:ascii="Noto Sans" w:hAnsi="Noto Sans" w:cs="Noto Sans Devanagari" w:eastAsia="Noto Sans Devanagari"/>
          <w:b w:val="0"/>
          <w:i w:val="0"/>
          <w:sz w:val="20"/>
        </w:rPr>
        <w:t>२. परिमाण ः ____________________</w:t>
      </w:r>
    </w:p>
    <w:p>
      <w:pPr>
        <w:spacing w:after="64" w:line="259" w:lineRule="auto"/>
        <w:ind w:left="144"/>
      </w:pPr>
      <w:r>
        <w:rPr>
          <w:rFonts w:ascii="Noto Sans" w:hAnsi="Noto Sans" w:cs="Noto Sans Devanagari" w:eastAsia="Noto Sans Devanagari"/>
          <w:b w:val="0"/>
          <w:i w:val="0"/>
          <w:sz w:val="20"/>
        </w:rPr>
        <w:t>३. विदेशी मुद्रा रकम ः ____________________</w:t>
      </w:r>
    </w:p>
    <w:p>
      <w:pPr>
        <w:spacing w:after="64" w:line="259" w:lineRule="auto"/>
        <w:ind w:left="144"/>
      </w:pPr>
      <w:r>
        <w:rPr>
          <w:rFonts w:ascii="Noto Sans" w:hAnsi="Noto Sans" w:cs="Noto Sans Devanagari" w:eastAsia="Noto Sans Devanagari"/>
          <w:b w:val="0"/>
          <w:i w:val="0"/>
          <w:sz w:val="20"/>
        </w:rPr>
        <w:t>४. Beneficiary को नाम ठेगाना ः ____________________</w:t>
      </w:r>
    </w:p>
    <w:p>
      <w:pPr>
        <w:spacing w:after="60" w:line="259" w:lineRule="auto"/>
        <w:jc w:val="center"/>
      </w:pPr>
      <w:r>
        <w:rPr>
          <w:rFonts w:ascii="Noto Sans" w:hAnsi="Noto Sans" w:cs="Noto Sans Devanagari" w:eastAsia="Noto Sans Devanagari"/>
          <w:b w:val="0"/>
          <w:i w:val="0"/>
          <w:sz w:val="20"/>
        </w:rPr>
        <w:t>निवेदक,</w:t>
      </w:r>
    </w:p>
    <w:p>
      <w:pPr>
        <w:spacing w:after="60" w:line="259" w:lineRule="auto"/>
        <w:jc w:val="center"/>
      </w:pPr>
      <w:r>
        <w:rPr>
          <w:rFonts w:ascii="Noto Sans" w:hAnsi="Noto Sans" w:cs="Noto Sans Devanagari" w:eastAsia="Noto Sans Devanagari"/>
          <w:b w:val="0"/>
          <w:i w:val="0"/>
          <w:sz w:val="20"/>
        </w:rPr>
        <w:t>आधिकारिक दस्तखत</w:t>
      </w:r>
    </w:p>
    <w:p>
      <w:pPr>
        <w:spacing w:after="60" w:line="259" w:lineRule="auto"/>
        <w:jc w:val="center"/>
      </w:pPr>
      <w:r>
        <w:rPr>
          <w:rFonts w:ascii="Noto Sans" w:hAnsi="Noto Sans" w:cs="Noto Sans Devanagari" w:eastAsia="Noto Sans Devanagari"/>
          <w:b w:val="0"/>
          <w:i w:val="0"/>
          <w:sz w:val="20"/>
        </w:rPr>
        <w:t>(आयातकर्ता फर्म/कम्पनीको नाम र छाप)</w:t>
      </w:r>
    </w:p>
    <w:p>
      <w:pPr>
        <w:spacing w:after="64" w:line="259" w:lineRule="auto"/>
      </w:pPr>
      <w:r>
        <w:rPr>
          <w:rFonts w:ascii="Noto Sans" w:hAnsi="Noto Sans" w:cs="Noto Sans Devanagari" w:eastAsia="Noto Sans Devanagari"/>
          <w:b w:val="0"/>
          <w:i w:val="0"/>
          <w:sz w:val="20"/>
        </w:rPr>
        <w:t>नोटः आयात गरिने सम्पूर्ण वस्तुहरूको नाम, ब्राण्ड, परिमाण, इकाइ मूल्य र कुल मूल्यबारे विस्तृत र छुट्टाछुट्टै विवरण अनिवार्य रुपले उल्लेख भएको हुनु पर्नेछ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1.8</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1.7.13 of F.E. Circular No. 1)</w:t>
      </w:r>
    </w:p>
    <w:p>
      <w:pPr>
        <w:spacing w:after="100" w:line="259" w:lineRule="auto"/>
        <w:jc w:val="center"/>
      </w:pPr>
      <w:r>
        <w:rPr>
          <w:rFonts w:ascii="Noto Sans" w:hAnsi="Noto Sans" w:cs="Noto Sans Devanagari" w:eastAsia="Noto Sans Devanagari"/>
          <w:b/>
          <w:i w:val="0"/>
          <w:sz w:val="18"/>
        </w:rPr>
        <w:t>F.E. Control Form No. 3(a)</w:t>
      </w:r>
    </w:p>
    <w:p>
      <w:pPr>
        <w:spacing w:after="60" w:line="259" w:lineRule="auto"/>
        <w:jc w:val="center"/>
      </w:pPr>
      <w:r>
        <w:rPr>
          <w:rFonts w:ascii="Noto Sans" w:hAnsi="Noto Sans" w:cs="Noto Sans Devanagari" w:eastAsia="Noto Sans Devanagari"/>
          <w:b w:val="0"/>
          <w:i w:val="0"/>
          <w:sz w:val="19"/>
        </w:rPr>
        <w:t>Date: ____________________</w:t>
      </w:r>
    </w:p>
    <w:p>
      <w:pPr>
        <w:spacing w:after="60" w:line="259" w:lineRule="auto"/>
        <w:jc w:val="center"/>
      </w:pPr>
      <w:r>
        <w:rPr>
          <w:rFonts w:ascii="Noto Sans" w:hAnsi="Noto Sans" w:cs="Noto Sans Devanagari" w:eastAsia="Noto Sans Devanagari"/>
          <w:b w:val="0"/>
          <w:i w:val="0"/>
          <w:sz w:val="19"/>
        </w:rPr>
        <w:t>________________________</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i w:val="0"/>
          <w:sz w:val="19"/>
        </w:rPr>
        <w:t>Subject: Draft / T.T. Exchange Facility</w:t>
      </w:r>
    </w:p>
    <w:p>
      <w:pPr>
        <w:spacing w:after="72" w:line="259" w:lineRule="auto"/>
      </w:pPr>
      <w:r>
        <w:rPr>
          <w:rFonts w:ascii="Noto Sans" w:hAnsi="Noto Sans" w:cs="Noto Sans Devanagari" w:eastAsia="Noto Sans Devanagari"/>
          <w:b w:val="0"/>
          <w:i w:val="0"/>
          <w:color w:val="222222"/>
          <w:sz w:val="19"/>
        </w:rPr>
        <w:t>To: The Manager</w:t>
      </w:r>
    </w:p>
    <w:p>
      <w:pPr>
        <w:spacing w:after="72" w:line="259" w:lineRule="auto"/>
      </w:pPr>
      <w:r>
        <w:rPr>
          <w:rFonts w:ascii="Noto Sans" w:hAnsi="Noto Sans" w:cs="Noto Sans Devanagari" w:eastAsia="Noto Sans Devanagari"/>
          <w:b w:val="0"/>
          <w:i w:val="0"/>
          <w:color w:val="222222"/>
          <w:sz w:val="19"/>
        </w:rPr>
        <w:t>As this firm/company is required to import the goods described below and payment thereof is required to be made through Draft / T.T. rather than through a Letter of Credit, I request that the following foreign currency exchange facility be provided in the name of the seller/manufacturer/firm/company (Beneficiary) specified below. I shall import the goods against the aforesaid exchange facility and submit evidence thereof together with a copy of the Transport Document received for the purpose within 120 (one hundred twenty) days. I further state that the aforesaid goods have not yet been imported. I also self-declare that no amount has been remitted through Draft / T.T. to the same Beneficiary through any other bank during the preceding seven working days and that no shipment remains pending under Draft / T.T. from the same Beneficiary.</w:t>
      </w:r>
    </w:p>
    <w:p>
      <w:pPr>
        <w:spacing w:after="72" w:line="259" w:lineRule="auto"/>
        <w:ind w:left="144"/>
      </w:pPr>
      <w:r>
        <w:rPr>
          <w:rFonts w:ascii="Noto Sans" w:hAnsi="Noto Sans" w:cs="Noto Sans Devanagari" w:eastAsia="Noto Sans Devanagari"/>
          <w:b w:val="0"/>
          <w:i w:val="0"/>
          <w:color w:val="222222"/>
          <w:sz w:val="19"/>
        </w:rPr>
        <w:t>1. Name of goods: ____________________</w:t>
      </w:r>
    </w:p>
    <w:p>
      <w:pPr>
        <w:spacing w:after="72" w:line="259" w:lineRule="auto"/>
        <w:ind w:left="144"/>
      </w:pPr>
      <w:r>
        <w:rPr>
          <w:rFonts w:ascii="Noto Sans" w:hAnsi="Noto Sans" w:cs="Noto Sans Devanagari" w:eastAsia="Noto Sans Devanagari"/>
          <w:b w:val="0"/>
          <w:i w:val="0"/>
          <w:color w:val="222222"/>
          <w:sz w:val="19"/>
        </w:rPr>
        <w:t>2. Quantity: ____________________</w:t>
      </w:r>
    </w:p>
    <w:p>
      <w:pPr>
        <w:spacing w:after="72" w:line="259" w:lineRule="auto"/>
        <w:ind w:left="144"/>
      </w:pPr>
      <w:r>
        <w:rPr>
          <w:rFonts w:ascii="Noto Sans" w:hAnsi="Noto Sans" w:cs="Noto Sans Devanagari" w:eastAsia="Noto Sans Devanagari"/>
          <w:b w:val="0"/>
          <w:i w:val="0"/>
          <w:color w:val="222222"/>
          <w:sz w:val="19"/>
        </w:rPr>
        <w:t>3. Foreign currency amount: ____________________</w:t>
      </w:r>
    </w:p>
    <w:p>
      <w:pPr>
        <w:spacing w:after="72" w:line="259" w:lineRule="auto"/>
        <w:ind w:left="144"/>
      </w:pPr>
      <w:r>
        <w:rPr>
          <w:rFonts w:ascii="Noto Sans" w:hAnsi="Noto Sans" w:cs="Noto Sans Devanagari" w:eastAsia="Noto Sans Devanagari"/>
          <w:b w:val="0"/>
          <w:i w:val="0"/>
          <w:color w:val="222222"/>
          <w:sz w:val="19"/>
        </w:rPr>
        <w:t>4. Name and address of Beneficiary: ____________________</w:t>
      </w:r>
    </w:p>
    <w:p>
      <w:pPr>
        <w:spacing w:after="60" w:line="259" w:lineRule="auto"/>
        <w:jc w:val="center"/>
      </w:pPr>
      <w:r>
        <w:rPr>
          <w:rFonts w:ascii="Noto Sans" w:hAnsi="Noto Sans" w:cs="Noto Sans Devanagari" w:eastAsia="Noto Sans Devanagari"/>
          <w:b w:val="0"/>
          <w:i w:val="0"/>
          <w:sz w:val="19"/>
        </w:rPr>
        <w:t>Applicant,</w:t>
      </w:r>
    </w:p>
    <w:p>
      <w:pPr>
        <w:spacing w:after="60" w:line="259" w:lineRule="auto"/>
        <w:jc w:val="center"/>
      </w:pPr>
      <w:r>
        <w:rPr>
          <w:rFonts w:ascii="Noto Sans" w:hAnsi="Noto Sans" w:cs="Noto Sans Devanagari" w:eastAsia="Noto Sans Devanagari"/>
          <w:b w:val="0"/>
          <w:i w:val="0"/>
          <w:sz w:val="19"/>
        </w:rPr>
        <w:t>Authorised Signature</w:t>
      </w:r>
    </w:p>
    <w:p>
      <w:pPr>
        <w:spacing w:after="60" w:line="259" w:lineRule="auto"/>
        <w:jc w:val="center"/>
      </w:pPr>
      <w:r>
        <w:rPr>
          <w:rFonts w:ascii="Noto Sans" w:hAnsi="Noto Sans" w:cs="Noto Sans Devanagari" w:eastAsia="Noto Sans Devanagari"/>
          <w:b w:val="0"/>
          <w:i w:val="0"/>
          <w:sz w:val="19"/>
        </w:rPr>
        <w:t>(Name and seal of importer firm/company)</w:t>
      </w:r>
    </w:p>
    <w:p>
      <w:pPr>
        <w:spacing w:after="72" w:line="259" w:lineRule="auto"/>
      </w:pPr>
      <w:r>
        <w:rPr>
          <w:rFonts w:ascii="Noto Sans" w:hAnsi="Noto Sans" w:cs="Noto Sans Devanagari" w:eastAsia="Noto Sans Devanagari"/>
          <w:b w:val="0"/>
          <w:i w:val="0"/>
          <w:color w:val="222222"/>
          <w:sz w:val="19"/>
        </w:rPr>
        <w:t>Note: The name, brand, quantity, unit price and total value of all goods to be imported shall be stated mandatorily in detailed and separate particulars.</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1.9</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१.७.१३ को प्रयोजनको लागि)</w:t>
      </w:r>
    </w:p>
    <w:p>
      <w:pPr>
        <w:spacing w:after="100" w:line="259" w:lineRule="auto"/>
        <w:jc w:val="center"/>
      </w:pPr>
      <w:r>
        <w:rPr>
          <w:rFonts w:ascii="Noto Sans" w:hAnsi="Noto Sans" w:cs="Noto Sans Devanagari" w:eastAsia="Noto Sans Devanagari"/>
          <w:b/>
          <w:i w:val="0"/>
          <w:sz w:val="19"/>
        </w:rPr>
        <w:t>वि.वि.नि.फा.नं. ४(क)</w:t>
      </w:r>
    </w:p>
    <w:p>
      <w:pPr>
        <w:spacing w:after="60" w:line="259" w:lineRule="auto"/>
        <w:jc w:val="center"/>
      </w:pPr>
      <w:r>
        <w:rPr>
          <w:rFonts w:ascii="Noto Sans" w:hAnsi="Noto Sans" w:cs="Noto Sans Devanagari" w:eastAsia="Noto Sans Devanagari"/>
          <w:b w:val="0"/>
          <w:i w:val="0"/>
          <w:sz w:val="20"/>
        </w:rPr>
        <w:t>________________________</w:t>
      </w:r>
    </w:p>
    <w:p>
      <w:pPr>
        <w:spacing w:after="60" w:line="259" w:lineRule="auto"/>
        <w:jc w:val="center"/>
      </w:pPr>
      <w:r>
        <w:rPr>
          <w:rFonts w:ascii="Noto Sans" w:hAnsi="Noto Sans" w:cs="Noto Sans Devanagari" w:eastAsia="Noto Sans Devanagari"/>
          <w:b w:val="0"/>
          <w:i w:val="0"/>
          <w:sz w:val="20"/>
        </w:rPr>
        <w:t>________________________ शाखा</w:t>
      </w:r>
    </w:p>
    <w:p>
      <w:pPr>
        <w:spacing w:after="60" w:line="259" w:lineRule="auto"/>
        <w:jc w:val="center"/>
      </w:pPr>
      <w:r>
        <w:rPr>
          <w:rFonts w:ascii="Noto Sans" w:hAnsi="Noto Sans" w:cs="Noto Sans Devanagari" w:eastAsia="Noto Sans Devanagari"/>
          <w:b w:val="0"/>
          <w:i w:val="0"/>
          <w:sz w:val="20"/>
        </w:rPr>
        <w:t>मिति ः ____________________</w:t>
      </w:r>
    </w:p>
    <w:p>
      <w:pPr>
        <w:spacing w:after="64" w:line="259" w:lineRule="auto"/>
      </w:pPr>
      <w:r>
        <w:rPr>
          <w:rFonts w:ascii="Noto Sans" w:hAnsi="Noto Sans" w:cs="Noto Sans Devanagari" w:eastAsia="Noto Sans Devanagari"/>
          <w:b w:val="0"/>
          <w:i w:val="0"/>
          <w:sz w:val="20"/>
        </w:rPr>
        <w:t>नेपाल सरकार</w:t>
      </w:r>
    </w:p>
    <w:p>
      <w:pPr>
        <w:spacing w:after="64" w:line="259" w:lineRule="auto"/>
      </w:pPr>
      <w:r>
        <w:rPr>
          <w:rFonts w:ascii="Noto Sans" w:hAnsi="Noto Sans" w:cs="Noto Sans Devanagari" w:eastAsia="Noto Sans Devanagari"/>
          <w:b w:val="0"/>
          <w:i w:val="0"/>
          <w:sz w:val="20"/>
        </w:rPr>
        <w:t>________________________ भन्सार कार्यालय</w:t>
      </w:r>
    </w:p>
    <w:p>
      <w:pPr>
        <w:spacing w:after="64" w:line="259" w:lineRule="auto"/>
      </w:pPr>
      <w:r>
        <w:rPr>
          <w:rFonts w:ascii="Noto Sans" w:hAnsi="Noto Sans" w:cs="Noto Sans Devanagari" w:eastAsia="Noto Sans Devanagari"/>
          <w:b w:val="0"/>
          <w:i w:val="0"/>
          <w:sz w:val="20"/>
        </w:rPr>
        <w:t>________________________ ।</w:t>
      </w:r>
    </w:p>
    <w:p>
      <w:pPr>
        <w:spacing w:after="60" w:line="259" w:lineRule="auto"/>
        <w:jc w:val="center"/>
      </w:pPr>
      <w:r>
        <w:rPr>
          <w:rFonts w:ascii="Noto Sans" w:hAnsi="Noto Sans" w:cs="Noto Sans Devanagari" w:eastAsia="Noto Sans Devanagari"/>
          <w:b/>
          <w:i w:val="0"/>
          <w:sz w:val="20"/>
        </w:rPr>
        <w:t>विषय ः– ड्राफ्ट/टी.टी. सटही सुविधा ।</w:t>
      </w:r>
    </w:p>
    <w:p>
      <w:pPr>
        <w:spacing w:after="64" w:line="259" w:lineRule="auto"/>
      </w:pPr>
      <w:r>
        <w:rPr>
          <w:rFonts w:ascii="Noto Sans" w:hAnsi="Noto Sans" w:cs="Noto Sans Devanagari" w:eastAsia="Noto Sans Devanagari"/>
          <w:b w:val="0"/>
          <w:i w:val="0"/>
          <w:sz w:val="20"/>
        </w:rPr>
        <w:t>निम्न विवरण बमोजिमको सामानको पैठारीको लागि श्री ____________________ लाई यस बैंक/वित्तीय संस्थाबाट निम्नानुसारको विदेशी मुद्राको ड्राफ्ट/टी.टी. प्रदान गरिएको व्यहोरा प्रमाणित गरिएको छ । साथै, आयातकर्ताले उक्त वस्तु Airway/Shipment/Transport Bill जारी गराई ढुवानी गर्ने व्यहोरा पनि अनुरोध छ । यस सम्बन्धी प्रोफर्मा इन्भ्वाइसको प्रतिलिपि यसैसाथ संलग्न छ । साथै माथि उल्लेखित ड्राफ्ट/टी.टी. को मिति भन्दा अगाडि नै नेपाल भित्रिसकेको मालवस्तुहरूको आयातको लागि यो फाराम प्रयोग गर्न नमिल्ने व्यहोरा पनि अनुरोध 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rPr>
        <w:tc>
          <w:tcPr>
            <w:tcW w:type="dxa" w:w="2045"/>
            <w:vAlign w:val="center"/>
            <w:shd w:fill="DCE6F1"/>
          </w:tcPr>
          <w:p>
            <w:pPr>
              <w:spacing w:after="0"/>
              <w:jc w:val="center"/>
            </w:pPr>
            <w:r>
              <w:rPr>
                <w:rFonts w:ascii="Noto Sans" w:hAnsi="Noto Sans" w:cs="Noto Sans Devanagari" w:eastAsia="Noto Sans Devanagari"/>
                <w:b/>
                <w:i w:val="0"/>
                <w:sz w:val="15"/>
              </w:rPr>
              <w:t>सि.नं.</w:t>
            </w:r>
          </w:p>
        </w:tc>
        <w:tc>
          <w:tcPr>
            <w:tcW w:type="dxa" w:w="2045"/>
            <w:vAlign w:val="center"/>
            <w:shd w:fill="DCE6F1"/>
          </w:tcPr>
          <w:p>
            <w:pPr>
              <w:spacing w:after="0"/>
              <w:jc w:val="center"/>
            </w:pPr>
            <w:r>
              <w:rPr>
                <w:rFonts w:ascii="Noto Sans" w:hAnsi="Noto Sans" w:cs="Noto Sans Devanagari" w:eastAsia="Noto Sans Devanagari"/>
                <w:b/>
                <w:i w:val="0"/>
                <w:sz w:val="15"/>
              </w:rPr>
              <w:t>आयात गरिने सामानको विवरण</w:t>
            </w:r>
          </w:p>
        </w:tc>
        <w:tc>
          <w:tcPr>
            <w:tcW w:type="dxa" w:w="2045"/>
            <w:vAlign w:val="center"/>
            <w:shd w:fill="DCE6F1"/>
          </w:tcPr>
          <w:p>
            <w:pPr>
              <w:spacing w:after="0"/>
              <w:jc w:val="center"/>
            </w:pPr>
            <w:r>
              <w:rPr>
                <w:rFonts w:ascii="Noto Sans" w:hAnsi="Noto Sans" w:cs="Noto Sans Devanagari" w:eastAsia="Noto Sans Devanagari"/>
                <w:b/>
                <w:i w:val="0"/>
                <w:sz w:val="15"/>
              </w:rPr>
              <w:t>हार्मोनिक कोड नम्बर</w:t>
            </w:r>
          </w:p>
        </w:tc>
        <w:tc>
          <w:tcPr>
            <w:tcW w:type="dxa" w:w="2045"/>
            <w:vAlign w:val="center"/>
            <w:shd w:fill="DCE6F1"/>
          </w:tcPr>
          <w:p>
            <w:pPr>
              <w:spacing w:after="0"/>
              <w:jc w:val="center"/>
            </w:pPr>
            <w:r>
              <w:rPr>
                <w:rFonts w:ascii="Noto Sans" w:hAnsi="Noto Sans" w:cs="Noto Sans Devanagari" w:eastAsia="Noto Sans Devanagari"/>
                <w:b/>
                <w:i w:val="0"/>
                <w:sz w:val="15"/>
              </w:rPr>
              <w:t>परिमाण</w:t>
            </w:r>
          </w:p>
        </w:tc>
        <w:tc>
          <w:tcPr>
            <w:tcW w:type="dxa" w:w="2045"/>
            <w:vAlign w:val="center"/>
            <w:shd w:fill="DCE6F1"/>
          </w:tcPr>
          <w:p>
            <w:pPr>
              <w:spacing w:after="0"/>
              <w:jc w:val="center"/>
            </w:pPr>
            <w:r>
              <w:rPr>
                <w:rFonts w:ascii="Noto Sans" w:hAnsi="Noto Sans" w:cs="Noto Sans Devanagari" w:eastAsia="Noto Sans Devanagari"/>
                <w:b/>
                <w:i w:val="0"/>
                <w:sz w:val="15"/>
              </w:rPr>
              <w:t>सटही लिएको कुल वि.मु. रकम</w:t>
            </w:r>
          </w:p>
        </w:tc>
      </w:tr>
      <w:tr>
        <w:trPr>
          <w:cantSplit/>
        </w:trPr>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r>
      <w:tr>
        <w:trPr>
          <w:cantSplit/>
        </w:trPr>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c>
          <w:tcPr>
            <w:tcW w:type="dxa" w:w="2045"/>
            <w:vAlign w:val="center"/>
          </w:tcPr>
          <w:p>
            <w:pPr>
              <w:spacing w:after="0"/>
              <w:jc w:val="center"/>
            </w:pPr>
            <w:r>
              <w:rPr>
                <w:rFonts w:ascii="Noto Sans" w:hAnsi="Noto Sans" w:cs="Noto Sans Devanagari" w:eastAsia="Noto Sans Devanagari"/>
                <w:b w:val="0"/>
                <w:i w:val="0"/>
                <w:sz w:val="15"/>
              </w:rPr>
            </w:r>
          </w:p>
        </w:tc>
      </w:tr>
    </w:tbl>
    <w:p>
      <w:pPr>
        <w:spacing w:after="60" w:line="259" w:lineRule="auto"/>
        <w:jc w:val="center"/>
      </w:pPr>
      <w:r>
        <w:rPr>
          <w:rFonts w:ascii="Noto Sans" w:hAnsi="Noto Sans" w:cs="Noto Sans Devanagari" w:eastAsia="Noto Sans Devanagari"/>
          <w:b w:val="0"/>
          <w:i w:val="0"/>
          <w:sz w:val="20"/>
        </w:rPr>
        <w:t>भवदीय,</w:t>
      </w:r>
    </w:p>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नाम ः ____________________</w:t>
      </w:r>
    </w:p>
    <w:p>
      <w:pPr>
        <w:spacing w:after="60" w:line="259" w:lineRule="auto"/>
        <w:jc w:val="center"/>
      </w:pPr>
      <w:r>
        <w:rPr>
          <w:rFonts w:ascii="Noto Sans" w:hAnsi="Noto Sans" w:cs="Noto Sans Devanagari" w:eastAsia="Noto Sans Devanagari"/>
          <w:b w:val="0"/>
          <w:i w:val="0"/>
          <w:sz w:val="20"/>
        </w:rPr>
        <w:t>पद ः ____________________</w:t>
      </w:r>
    </w:p>
    <w:p>
      <w:pPr>
        <w:spacing w:after="60" w:line="259" w:lineRule="auto"/>
        <w:jc w:val="center"/>
      </w:pPr>
      <w:r>
        <w:rPr>
          <w:rFonts w:ascii="Noto Sans" w:hAnsi="Noto Sans" w:cs="Noto Sans Devanagari" w:eastAsia="Noto Sans Devanagari"/>
          <w:b w:val="0"/>
          <w:i w:val="0"/>
          <w:sz w:val="20"/>
        </w:rPr>
        <w:t>बैंकको छाप ः</w:t>
      </w:r>
    </w:p>
    <w:p>
      <w:pPr>
        <w:spacing w:after="60" w:line="259" w:lineRule="auto"/>
        <w:jc w:val="center"/>
      </w:pPr>
      <w:r>
        <w:rPr>
          <w:rFonts w:ascii="Noto Sans" w:hAnsi="Noto Sans" w:cs="Noto Sans Devanagari" w:eastAsia="Noto Sans Devanagari"/>
          <w:b w:val="0"/>
          <w:i w:val="0"/>
          <w:sz w:val="20"/>
        </w:rPr>
        <w:t>विवरण तयार गर्नेको दस्तखत</w:t>
      </w:r>
    </w:p>
    <w:p>
      <w:pPr>
        <w:spacing w:after="60" w:line="259" w:lineRule="auto"/>
        <w:jc w:val="center"/>
      </w:pPr>
      <w:r>
        <w:rPr>
          <w:rFonts w:ascii="Noto Sans" w:hAnsi="Noto Sans" w:cs="Noto Sans Devanagari" w:eastAsia="Noto Sans Devanagari"/>
          <w:b/>
          <w:i w:val="0"/>
          <w:sz w:val="20"/>
        </w:rPr>
        <w:t>भन्सार प्रयोजनको लागि</w:t>
      </w:r>
    </w:p>
    <w:p>
      <w:pPr>
        <w:spacing w:after="64" w:line="259" w:lineRule="auto"/>
      </w:pPr>
      <w:r>
        <w:rPr>
          <w:rFonts w:ascii="Noto Sans" w:hAnsi="Noto Sans" w:cs="Noto Sans Devanagari" w:eastAsia="Noto Sans Devanagari"/>
          <w:b w:val="0"/>
          <w:i w:val="0"/>
          <w:sz w:val="20"/>
        </w:rPr>
        <w:t>माथि उल्लेखित विवरण अनुसारको मूल्य वि.मु. ____________________ को जम्मा ____________________ परिमाणको ____________________ सामानहरू मिति ____________________ को भन्सार रसिद नं. ____________________ बाट यस भन्सार कार्यालयबाट छुटाई लगेको प्रमाणित गर्दछौँ ।</w:t>
      </w:r>
    </w:p>
    <w:p>
      <w:pPr>
        <w:spacing w:after="60" w:line="259" w:lineRule="auto"/>
        <w:jc w:val="center"/>
      </w:pPr>
      <w:r>
        <w:rPr>
          <w:rFonts w:ascii="Noto Sans" w:hAnsi="Noto Sans" w:cs="Noto Sans Devanagari" w:eastAsia="Noto Sans Devanagari"/>
          <w:b w:val="0"/>
          <w:i w:val="0"/>
          <w:sz w:val="20"/>
        </w:rPr>
        <w:t>भन्सार अधिकृतको दस्तखत र छाप</w:t>
      </w:r>
    </w:p>
    <w:p>
      <w:pPr>
        <w:spacing w:after="64" w:line="259" w:lineRule="auto"/>
      </w:pPr>
      <w:r>
        <w:rPr>
          <w:rFonts w:ascii="Noto Sans" w:hAnsi="Noto Sans" w:cs="Noto Sans Devanagari" w:eastAsia="Noto Sans Devanagari"/>
          <w:b w:val="0"/>
          <w:i w:val="0"/>
          <w:sz w:val="20"/>
        </w:rPr>
        <w:t>नोटः</w:t>
      </w:r>
    </w:p>
    <w:p>
      <w:pPr>
        <w:spacing w:after="64" w:line="259" w:lineRule="auto"/>
        <w:ind w:left="144"/>
      </w:pPr>
      <w:r>
        <w:rPr>
          <w:rFonts w:ascii="Noto Sans" w:hAnsi="Noto Sans" w:cs="Noto Sans Devanagari" w:eastAsia="Noto Sans Devanagari"/>
          <w:b w:val="0"/>
          <w:i w:val="0"/>
          <w:sz w:val="20"/>
        </w:rPr>
        <w:t>(क) पहिलो २ प्रति भन्सार प्रयोजनको लागि (भन्सार कार्यालयबाट प्रमाणित गरिसकेपछि १ प्रति सम्बन्धित बैंक/वित्तीय संस्थामा नै बुझाउनुपर्ने) ।</w:t>
      </w:r>
    </w:p>
    <w:p>
      <w:pPr>
        <w:spacing w:after="64" w:line="259" w:lineRule="auto"/>
        <w:ind w:left="144"/>
      </w:pPr>
      <w:r>
        <w:rPr>
          <w:rFonts w:ascii="Noto Sans" w:hAnsi="Noto Sans" w:cs="Noto Sans Devanagari" w:eastAsia="Noto Sans Devanagari"/>
          <w:b w:val="0"/>
          <w:i w:val="0"/>
          <w:sz w:val="20"/>
        </w:rPr>
        <w:t>(ख) तेस्रो प्रति सम्बन्धित बैंक/वित्तीय संस्थामा अभिलेख राख्नुपर्ने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1.9</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1.7.13 of F.E. Circular No. 1)</w:t>
      </w:r>
    </w:p>
    <w:p>
      <w:pPr>
        <w:spacing w:after="100" w:line="259" w:lineRule="auto"/>
        <w:jc w:val="center"/>
      </w:pPr>
      <w:r>
        <w:rPr>
          <w:rFonts w:ascii="Noto Sans" w:hAnsi="Noto Sans" w:cs="Noto Sans Devanagari" w:eastAsia="Noto Sans Devanagari"/>
          <w:b/>
          <w:i w:val="0"/>
          <w:sz w:val="18"/>
        </w:rPr>
        <w:t>F.E. Control Form No. 4(a)</w:t>
      </w:r>
    </w:p>
    <w:p>
      <w:pPr>
        <w:spacing w:after="60" w:line="259" w:lineRule="auto"/>
        <w:jc w:val="center"/>
      </w:pPr>
      <w:r>
        <w:rPr>
          <w:rFonts w:ascii="Noto Sans" w:hAnsi="Noto Sans" w:cs="Noto Sans Devanagari" w:eastAsia="Noto Sans Devanagari"/>
          <w:b w:val="0"/>
          <w:i w:val="0"/>
          <w:sz w:val="19"/>
        </w:rPr>
        <w:t>________________________</w:t>
      </w:r>
    </w:p>
    <w:p>
      <w:pPr>
        <w:spacing w:after="60" w:line="259" w:lineRule="auto"/>
        <w:jc w:val="center"/>
      </w:pPr>
      <w:r>
        <w:rPr>
          <w:rFonts w:ascii="Noto Sans" w:hAnsi="Noto Sans" w:cs="Noto Sans Devanagari" w:eastAsia="Noto Sans Devanagari"/>
          <w:b w:val="0"/>
          <w:i w:val="0"/>
          <w:sz w:val="19"/>
        </w:rPr>
        <w:t>________________________ Branch</w:t>
      </w:r>
    </w:p>
    <w:p>
      <w:pPr>
        <w:spacing w:after="60" w:line="259" w:lineRule="auto"/>
        <w:jc w:val="center"/>
      </w:pPr>
      <w:r>
        <w:rPr>
          <w:rFonts w:ascii="Noto Sans" w:hAnsi="Noto Sans" w:cs="Noto Sans Devanagari" w:eastAsia="Noto Sans Devanagari"/>
          <w:b w:val="0"/>
          <w:i w:val="0"/>
          <w:sz w:val="19"/>
        </w:rPr>
        <w:t>Date: ____________________</w:t>
      </w:r>
    </w:p>
    <w:p>
      <w:pPr>
        <w:spacing w:after="72" w:line="259" w:lineRule="auto"/>
      </w:pPr>
      <w:r>
        <w:rPr>
          <w:rFonts w:ascii="Noto Sans" w:hAnsi="Noto Sans" w:cs="Noto Sans Devanagari" w:eastAsia="Noto Sans Devanagari"/>
          <w:b w:val="0"/>
          <w:i w:val="0"/>
          <w:color w:val="222222"/>
          <w:sz w:val="19"/>
        </w:rPr>
        <w:t>Government of Nepal</w:t>
      </w:r>
    </w:p>
    <w:p>
      <w:pPr>
        <w:spacing w:after="72" w:line="259" w:lineRule="auto"/>
      </w:pPr>
      <w:r>
        <w:rPr>
          <w:rFonts w:ascii="Noto Sans" w:hAnsi="Noto Sans" w:cs="Noto Sans Devanagari" w:eastAsia="Noto Sans Devanagari"/>
          <w:b w:val="0"/>
          <w:i w:val="0"/>
          <w:color w:val="222222"/>
          <w:sz w:val="19"/>
        </w:rPr>
        <w:t>________________________ Customs Office</w:t>
      </w:r>
    </w:p>
    <w:p>
      <w:pPr>
        <w:spacing w:after="72" w:line="259" w:lineRule="auto"/>
      </w:pPr>
      <w:r>
        <w:rPr>
          <w:rFonts w:ascii="Noto Sans" w:hAnsi="Noto Sans" w:cs="Noto Sans Devanagari" w:eastAsia="Noto Sans Devanagari"/>
          <w:b w:val="0"/>
          <w:i w:val="0"/>
          <w:color w:val="222222"/>
          <w:sz w:val="19"/>
        </w:rPr>
        <w:t>________________________ .</w:t>
      </w:r>
    </w:p>
    <w:p>
      <w:pPr>
        <w:spacing w:after="60" w:line="259" w:lineRule="auto"/>
        <w:jc w:val="center"/>
      </w:pPr>
      <w:r>
        <w:rPr>
          <w:rFonts w:ascii="Noto Sans" w:hAnsi="Noto Sans" w:cs="Noto Sans Devanagari" w:eastAsia="Noto Sans Devanagari"/>
          <w:b/>
          <w:i w:val="0"/>
          <w:sz w:val="19"/>
        </w:rPr>
        <w:t>Subject: Draft / T.T. Exchange Facility</w:t>
      </w:r>
    </w:p>
    <w:p>
      <w:pPr>
        <w:spacing w:after="72" w:line="259" w:lineRule="auto"/>
      </w:pPr>
      <w:r>
        <w:rPr>
          <w:rFonts w:ascii="Noto Sans" w:hAnsi="Noto Sans" w:cs="Noto Sans Devanagari" w:eastAsia="Noto Sans Devanagari"/>
          <w:b w:val="0"/>
          <w:i w:val="0"/>
          <w:color w:val="222222"/>
          <w:sz w:val="19"/>
        </w:rPr>
        <w:t>This is to certify that, for the import of the goods described below, a foreign currency Draft / T.T. has been provided by this bank/financial institution to Mr./M/s ____________________ as stated below. It is also stated that the importer shall transport the said goods after obtaining issuance of an Airway / Shipment / Transport Bill. A copy of the relevant Proforma Invoice is enclosed herewith. It is further stated that this form shall not be used for the import of goods that had already entered Nepal before the date of the Draft / T.T. stated above.</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rPr>
        <w:tc>
          <w:tcPr>
            <w:tcW w:type="dxa" w:w="2045"/>
            <w:vAlign w:val="center"/>
            <w:shd w:fill="DCE6F1"/>
          </w:tcPr>
          <w:p>
            <w:pPr>
              <w:spacing w:after="0"/>
              <w:jc w:val="center"/>
            </w:pPr>
            <w:r>
              <w:rPr>
                <w:rFonts w:ascii="Noto Sans" w:hAnsi="Noto Sans" w:cs="Noto Sans Devanagari" w:eastAsia="Noto Sans Devanagari"/>
                <w:b/>
                <w:i w:val="0"/>
                <w:sz w:val="14"/>
              </w:rPr>
              <w:t>S.N.</w:t>
            </w:r>
          </w:p>
        </w:tc>
        <w:tc>
          <w:tcPr>
            <w:tcW w:type="dxa" w:w="2045"/>
            <w:vAlign w:val="center"/>
            <w:shd w:fill="DCE6F1"/>
          </w:tcPr>
          <w:p>
            <w:pPr>
              <w:spacing w:after="0"/>
              <w:jc w:val="center"/>
            </w:pPr>
            <w:r>
              <w:rPr>
                <w:rFonts w:ascii="Noto Sans" w:hAnsi="Noto Sans" w:cs="Noto Sans Devanagari" w:eastAsia="Noto Sans Devanagari"/>
                <w:b/>
                <w:i w:val="0"/>
                <w:sz w:val="14"/>
              </w:rPr>
              <w:t>Particulars of goods to be imported</w:t>
            </w:r>
          </w:p>
        </w:tc>
        <w:tc>
          <w:tcPr>
            <w:tcW w:type="dxa" w:w="2045"/>
            <w:vAlign w:val="center"/>
            <w:shd w:fill="DCE6F1"/>
          </w:tcPr>
          <w:p>
            <w:pPr>
              <w:spacing w:after="0"/>
              <w:jc w:val="center"/>
            </w:pPr>
            <w:r>
              <w:rPr>
                <w:rFonts w:ascii="Noto Sans" w:hAnsi="Noto Sans" w:cs="Noto Sans Devanagari" w:eastAsia="Noto Sans Devanagari"/>
                <w:b/>
                <w:i w:val="0"/>
                <w:sz w:val="14"/>
              </w:rPr>
              <w:t>Harmonized Code No.</w:t>
            </w:r>
          </w:p>
        </w:tc>
        <w:tc>
          <w:tcPr>
            <w:tcW w:type="dxa" w:w="2045"/>
            <w:vAlign w:val="center"/>
            <w:shd w:fill="DCE6F1"/>
          </w:tcPr>
          <w:p>
            <w:pPr>
              <w:spacing w:after="0"/>
              <w:jc w:val="center"/>
            </w:pPr>
            <w:r>
              <w:rPr>
                <w:rFonts w:ascii="Noto Sans" w:hAnsi="Noto Sans" w:cs="Noto Sans Devanagari" w:eastAsia="Noto Sans Devanagari"/>
                <w:b/>
                <w:i w:val="0"/>
                <w:sz w:val="14"/>
              </w:rPr>
              <w:t>Quantity</w:t>
            </w:r>
          </w:p>
        </w:tc>
        <w:tc>
          <w:tcPr>
            <w:tcW w:type="dxa" w:w="2045"/>
            <w:vAlign w:val="center"/>
            <w:shd w:fill="DCE6F1"/>
          </w:tcPr>
          <w:p>
            <w:pPr>
              <w:spacing w:after="0"/>
              <w:jc w:val="center"/>
            </w:pPr>
            <w:r>
              <w:rPr>
                <w:rFonts w:ascii="Noto Sans" w:hAnsi="Noto Sans" w:cs="Noto Sans Devanagari" w:eastAsia="Noto Sans Devanagari"/>
                <w:b/>
                <w:i w:val="0"/>
                <w:sz w:val="14"/>
              </w:rPr>
              <w:t>Total foreign currency amount exchanged</w:t>
            </w:r>
          </w:p>
        </w:tc>
      </w:tr>
      <w:tr>
        <w:trPr>
          <w:cantSplit/>
        </w:trPr>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r>
      <w:tr>
        <w:trPr>
          <w:cantSplit/>
        </w:trPr>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r>
    </w:tbl>
    <w:p>
      <w:pPr>
        <w:spacing w:after="60" w:line="259" w:lineRule="auto"/>
        <w:jc w:val="center"/>
      </w:pPr>
      <w:r>
        <w:rPr>
          <w:rFonts w:ascii="Noto Sans" w:hAnsi="Noto Sans" w:cs="Noto Sans Devanagari" w:eastAsia="Noto Sans Devanagari"/>
          <w:b w:val="0"/>
          <w:i w:val="0"/>
          <w:sz w:val="19"/>
        </w:rPr>
        <w:t>Yours faithfully,</w:t>
      </w:r>
    </w:p>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Name: ____________________</w:t>
      </w:r>
    </w:p>
    <w:p>
      <w:pPr>
        <w:spacing w:after="60" w:line="259" w:lineRule="auto"/>
        <w:jc w:val="center"/>
      </w:pPr>
      <w:r>
        <w:rPr>
          <w:rFonts w:ascii="Noto Sans" w:hAnsi="Noto Sans" w:cs="Noto Sans Devanagari" w:eastAsia="Noto Sans Devanagari"/>
          <w:b w:val="0"/>
          <w:i w:val="0"/>
          <w:sz w:val="19"/>
        </w:rPr>
        <w:t>Designation: ____________________</w:t>
      </w:r>
    </w:p>
    <w:p>
      <w:pPr>
        <w:spacing w:after="60" w:line="259" w:lineRule="auto"/>
        <w:jc w:val="center"/>
      </w:pPr>
      <w:r>
        <w:rPr>
          <w:rFonts w:ascii="Noto Sans" w:hAnsi="Noto Sans" w:cs="Noto Sans Devanagari" w:eastAsia="Noto Sans Devanagari"/>
          <w:b w:val="0"/>
          <w:i w:val="0"/>
          <w:sz w:val="19"/>
        </w:rPr>
        <w:t>Bank Seal:</w:t>
      </w:r>
    </w:p>
    <w:p>
      <w:pPr>
        <w:spacing w:after="60" w:line="259" w:lineRule="auto"/>
        <w:jc w:val="center"/>
      </w:pPr>
      <w:r>
        <w:rPr>
          <w:rFonts w:ascii="Noto Sans" w:hAnsi="Noto Sans" w:cs="Noto Sans Devanagari" w:eastAsia="Noto Sans Devanagari"/>
          <w:b w:val="0"/>
          <w:i w:val="0"/>
          <w:sz w:val="19"/>
        </w:rPr>
        <w:t>Signature of preparer of particulars</w:t>
      </w:r>
    </w:p>
    <w:p>
      <w:pPr>
        <w:spacing w:after="60" w:line="259" w:lineRule="auto"/>
        <w:jc w:val="center"/>
      </w:pPr>
      <w:r>
        <w:rPr>
          <w:rFonts w:ascii="Noto Sans" w:hAnsi="Noto Sans" w:cs="Noto Sans Devanagari" w:eastAsia="Noto Sans Devanagari"/>
          <w:b/>
          <w:i w:val="0"/>
          <w:sz w:val="19"/>
        </w:rPr>
        <w:t>For Customs Purposes</w:t>
      </w:r>
    </w:p>
    <w:p>
      <w:pPr>
        <w:spacing w:after="72" w:line="259" w:lineRule="auto"/>
      </w:pPr>
      <w:r>
        <w:rPr>
          <w:rFonts w:ascii="Noto Sans" w:hAnsi="Noto Sans" w:cs="Noto Sans Devanagari" w:eastAsia="Noto Sans Devanagari"/>
          <w:b w:val="0"/>
          <w:i w:val="0"/>
          <w:color w:val="222222"/>
          <w:sz w:val="19"/>
        </w:rPr>
        <w:t>It is certified that, in accordance with the particulars stated above, goods having a value of foreign currency ____________________, in a total quantity of ____________________, were released from this Customs Office under Customs Receipt No. ____________________ dated ____________________.</w:t>
      </w:r>
    </w:p>
    <w:p>
      <w:pPr>
        <w:spacing w:after="60" w:line="259" w:lineRule="auto"/>
        <w:jc w:val="center"/>
      </w:pPr>
      <w:r>
        <w:rPr>
          <w:rFonts w:ascii="Noto Sans" w:hAnsi="Noto Sans" w:cs="Noto Sans Devanagari" w:eastAsia="Noto Sans Devanagari"/>
          <w:b w:val="0"/>
          <w:i w:val="0"/>
          <w:sz w:val="19"/>
        </w:rPr>
        <w:t>Signature and Seal of Customs Officer</w:t>
      </w:r>
    </w:p>
    <w:p>
      <w:pPr>
        <w:spacing w:after="72" w:line="259" w:lineRule="auto"/>
      </w:pPr>
      <w:r>
        <w:rPr>
          <w:rFonts w:ascii="Noto Sans" w:hAnsi="Noto Sans" w:cs="Noto Sans Devanagari" w:eastAsia="Noto Sans Devanagari"/>
          <w:b w:val="0"/>
          <w:i w:val="0"/>
          <w:color w:val="222222"/>
          <w:sz w:val="19"/>
        </w:rPr>
        <w:t>Note:</w:t>
      </w:r>
    </w:p>
    <w:p>
      <w:pPr>
        <w:spacing w:after="72" w:line="259" w:lineRule="auto"/>
        <w:ind w:left="144"/>
      </w:pPr>
      <w:r>
        <w:rPr>
          <w:rFonts w:ascii="Noto Sans" w:hAnsi="Noto Sans" w:cs="Noto Sans Devanagari" w:eastAsia="Noto Sans Devanagari"/>
          <w:b w:val="0"/>
          <w:i w:val="0"/>
          <w:color w:val="222222"/>
          <w:sz w:val="19"/>
        </w:rPr>
        <w:t>(a) The first two copies are for customs purposes (after certification by the Customs Office, one copy shall be submitted to the concerned bank/financial institution).</w:t>
      </w:r>
    </w:p>
    <w:p>
      <w:pPr>
        <w:spacing w:after="72" w:line="259" w:lineRule="auto"/>
        <w:ind w:left="144"/>
      </w:pPr>
      <w:r>
        <w:rPr>
          <w:rFonts w:ascii="Noto Sans" w:hAnsi="Noto Sans" w:cs="Noto Sans Devanagari" w:eastAsia="Noto Sans Devanagari"/>
          <w:b w:val="0"/>
          <w:i w:val="0"/>
          <w:color w:val="222222"/>
          <w:sz w:val="19"/>
        </w:rPr>
        <w:t>(b) The third copy shall be retained on record by the concerned bank/financial institution.</w:t>
      </w:r>
    </w:p>
    <w:p>
      <w:pPr>
        <w:spacing w:after="40" w:line="259" w:lineRule="auto"/>
      </w:pPr>
    </w:p>
    <w:p>
      <w:pPr>
        <w:keepNext/>
        <w:spacing w:before="200" w:after="80"/>
        <w:pBdr>
          <w:bottom w:val="single" w:sz="12" w:space="2" w:color="17365D"/>
        </w:pBdr>
      </w:pPr>
      <w:r>
        <w:rPr>
          <w:rFonts w:ascii="Noto Sans" w:hAnsi="Noto Sans" w:cs="Noto Sans Devanagari" w:eastAsia="Noto Sans Devanagari"/>
          <w:b/>
          <w:i w:val="0"/>
          <w:color w:val="17365D"/>
          <w:sz w:val="26"/>
        </w:rPr>
        <w:t>अनुसूची 1.10</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2F5597"/>
                <w:sz w:val="18"/>
              </w:rPr>
              <w:t>आधिकारिक नेपाली मूल पाठ</w:t>
            </w:r>
          </w:p>
        </w:tc>
      </w:tr>
    </w:tbl>
    <w:p>
      <w:pPr>
        <w:spacing w:after="40" w:line="259" w:lineRule="auto"/>
        <w:jc w:val="center"/>
      </w:pPr>
      <w:r>
        <w:rPr>
          <w:rFonts w:ascii="Noto Sans" w:hAnsi="Noto Sans" w:cs="Noto Sans Devanagari" w:eastAsia="Noto Sans Devanagari"/>
          <w:b w:val="0"/>
          <w:i/>
          <w:color w:val="666666"/>
          <w:sz w:val="18"/>
        </w:rPr>
        <w:t>(इ.प्रा. परिपत्र संख्या–१ को दफा १.१.४ (क) र दफा १.११.१ (क) को प्रयोजनका लागि)</w:t>
      </w:r>
    </w:p>
    <w:p>
      <w:pPr>
        <w:spacing w:after="100" w:line="259" w:lineRule="auto"/>
        <w:jc w:val="center"/>
      </w:pPr>
      <w:r>
        <w:rPr>
          <w:rFonts w:ascii="Noto Sans" w:hAnsi="Noto Sans" w:cs="Noto Sans Devanagari" w:eastAsia="Noto Sans Devanagari"/>
          <w:b/>
          <w:i w:val="0"/>
          <w:sz w:val="19"/>
        </w:rPr>
        <w:t>वि.वि.नि.फा.नं. ४(ग)</w:t>
      </w:r>
    </w:p>
    <w:p>
      <w:pPr>
        <w:spacing w:after="60" w:line="259" w:lineRule="auto"/>
        <w:jc w:val="center"/>
      </w:pPr>
      <w:r>
        <w:rPr>
          <w:rFonts w:ascii="Noto Sans" w:hAnsi="Noto Sans" w:cs="Noto Sans Devanagari" w:eastAsia="Noto Sans Devanagari"/>
          <w:b w:val="0"/>
          <w:i w:val="0"/>
          <w:sz w:val="20"/>
        </w:rPr>
        <w:t>बैंक/वित्तीय संस्थाको नाम ____________________</w:t>
      </w:r>
    </w:p>
    <w:p>
      <w:pPr>
        <w:spacing w:after="60" w:line="259" w:lineRule="auto"/>
        <w:jc w:val="center"/>
      </w:pPr>
      <w:r>
        <w:rPr>
          <w:rFonts w:ascii="Noto Sans" w:hAnsi="Noto Sans" w:cs="Noto Sans Devanagari" w:eastAsia="Noto Sans Devanagari"/>
          <w:b w:val="0"/>
          <w:i w:val="0"/>
          <w:sz w:val="20"/>
        </w:rPr>
        <w:t>ठेगाना ____________________</w:t>
      </w:r>
    </w:p>
    <w:p>
      <w:pPr>
        <w:spacing w:after="60" w:line="259" w:lineRule="auto"/>
        <w:jc w:val="center"/>
      </w:pPr>
      <w:r>
        <w:rPr>
          <w:rFonts w:ascii="Noto Sans" w:hAnsi="Noto Sans" w:cs="Noto Sans Devanagari" w:eastAsia="Noto Sans Devanagari"/>
          <w:b w:val="0"/>
          <w:i w:val="0"/>
          <w:sz w:val="20"/>
        </w:rPr>
        <w:t>मिति ः ____________________</w:t>
      </w:r>
    </w:p>
    <w:p>
      <w:pPr>
        <w:spacing w:after="64" w:line="259" w:lineRule="auto"/>
      </w:pPr>
      <w:r>
        <w:rPr>
          <w:rFonts w:ascii="Noto Sans" w:hAnsi="Noto Sans" w:cs="Noto Sans Devanagari" w:eastAsia="Noto Sans Devanagari"/>
          <w:b w:val="0"/>
          <w:i w:val="0"/>
          <w:sz w:val="20"/>
        </w:rPr>
        <w:t>नेपाल सरकार</w:t>
      </w:r>
    </w:p>
    <w:p>
      <w:pPr>
        <w:spacing w:after="64" w:line="259" w:lineRule="auto"/>
      </w:pPr>
      <w:r>
        <w:rPr>
          <w:rFonts w:ascii="Noto Sans" w:hAnsi="Noto Sans" w:cs="Noto Sans Devanagari" w:eastAsia="Noto Sans Devanagari"/>
          <w:b w:val="0"/>
          <w:i w:val="0"/>
          <w:sz w:val="20"/>
        </w:rPr>
        <w:t>__________________ भन्सार कार्यालय</w:t>
      </w:r>
    </w:p>
    <w:p>
      <w:pPr>
        <w:spacing w:after="64" w:line="259" w:lineRule="auto"/>
      </w:pPr>
      <w:r>
        <w:rPr>
          <w:rFonts w:ascii="Noto Sans" w:hAnsi="Noto Sans" w:cs="Noto Sans Devanagari" w:eastAsia="Noto Sans Devanagari"/>
          <w:b w:val="0"/>
          <w:i w:val="0"/>
          <w:sz w:val="20"/>
        </w:rPr>
        <w:t>____________________________ ।</w:t>
      </w:r>
    </w:p>
    <w:p>
      <w:pPr>
        <w:spacing w:after="60" w:line="259" w:lineRule="auto"/>
        <w:jc w:val="center"/>
      </w:pPr>
      <w:r>
        <w:rPr>
          <w:rFonts w:ascii="Noto Sans" w:hAnsi="Noto Sans" w:cs="Noto Sans Devanagari" w:eastAsia="Noto Sans Devanagari"/>
          <w:b/>
          <w:i w:val="0"/>
          <w:sz w:val="20"/>
        </w:rPr>
        <w:t>विषय ः– प्रतीतपत्र, ड्राफ्ट, टी.टी. वा क्रेडिट अन्तर्गतको सटही सुविधा (भा.रू.) ।</w:t>
      </w:r>
    </w:p>
    <w:p>
      <w:pPr>
        <w:spacing w:after="64" w:line="259" w:lineRule="auto"/>
      </w:pPr>
      <w:r>
        <w:rPr>
          <w:rFonts w:ascii="Noto Sans" w:hAnsi="Noto Sans" w:cs="Noto Sans Devanagari" w:eastAsia="Noto Sans Devanagari"/>
          <w:b w:val="0"/>
          <w:i w:val="0"/>
          <w:sz w:val="20"/>
        </w:rPr>
        <w:t>महाशय,</w:t>
      </w:r>
    </w:p>
    <w:p>
      <w:pPr>
        <w:spacing w:after="64" w:line="259" w:lineRule="auto"/>
      </w:pPr>
      <w:r>
        <w:rPr>
          <w:rFonts w:ascii="Noto Sans" w:hAnsi="Noto Sans" w:cs="Noto Sans Devanagari" w:eastAsia="Noto Sans Devanagari"/>
          <w:b w:val="0"/>
          <w:i w:val="0"/>
          <w:sz w:val="20"/>
        </w:rPr>
        <w:t>निम्न विवरण बमोजिमको सामानको पैठारीको लागि मेसर्स __________________________ लाई यस बैंक/वित्तीय संस्थाबाट निम्नानुसारको भा.रू. प्रतीतपत्र, ड्राफ्ट, टी.टी. संकेत नम्बर ____________________ बाट प्रदान गरिएको/क्रेडिट सुविधा अन्तर्गत आयात भएको व्यहोरा प्रमाणित गरिएको छ ।</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rPr>
        <w:tc>
          <w:tcPr>
            <w:tcW w:type="dxa" w:w="2045"/>
            <w:vAlign w:val="center"/>
            <w:shd w:fill="DCE6F1"/>
          </w:tcPr>
          <w:p>
            <w:pPr>
              <w:spacing w:after="0"/>
              <w:jc w:val="center"/>
            </w:pPr>
            <w:r>
              <w:rPr>
                <w:rFonts w:ascii="Noto Sans" w:hAnsi="Noto Sans" w:cs="Noto Sans Devanagari" w:eastAsia="Noto Sans Devanagari"/>
                <w:b/>
                <w:i w:val="0"/>
                <w:sz w:val="14"/>
              </w:rPr>
              <w:t>सि.नं.</w:t>
            </w:r>
          </w:p>
        </w:tc>
        <w:tc>
          <w:tcPr>
            <w:tcW w:type="dxa" w:w="2045"/>
            <w:vAlign w:val="center"/>
            <w:shd w:fill="DCE6F1"/>
          </w:tcPr>
          <w:p>
            <w:pPr>
              <w:spacing w:after="0"/>
              <w:jc w:val="center"/>
            </w:pPr>
            <w:r>
              <w:rPr>
                <w:rFonts w:ascii="Noto Sans" w:hAnsi="Noto Sans" w:cs="Noto Sans Devanagari" w:eastAsia="Noto Sans Devanagari"/>
                <w:b/>
                <w:i w:val="0"/>
                <w:sz w:val="14"/>
              </w:rPr>
              <w:t>आयात गरिने सामानको विवरण</w:t>
            </w:r>
          </w:p>
        </w:tc>
        <w:tc>
          <w:tcPr>
            <w:tcW w:type="dxa" w:w="2045"/>
            <w:vAlign w:val="center"/>
            <w:shd w:fill="DCE6F1"/>
          </w:tcPr>
          <w:p>
            <w:pPr>
              <w:spacing w:after="0"/>
              <w:jc w:val="center"/>
            </w:pPr>
            <w:r>
              <w:rPr>
                <w:rFonts w:ascii="Noto Sans" w:hAnsi="Noto Sans" w:cs="Noto Sans Devanagari" w:eastAsia="Noto Sans Devanagari"/>
                <w:b/>
                <w:i w:val="0"/>
                <w:sz w:val="14"/>
              </w:rPr>
              <w:t>हार्मोनिक कोड नम्बर</w:t>
            </w:r>
          </w:p>
        </w:tc>
        <w:tc>
          <w:tcPr>
            <w:tcW w:type="dxa" w:w="2045"/>
            <w:vAlign w:val="center"/>
            <w:shd w:fill="DCE6F1"/>
          </w:tcPr>
          <w:p>
            <w:pPr>
              <w:spacing w:after="0"/>
              <w:jc w:val="center"/>
            </w:pPr>
            <w:r>
              <w:rPr>
                <w:rFonts w:ascii="Noto Sans" w:hAnsi="Noto Sans" w:cs="Noto Sans Devanagari" w:eastAsia="Noto Sans Devanagari"/>
                <w:b/>
                <w:i w:val="0"/>
                <w:sz w:val="14"/>
              </w:rPr>
              <w:t>परिमाण</w:t>
            </w:r>
          </w:p>
        </w:tc>
        <w:tc>
          <w:tcPr>
            <w:tcW w:type="dxa" w:w="2045"/>
            <w:vAlign w:val="center"/>
            <w:shd w:fill="DCE6F1"/>
          </w:tcPr>
          <w:p>
            <w:pPr>
              <w:spacing w:after="0"/>
              <w:jc w:val="center"/>
            </w:pPr>
            <w:r>
              <w:rPr>
                <w:rFonts w:ascii="Noto Sans" w:hAnsi="Noto Sans" w:cs="Noto Sans Devanagari" w:eastAsia="Noto Sans Devanagari"/>
                <w:b/>
                <w:i w:val="0"/>
                <w:sz w:val="14"/>
              </w:rPr>
              <w:t>सटही लिएको / क्रेडिट सुविधा अन्तर्गतको कुल भा.रू. रकम</w:t>
            </w:r>
          </w:p>
        </w:tc>
      </w:tr>
      <w:tr>
        <w:trPr>
          <w:cantSplit/>
        </w:trPr>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r>
      <w:tr>
        <w:trPr>
          <w:cantSplit/>
        </w:trPr>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c>
          <w:tcPr>
            <w:tcW w:type="dxa" w:w="2045"/>
            <w:vAlign w:val="center"/>
          </w:tcPr>
          <w:p>
            <w:pPr>
              <w:spacing w:after="0"/>
              <w:jc w:val="center"/>
            </w:pPr>
            <w:r>
              <w:rPr>
                <w:rFonts w:ascii="Noto Sans" w:hAnsi="Noto Sans" w:cs="Noto Sans Devanagari" w:eastAsia="Noto Sans Devanagari"/>
                <w:b w:val="0"/>
                <w:i w:val="0"/>
                <w:sz w:val="14"/>
              </w:rPr>
            </w:r>
          </w:p>
        </w:tc>
      </w:tr>
    </w:tbl>
    <w:p>
      <w:pPr>
        <w:spacing w:after="60" w:line="259" w:lineRule="auto"/>
        <w:jc w:val="center"/>
      </w:pPr>
      <w:r>
        <w:rPr>
          <w:rFonts w:ascii="Noto Sans" w:hAnsi="Noto Sans" w:cs="Noto Sans Devanagari" w:eastAsia="Noto Sans Devanagari"/>
          <w:b w:val="0"/>
          <w:i w:val="0"/>
          <w:sz w:val="20"/>
        </w:rPr>
        <w:t>भवदीय,</w:t>
      </w:r>
    </w:p>
    <w:p>
      <w:pPr>
        <w:spacing w:after="60" w:line="259" w:lineRule="auto"/>
        <w:jc w:val="center"/>
      </w:pPr>
      <w:r>
        <w:rPr>
          <w:rFonts w:ascii="Noto Sans" w:hAnsi="Noto Sans" w:cs="Noto Sans Devanagari" w:eastAsia="Noto Sans Devanagari"/>
          <w:b w:val="0"/>
          <w:i w:val="0"/>
          <w:sz w:val="20"/>
        </w:rPr>
        <w:t>विवरण तयार गर्नेको दस्तखत ः ____________________</w:t>
      </w:r>
    </w:p>
    <w:p>
      <w:pPr>
        <w:spacing w:after="60" w:line="259" w:lineRule="auto"/>
        <w:jc w:val="center"/>
      </w:pPr>
      <w:r>
        <w:rPr>
          <w:rFonts w:ascii="Noto Sans" w:hAnsi="Noto Sans" w:cs="Noto Sans Devanagari" w:eastAsia="Noto Sans Devanagari"/>
          <w:b w:val="0"/>
          <w:i w:val="0"/>
          <w:sz w:val="20"/>
        </w:rPr>
        <w:t>अख्तियार प्राप्त अधिकारीको दस्तखत</w:t>
      </w:r>
    </w:p>
    <w:p>
      <w:pPr>
        <w:spacing w:after="60" w:line="259" w:lineRule="auto"/>
        <w:jc w:val="center"/>
      </w:pPr>
      <w:r>
        <w:rPr>
          <w:rFonts w:ascii="Noto Sans" w:hAnsi="Noto Sans" w:cs="Noto Sans Devanagari" w:eastAsia="Noto Sans Devanagari"/>
          <w:b w:val="0"/>
          <w:i w:val="0"/>
          <w:sz w:val="20"/>
        </w:rPr>
        <w:t>नाम ः ____________________</w:t>
      </w:r>
    </w:p>
    <w:p>
      <w:pPr>
        <w:spacing w:after="60" w:line="259" w:lineRule="auto"/>
        <w:jc w:val="center"/>
      </w:pPr>
      <w:r>
        <w:rPr>
          <w:rFonts w:ascii="Noto Sans" w:hAnsi="Noto Sans" w:cs="Noto Sans Devanagari" w:eastAsia="Noto Sans Devanagari"/>
          <w:b w:val="0"/>
          <w:i w:val="0"/>
          <w:sz w:val="20"/>
        </w:rPr>
        <w:t>पद ः ____________________</w:t>
      </w:r>
    </w:p>
    <w:p>
      <w:pPr>
        <w:spacing w:after="60" w:line="259" w:lineRule="auto"/>
        <w:jc w:val="center"/>
      </w:pPr>
      <w:r>
        <w:rPr>
          <w:rFonts w:ascii="Noto Sans" w:hAnsi="Noto Sans" w:cs="Noto Sans Devanagari" w:eastAsia="Noto Sans Devanagari"/>
          <w:b w:val="0"/>
          <w:i w:val="0"/>
          <w:sz w:val="20"/>
        </w:rPr>
        <w:t>बैंकको छाप ः</w:t>
      </w:r>
    </w:p>
    <w:p>
      <w:pPr>
        <w:spacing w:after="64" w:line="259" w:lineRule="auto"/>
      </w:pPr>
      <w:r>
        <w:rPr>
          <w:rFonts w:ascii="Noto Sans" w:hAnsi="Noto Sans" w:cs="Noto Sans Devanagari" w:eastAsia="Noto Sans Devanagari"/>
          <w:b w:val="0"/>
          <w:i w:val="0"/>
          <w:sz w:val="20"/>
        </w:rPr>
        <w:t>नोट ः– आयात गरिने सम्पूर्ण वस्तुहरूको नाम, ब्राण्ड, परिमाण, इकाइ मूल्य, कुल मूल्यबारे विस्तृत र प्रमाणित विवरण अनिवार्य रूपले उल्लेख गर्नु पर्नेछ । यस पृष्ठमा नअटाएको खण्डमा पछाडिको पृष्ठ प्रयोग गर्नु पर्नेछ ।</w:t>
      </w:r>
    </w:p>
    <w:p>
      <w:pPr>
        <w:spacing w:after="60" w:line="259" w:lineRule="auto"/>
        <w:jc w:val="center"/>
      </w:pPr>
      <w:r>
        <w:rPr>
          <w:rFonts w:ascii="Noto Sans" w:hAnsi="Noto Sans" w:cs="Noto Sans Devanagari" w:eastAsia="Noto Sans Devanagari"/>
          <w:b/>
          <w:i w:val="0"/>
          <w:sz w:val="20"/>
        </w:rPr>
        <w:t>भन्सार प्रयोजनको लागि</w:t>
      </w:r>
    </w:p>
    <w:p>
      <w:pPr>
        <w:spacing w:after="64" w:line="259" w:lineRule="auto"/>
      </w:pPr>
      <w:r>
        <w:rPr>
          <w:rFonts w:ascii="Noto Sans" w:hAnsi="Noto Sans" w:cs="Noto Sans Devanagari" w:eastAsia="Noto Sans Devanagari"/>
          <w:b w:val="0"/>
          <w:i w:val="0"/>
          <w:sz w:val="20"/>
        </w:rPr>
        <w:t>माथि उल्लेखित विवरण अनुसारको मूल्य भा.रू. ____________________ को जम्मा ____________________ परिमाणको ____________________ सामानहरू मिति ____________________ को भन्सार रसिद नं. ____________________ बाट यस भन्सार कार्यालयबाट छुटाई लगेको प्रमाणित गर्दछौँ ।</w:t>
      </w:r>
    </w:p>
    <w:p>
      <w:pPr>
        <w:spacing w:after="60" w:line="259" w:lineRule="auto"/>
        <w:jc w:val="center"/>
      </w:pPr>
      <w:r>
        <w:rPr>
          <w:rFonts w:ascii="Noto Sans" w:hAnsi="Noto Sans" w:cs="Noto Sans Devanagari" w:eastAsia="Noto Sans Devanagari"/>
          <w:b w:val="0"/>
          <w:i w:val="0"/>
          <w:sz w:val="20"/>
        </w:rPr>
        <w:t>भन्सार अधिकृतको दस्तखत र छाप</w:t>
      </w:r>
    </w:p>
    <w:p>
      <w:pPr>
        <w:spacing w:after="64" w:line="259" w:lineRule="auto"/>
      </w:pPr>
      <w:r>
        <w:rPr>
          <w:rFonts w:ascii="Noto Sans" w:hAnsi="Noto Sans" w:cs="Noto Sans Devanagari" w:eastAsia="Noto Sans Devanagari"/>
          <w:b w:val="0"/>
          <w:i w:val="0"/>
          <w:sz w:val="20"/>
        </w:rPr>
        <w:t>नोट ः</w:t>
      </w:r>
    </w:p>
    <w:p>
      <w:pPr>
        <w:spacing w:after="64" w:line="259" w:lineRule="auto"/>
        <w:ind w:left="144"/>
      </w:pPr>
      <w:r>
        <w:rPr>
          <w:rFonts w:ascii="Noto Sans" w:hAnsi="Noto Sans" w:cs="Noto Sans Devanagari" w:eastAsia="Noto Sans Devanagari"/>
          <w:b w:val="0"/>
          <w:i w:val="0"/>
          <w:sz w:val="20"/>
        </w:rPr>
        <w:t>(क) पहिलो दुईप्रति भन्सार प्रयोजनका लागि (भन्सार कार्यालयबाट प्रमाणित गरी सोको एक प्रति सम्बन्धित बैंक/वित्तीय संस्थामै फिर्ता बुझाउनु पर्ने) ।</w:t>
      </w:r>
    </w:p>
    <w:p>
      <w:pPr>
        <w:spacing w:after="64" w:line="259" w:lineRule="auto"/>
        <w:ind w:left="144"/>
      </w:pPr>
      <w:r>
        <w:rPr>
          <w:rFonts w:ascii="Noto Sans" w:hAnsi="Noto Sans" w:cs="Noto Sans Devanagari" w:eastAsia="Noto Sans Devanagari"/>
          <w:b w:val="0"/>
          <w:i w:val="0"/>
          <w:sz w:val="20"/>
        </w:rPr>
        <w:t>(ख) तेस्रो प्रति नेपाल राष्ट्र बैंक, विदेशी विनिमय व्यवस्थापन विभाग, बालुवाटारमा पठाउनु पर्ने ।</w:t>
      </w:r>
    </w:p>
    <w:p>
      <w:pPr>
        <w:spacing w:after="64" w:line="259" w:lineRule="auto"/>
        <w:ind w:left="144"/>
      </w:pPr>
      <w:r>
        <w:rPr>
          <w:rFonts w:ascii="Noto Sans" w:hAnsi="Noto Sans" w:cs="Noto Sans Devanagari" w:eastAsia="Noto Sans Devanagari"/>
          <w:b w:val="0"/>
          <w:i w:val="0"/>
          <w:sz w:val="20"/>
        </w:rPr>
        <w:t>(ग) चौथो प्रति सम्बन्धित बैंक/वित्तीय संस्थामा अभिलेख राख्नुपर्ने ।</w:t>
      </w:r>
    </w:p>
    <w:p>
      <w:pPr>
        <w:spacing w:after="20" w:line="259" w:lineRule="auto"/>
      </w:pPr>
    </w:p>
    <w:p>
      <w:pPr>
        <w:keepNext/>
        <w:spacing w:before="200" w:after="80"/>
        <w:pBdr>
          <w:bottom w:val="single" w:sz="12" w:space="2" w:color="2F5597"/>
        </w:pBdr>
      </w:pPr>
      <w:r>
        <w:rPr>
          <w:rFonts w:ascii="Noto Sans" w:hAnsi="Noto Sans" w:cs="Noto Sans Devanagari" w:eastAsia="Noto Sans Devanagari"/>
          <w:b/>
          <w:i w:val="0"/>
          <w:color w:val="2F5597"/>
          <w:sz w:val="24"/>
        </w:rPr>
        <w:t>Schedule 1.10</w:t>
      </w:r>
    </w:p>
    <w:tbl>
      <w:tblPr>
        <w:tblW w:type="auto" w:w="0"/>
        <w:jc w:val="left"/>
        <w:tblLayout w:type="autofit"/>
        <w:tblLook w:firstColumn="1" w:firstRow="1" w:lastColumn="0" w:lastRow="0" w:noHBand="0" w:noVBand="1" w:val="04A0"/>
      </w:tblPr>
      <w:tblGrid>
        <w:gridCol w:w="10224"/>
      </w:tblGrid>
      <w:tr>
        <w:tc>
          <w:tcPr>
            <w:tcW w:type="dxa" w:w="10224"/>
            <w:shd w:fill="EAF2F8"/>
          </w:tcPr>
          <w:p>
            <w:pPr>
              <w:spacing w:after="0"/>
            </w:pPr>
            <w:r>
              <w:rPr>
                <w:rFonts w:ascii="Noto Sans" w:hAnsi="Noto Sans" w:cs="Noto Sans Devanagari" w:eastAsia="Noto Sans Devanagari"/>
                <w:b/>
                <w:i w:val="0"/>
                <w:color w:val="666666"/>
                <w:sz w:val="18"/>
              </w:rPr>
              <w:t>Controlled English Translation</w:t>
            </w:r>
          </w:p>
        </w:tc>
      </w:tr>
    </w:tbl>
    <w:p>
      <w:pPr>
        <w:spacing w:after="40" w:line="259" w:lineRule="auto"/>
        <w:jc w:val="center"/>
      </w:pPr>
      <w:r>
        <w:rPr>
          <w:rFonts w:ascii="Noto Sans" w:hAnsi="Noto Sans" w:cs="Noto Sans Devanagari" w:eastAsia="Noto Sans Devanagari"/>
          <w:b w:val="0"/>
          <w:i/>
          <w:color w:val="666666"/>
          <w:sz w:val="17"/>
        </w:rPr>
        <w:t>(For the purpose of Clause 1.1.4(a) and Clause 1.11.1(a) of F.E. Circular No. 1)</w:t>
      </w:r>
    </w:p>
    <w:p>
      <w:pPr>
        <w:spacing w:after="100" w:line="259" w:lineRule="auto"/>
        <w:jc w:val="center"/>
      </w:pPr>
      <w:r>
        <w:rPr>
          <w:rFonts w:ascii="Noto Sans" w:hAnsi="Noto Sans" w:cs="Noto Sans Devanagari" w:eastAsia="Noto Sans Devanagari"/>
          <w:b/>
          <w:i w:val="0"/>
          <w:sz w:val="18"/>
        </w:rPr>
        <w:t>F.E. Control Form No. 4(c)</w:t>
      </w:r>
    </w:p>
    <w:p>
      <w:pPr>
        <w:spacing w:after="60" w:line="259" w:lineRule="auto"/>
        <w:jc w:val="center"/>
      </w:pPr>
      <w:r>
        <w:rPr>
          <w:rFonts w:ascii="Noto Sans" w:hAnsi="Noto Sans" w:cs="Noto Sans Devanagari" w:eastAsia="Noto Sans Devanagari"/>
          <w:b w:val="0"/>
          <w:i w:val="0"/>
          <w:sz w:val="19"/>
        </w:rPr>
        <w:t>Name of Bank/Financial Institution ____________________</w:t>
      </w:r>
    </w:p>
    <w:p>
      <w:pPr>
        <w:spacing w:after="60" w:line="259" w:lineRule="auto"/>
        <w:jc w:val="center"/>
      </w:pPr>
      <w:r>
        <w:rPr>
          <w:rFonts w:ascii="Noto Sans" w:hAnsi="Noto Sans" w:cs="Noto Sans Devanagari" w:eastAsia="Noto Sans Devanagari"/>
          <w:b w:val="0"/>
          <w:i w:val="0"/>
          <w:sz w:val="19"/>
        </w:rPr>
        <w:t>Address ____________________</w:t>
      </w:r>
    </w:p>
    <w:p>
      <w:pPr>
        <w:spacing w:after="60" w:line="259" w:lineRule="auto"/>
        <w:jc w:val="center"/>
      </w:pPr>
      <w:r>
        <w:rPr>
          <w:rFonts w:ascii="Noto Sans" w:hAnsi="Noto Sans" w:cs="Noto Sans Devanagari" w:eastAsia="Noto Sans Devanagari"/>
          <w:b w:val="0"/>
          <w:i w:val="0"/>
          <w:sz w:val="19"/>
        </w:rPr>
        <w:t>Date: ____________________</w:t>
      </w:r>
    </w:p>
    <w:p>
      <w:pPr>
        <w:spacing w:after="72" w:line="259" w:lineRule="auto"/>
      </w:pPr>
      <w:r>
        <w:rPr>
          <w:rFonts w:ascii="Noto Sans" w:hAnsi="Noto Sans" w:cs="Noto Sans Devanagari" w:eastAsia="Noto Sans Devanagari"/>
          <w:b w:val="0"/>
          <w:i w:val="0"/>
          <w:color w:val="222222"/>
          <w:sz w:val="19"/>
        </w:rPr>
        <w:t>Government of Nepal</w:t>
      </w:r>
    </w:p>
    <w:p>
      <w:pPr>
        <w:spacing w:after="72" w:line="259" w:lineRule="auto"/>
      </w:pPr>
      <w:r>
        <w:rPr>
          <w:rFonts w:ascii="Noto Sans" w:hAnsi="Noto Sans" w:cs="Noto Sans Devanagari" w:eastAsia="Noto Sans Devanagari"/>
          <w:b w:val="0"/>
          <w:i w:val="0"/>
          <w:color w:val="222222"/>
          <w:sz w:val="19"/>
        </w:rPr>
        <w:t>__________________ Customs Office</w:t>
      </w:r>
    </w:p>
    <w:p>
      <w:pPr>
        <w:spacing w:after="72" w:line="259" w:lineRule="auto"/>
      </w:pPr>
      <w:r>
        <w:rPr>
          <w:rFonts w:ascii="Noto Sans" w:hAnsi="Noto Sans" w:cs="Noto Sans Devanagari" w:eastAsia="Noto Sans Devanagari"/>
          <w:b w:val="0"/>
          <w:i w:val="0"/>
          <w:color w:val="222222"/>
          <w:sz w:val="19"/>
        </w:rPr>
        <w:t>____________________________ .</w:t>
      </w:r>
    </w:p>
    <w:p>
      <w:pPr>
        <w:spacing w:after="60" w:line="259" w:lineRule="auto"/>
        <w:jc w:val="center"/>
      </w:pPr>
      <w:r>
        <w:rPr>
          <w:rFonts w:ascii="Noto Sans" w:hAnsi="Noto Sans" w:cs="Noto Sans Devanagari" w:eastAsia="Noto Sans Devanagari"/>
          <w:b/>
          <w:i w:val="0"/>
          <w:sz w:val="19"/>
        </w:rPr>
        <w:t>Subject: Exchange Facility under Letter of Credit, Draft, T.T. or Credit (INR)</w:t>
      </w:r>
    </w:p>
    <w:p>
      <w:pPr>
        <w:spacing w:after="72" w:line="259" w:lineRule="auto"/>
      </w:pPr>
      <w:r>
        <w:rPr>
          <w:rFonts w:ascii="Noto Sans" w:hAnsi="Noto Sans" w:cs="Noto Sans Devanagari" w:eastAsia="Noto Sans Devanagari"/>
          <w:b w:val="0"/>
          <w:i w:val="0"/>
          <w:color w:val="222222"/>
          <w:sz w:val="19"/>
        </w:rPr>
        <w:t>Sir/Madam,</w:t>
      </w:r>
    </w:p>
    <w:p>
      <w:pPr>
        <w:spacing w:after="72" w:line="259" w:lineRule="auto"/>
      </w:pPr>
      <w:r>
        <w:rPr>
          <w:rFonts w:ascii="Noto Sans" w:hAnsi="Noto Sans" w:cs="Noto Sans Devanagari" w:eastAsia="Noto Sans Devanagari"/>
          <w:b w:val="0"/>
          <w:i w:val="0"/>
          <w:color w:val="222222"/>
          <w:sz w:val="19"/>
        </w:rPr>
        <w:t>This is to certify that, for the import of the goods described below, M/s __________________________ has been provided by this bank/financial institution with an INR Letter of Credit / Draft / T.T. under Reference No. ____________________, or that the goods have been imported under the credit facility, as applicable.</w:t>
      </w:r>
    </w:p>
    <w:tbl>
      <w:tblPr>
        <w:tblW w:type="auto" w:w="0"/>
        <w:jc w:val="center"/>
        <w:tblLayout w:type="autofit"/>
        <w:tblLook w:firstColumn="1" w:firstRow="1" w:lastColumn="0" w:lastRow="0" w:noHBand="0" w:noVBand="1" w:val="04A0"/>
        <w:tblBorders>
          <w:top w:val="single" w:sz="6" w:color="B7C6D6"/>
          <w:left w:val="single" w:sz="6" w:color="B7C6D6"/>
          <w:bottom w:val="single" w:sz="6" w:color="B7C6D6"/>
          <w:right w:val="single" w:sz="6" w:color="B7C6D6"/>
          <w:insideH w:val="single" w:sz="6" w:color="B7C6D6"/>
          <w:insideV w:val="single" w:sz="6" w:color="B7C6D6"/>
        </w:tblBorders>
      </w:tblPr>
      <w:tblGrid>
        <w:gridCol w:w="2045"/>
        <w:gridCol w:w="2045"/>
        <w:gridCol w:w="2045"/>
        <w:gridCol w:w="2045"/>
        <w:gridCol w:w="2045"/>
      </w:tblGrid>
      <w:tr>
        <w:trPr>
          <w:cantSplit/>
        </w:trPr>
        <w:tc>
          <w:tcPr>
            <w:tcW w:type="dxa" w:w="2045"/>
            <w:vAlign w:val="center"/>
            <w:shd w:fill="DCE6F1"/>
          </w:tcPr>
          <w:p>
            <w:pPr>
              <w:spacing w:after="0"/>
              <w:jc w:val="center"/>
            </w:pPr>
            <w:r>
              <w:rPr>
                <w:rFonts w:ascii="Noto Sans" w:hAnsi="Noto Sans" w:cs="Noto Sans Devanagari" w:eastAsia="Noto Sans Devanagari"/>
                <w:b/>
                <w:i w:val="0"/>
                <w:sz w:val="13"/>
              </w:rPr>
              <w:t>S.N.</w:t>
            </w:r>
          </w:p>
        </w:tc>
        <w:tc>
          <w:tcPr>
            <w:tcW w:type="dxa" w:w="2045"/>
            <w:vAlign w:val="center"/>
            <w:shd w:fill="DCE6F1"/>
          </w:tcPr>
          <w:p>
            <w:pPr>
              <w:spacing w:after="0"/>
              <w:jc w:val="center"/>
            </w:pPr>
            <w:r>
              <w:rPr>
                <w:rFonts w:ascii="Noto Sans" w:hAnsi="Noto Sans" w:cs="Noto Sans Devanagari" w:eastAsia="Noto Sans Devanagari"/>
                <w:b/>
                <w:i w:val="0"/>
                <w:sz w:val="13"/>
              </w:rPr>
              <w:t>Particulars of goods to be imported</w:t>
            </w:r>
          </w:p>
        </w:tc>
        <w:tc>
          <w:tcPr>
            <w:tcW w:type="dxa" w:w="2045"/>
            <w:vAlign w:val="center"/>
            <w:shd w:fill="DCE6F1"/>
          </w:tcPr>
          <w:p>
            <w:pPr>
              <w:spacing w:after="0"/>
              <w:jc w:val="center"/>
            </w:pPr>
            <w:r>
              <w:rPr>
                <w:rFonts w:ascii="Noto Sans" w:hAnsi="Noto Sans" w:cs="Noto Sans Devanagari" w:eastAsia="Noto Sans Devanagari"/>
                <w:b/>
                <w:i w:val="0"/>
                <w:sz w:val="13"/>
              </w:rPr>
              <w:t>Harmonized Code No.</w:t>
            </w:r>
          </w:p>
        </w:tc>
        <w:tc>
          <w:tcPr>
            <w:tcW w:type="dxa" w:w="2045"/>
            <w:vAlign w:val="center"/>
            <w:shd w:fill="DCE6F1"/>
          </w:tcPr>
          <w:p>
            <w:pPr>
              <w:spacing w:after="0"/>
              <w:jc w:val="center"/>
            </w:pPr>
            <w:r>
              <w:rPr>
                <w:rFonts w:ascii="Noto Sans" w:hAnsi="Noto Sans" w:cs="Noto Sans Devanagari" w:eastAsia="Noto Sans Devanagari"/>
                <w:b/>
                <w:i w:val="0"/>
                <w:sz w:val="13"/>
              </w:rPr>
              <w:t>Quantity</w:t>
            </w:r>
          </w:p>
        </w:tc>
        <w:tc>
          <w:tcPr>
            <w:tcW w:type="dxa" w:w="2045"/>
            <w:vAlign w:val="center"/>
            <w:shd w:fill="DCE6F1"/>
          </w:tcPr>
          <w:p>
            <w:pPr>
              <w:spacing w:after="0"/>
              <w:jc w:val="center"/>
            </w:pPr>
            <w:r>
              <w:rPr>
                <w:rFonts w:ascii="Noto Sans" w:hAnsi="Noto Sans" w:cs="Noto Sans Devanagari" w:eastAsia="Noto Sans Devanagari"/>
                <w:b/>
                <w:i w:val="0"/>
                <w:sz w:val="13"/>
              </w:rPr>
              <w:t>Total INR amount exchanged / under credit facility</w:t>
            </w:r>
          </w:p>
        </w:tc>
      </w:tr>
      <w:tr>
        <w:trPr>
          <w:cantSplit/>
        </w:trPr>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r>
      <w:tr>
        <w:trPr>
          <w:cantSplit/>
        </w:trPr>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c>
          <w:tcPr>
            <w:tcW w:type="dxa" w:w="2045"/>
            <w:vAlign w:val="center"/>
          </w:tcPr>
          <w:p>
            <w:pPr>
              <w:spacing w:after="0"/>
              <w:jc w:val="center"/>
            </w:pPr>
            <w:r>
              <w:rPr>
                <w:rFonts w:ascii="Noto Sans" w:hAnsi="Noto Sans" w:cs="Noto Sans Devanagari" w:eastAsia="Noto Sans Devanagari"/>
                <w:b w:val="0"/>
                <w:i w:val="0"/>
                <w:sz w:val="13"/>
              </w:rPr>
            </w:r>
          </w:p>
        </w:tc>
      </w:tr>
    </w:tbl>
    <w:p>
      <w:pPr>
        <w:spacing w:after="60" w:line="259" w:lineRule="auto"/>
        <w:jc w:val="center"/>
      </w:pPr>
      <w:r>
        <w:rPr>
          <w:rFonts w:ascii="Noto Sans" w:hAnsi="Noto Sans" w:cs="Noto Sans Devanagari" w:eastAsia="Noto Sans Devanagari"/>
          <w:b w:val="0"/>
          <w:i w:val="0"/>
          <w:sz w:val="19"/>
        </w:rPr>
        <w:t>Yours faithfully,</w:t>
      </w:r>
    </w:p>
    <w:p>
      <w:pPr>
        <w:spacing w:after="60" w:line="259" w:lineRule="auto"/>
        <w:jc w:val="center"/>
      </w:pPr>
      <w:r>
        <w:rPr>
          <w:rFonts w:ascii="Noto Sans" w:hAnsi="Noto Sans" w:cs="Noto Sans Devanagari" w:eastAsia="Noto Sans Devanagari"/>
          <w:b w:val="0"/>
          <w:i w:val="0"/>
          <w:sz w:val="19"/>
        </w:rPr>
        <w:t>Signature of preparer of particulars: ____________________</w:t>
      </w:r>
    </w:p>
    <w:p>
      <w:pPr>
        <w:spacing w:after="60" w:line="259" w:lineRule="auto"/>
        <w:jc w:val="center"/>
      </w:pPr>
      <w:r>
        <w:rPr>
          <w:rFonts w:ascii="Noto Sans" w:hAnsi="Noto Sans" w:cs="Noto Sans Devanagari" w:eastAsia="Noto Sans Devanagari"/>
          <w:b w:val="0"/>
          <w:i w:val="0"/>
          <w:sz w:val="19"/>
        </w:rPr>
        <w:t>Signature of Authorised Officer</w:t>
      </w:r>
    </w:p>
    <w:p>
      <w:pPr>
        <w:spacing w:after="60" w:line="259" w:lineRule="auto"/>
        <w:jc w:val="center"/>
      </w:pPr>
      <w:r>
        <w:rPr>
          <w:rFonts w:ascii="Noto Sans" w:hAnsi="Noto Sans" w:cs="Noto Sans Devanagari" w:eastAsia="Noto Sans Devanagari"/>
          <w:b w:val="0"/>
          <w:i w:val="0"/>
          <w:sz w:val="19"/>
        </w:rPr>
        <w:t>Name: ____________________</w:t>
      </w:r>
    </w:p>
    <w:p>
      <w:pPr>
        <w:spacing w:after="60" w:line="259" w:lineRule="auto"/>
        <w:jc w:val="center"/>
      </w:pPr>
      <w:r>
        <w:rPr>
          <w:rFonts w:ascii="Noto Sans" w:hAnsi="Noto Sans" w:cs="Noto Sans Devanagari" w:eastAsia="Noto Sans Devanagari"/>
          <w:b w:val="0"/>
          <w:i w:val="0"/>
          <w:sz w:val="19"/>
        </w:rPr>
        <w:t>Designation: ____________________</w:t>
      </w:r>
    </w:p>
    <w:p>
      <w:pPr>
        <w:spacing w:after="60" w:line="259" w:lineRule="auto"/>
        <w:jc w:val="center"/>
      </w:pPr>
      <w:r>
        <w:rPr>
          <w:rFonts w:ascii="Noto Sans" w:hAnsi="Noto Sans" w:cs="Noto Sans Devanagari" w:eastAsia="Noto Sans Devanagari"/>
          <w:b w:val="0"/>
          <w:i w:val="0"/>
          <w:sz w:val="19"/>
        </w:rPr>
        <w:t>Bank Seal:</w:t>
      </w:r>
    </w:p>
    <w:p>
      <w:pPr>
        <w:spacing w:after="72" w:line="259" w:lineRule="auto"/>
      </w:pPr>
      <w:r>
        <w:rPr>
          <w:rFonts w:ascii="Noto Sans" w:hAnsi="Noto Sans" w:cs="Noto Sans Devanagari" w:eastAsia="Noto Sans Devanagari"/>
          <w:b w:val="0"/>
          <w:i w:val="0"/>
          <w:color w:val="222222"/>
          <w:sz w:val="19"/>
        </w:rPr>
        <w:t>Note: Detailed and certified particulars of the name, brand, quantity, unit price and total value of all goods to be imported shall be mandatorily stated. If the particulars do not fit on this page, the reverse page shall be used.</w:t>
      </w:r>
    </w:p>
    <w:p>
      <w:pPr>
        <w:spacing w:after="60" w:line="259" w:lineRule="auto"/>
        <w:jc w:val="center"/>
      </w:pPr>
      <w:r>
        <w:rPr>
          <w:rFonts w:ascii="Noto Sans" w:hAnsi="Noto Sans" w:cs="Noto Sans Devanagari" w:eastAsia="Noto Sans Devanagari"/>
          <w:b/>
          <w:i w:val="0"/>
          <w:sz w:val="19"/>
        </w:rPr>
        <w:t>For Customs Purposes</w:t>
      </w:r>
    </w:p>
    <w:p>
      <w:pPr>
        <w:spacing w:after="72" w:line="259" w:lineRule="auto"/>
      </w:pPr>
      <w:r>
        <w:rPr>
          <w:rFonts w:ascii="Noto Sans" w:hAnsi="Noto Sans" w:cs="Noto Sans Devanagari" w:eastAsia="Noto Sans Devanagari"/>
          <w:b w:val="0"/>
          <w:i w:val="0"/>
          <w:color w:val="222222"/>
          <w:sz w:val="19"/>
        </w:rPr>
        <w:t>It is certified that, in accordance with the particulars stated above, goods having a value of INR ____________________, in a total quantity of ____________________, were released from this Customs Office under Customs Receipt No. ____________________ dated ____________________.</w:t>
      </w:r>
    </w:p>
    <w:p>
      <w:pPr>
        <w:spacing w:after="60" w:line="259" w:lineRule="auto"/>
        <w:jc w:val="center"/>
      </w:pPr>
      <w:r>
        <w:rPr>
          <w:rFonts w:ascii="Noto Sans" w:hAnsi="Noto Sans" w:cs="Noto Sans Devanagari" w:eastAsia="Noto Sans Devanagari"/>
          <w:b w:val="0"/>
          <w:i w:val="0"/>
          <w:sz w:val="19"/>
        </w:rPr>
        <w:t>Signature and Seal of Customs Officer</w:t>
      </w:r>
    </w:p>
    <w:p>
      <w:pPr>
        <w:spacing w:after="72" w:line="259" w:lineRule="auto"/>
      </w:pPr>
      <w:r>
        <w:rPr>
          <w:rFonts w:ascii="Noto Sans" w:hAnsi="Noto Sans" w:cs="Noto Sans Devanagari" w:eastAsia="Noto Sans Devanagari"/>
          <w:b w:val="0"/>
          <w:i w:val="0"/>
          <w:color w:val="222222"/>
          <w:sz w:val="19"/>
        </w:rPr>
        <w:t>Note:</w:t>
      </w:r>
    </w:p>
    <w:p>
      <w:pPr>
        <w:spacing w:after="72" w:line="259" w:lineRule="auto"/>
        <w:ind w:left="144"/>
      </w:pPr>
      <w:r>
        <w:rPr>
          <w:rFonts w:ascii="Noto Sans" w:hAnsi="Noto Sans" w:cs="Noto Sans Devanagari" w:eastAsia="Noto Sans Devanagari"/>
          <w:b w:val="0"/>
          <w:i w:val="0"/>
          <w:color w:val="222222"/>
          <w:sz w:val="19"/>
        </w:rPr>
        <w:t>(a) The first two copies are for customs purposes (after certification by the Customs Office, one copy shall be returned to the concerned bank/financial institution).</w:t>
      </w:r>
    </w:p>
    <w:p>
      <w:pPr>
        <w:spacing w:after="72" w:line="259" w:lineRule="auto"/>
        <w:ind w:left="144"/>
      </w:pPr>
      <w:r>
        <w:rPr>
          <w:rFonts w:ascii="Noto Sans" w:hAnsi="Noto Sans" w:cs="Noto Sans Devanagari" w:eastAsia="Noto Sans Devanagari"/>
          <w:b w:val="0"/>
          <w:i w:val="0"/>
          <w:color w:val="222222"/>
          <w:sz w:val="19"/>
        </w:rPr>
        <w:t>(b) The third copy shall be sent to Nepal Rastra Bank, Foreign Exchange Management Department, Baluwatar.</w:t>
      </w:r>
    </w:p>
    <w:p>
      <w:pPr>
        <w:spacing w:after="72" w:line="259" w:lineRule="auto"/>
        <w:ind w:left="144"/>
      </w:pPr>
      <w:r>
        <w:rPr>
          <w:rFonts w:ascii="Noto Sans" w:hAnsi="Noto Sans" w:cs="Noto Sans Devanagari" w:eastAsia="Noto Sans Devanagari"/>
          <w:b w:val="0"/>
          <w:i w:val="0"/>
          <w:color w:val="222222"/>
          <w:sz w:val="19"/>
        </w:rPr>
        <w:t>(c) The fourth copy shall be retained on record by the concerned bank/financial institution.</w:t>
      </w:r>
    </w:p>
    <w:p>
      <w:pPr>
        <w:spacing w:after="40" w:line="259" w:lineRule="auto"/>
      </w:pPr>
    </w:p>
    <w:p>
      <w:pPr>
        <w:spacing w:after="80" w:line="259" w:lineRule="auto"/>
        <w:jc w:val="center"/>
      </w:pPr>
      <w:r>
        <w:rPr>
          <w:rFonts w:ascii="Noto Sans" w:hAnsi="Noto Sans" w:cs="Noto Sans Devanagari" w:eastAsia="Noto Sans Devanagari"/>
          <w:b/>
          <w:i w:val="0"/>
          <w:color w:val="666666"/>
          <w:sz w:val="18"/>
        </w:rPr>
        <w:t>— ब्याच ०१F समाप्त / End of Batch 01F —</w:t>
      </w:r>
    </w:p>
    <w:sectPr w:rsidR="00FC693F" w:rsidRPr="0006063C" w:rsidSect="00034616">
      <w:headerReference w:type="default" r:id="rId9"/>
      <w:footerReference w:type="default" r:id="rId10"/>
      <w:pgSz w:w="12240" w:h="15840"/>
      <w:pgMar w:top="792" w:right="1008" w:bottom="893" w:left="1008"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b w:val="0"/>
        <w:i w:val="0"/>
        <w:color w:val="777777"/>
        <w:sz w:val="16"/>
      </w:rPr>
      <w:t xml:space="preserve">Directive 1 — Import of Goods  |  Batch 01F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b w:val="0"/>
        <w:i w:val="0"/>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 Bilingual Batch 01F</dc:title>
  <dc:subject>Directive 1 Schedules 1.1 through 1.10</dc:subject>
  <dc:creator>C.M. &amp; Associates - Controlled Translation Working Draft</dc:creator>
  <cp:keywords>NRB, Foreign Exchange, Unified Circular 2082, bilingual, schedules, forms</cp:keywords>
  <dc:description>generated by python-docx</dc:description>
  <cp:lastModifiedBy/>
  <cp:revision>1</cp:revision>
  <dcterms:created xsi:type="dcterms:W3CDTF">2013-12-23T23:15:00Z</dcterms:created>
  <dcterms:modified xsi:type="dcterms:W3CDTF">2013-12-23T23:15:00Z</dcterms:modified>
  <cp:category/>
</cp:coreProperties>
</file>